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62CDED3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C84D31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C84D31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34336F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70C8E5CB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2D2677">
              <w:rPr>
                <w:b/>
                <w:color w:val="0524FF"/>
                <w:lang w:val="es-ES"/>
              </w:rPr>
              <w:t>0</w:t>
            </w:r>
            <w:r w:rsidR="0034336F">
              <w:rPr>
                <w:b/>
                <w:color w:val="0524FF"/>
                <w:lang w:val="es-ES"/>
              </w:rPr>
              <w:t>1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34336F">
              <w:rPr>
                <w:b/>
                <w:color w:val="0524FF"/>
                <w:lang w:val="es-ES"/>
              </w:rPr>
              <w:t>0</w:t>
            </w:r>
            <w:r w:rsidR="00A563AA">
              <w:rPr>
                <w:b/>
                <w:color w:val="0524FF"/>
                <w:lang w:val="es-ES"/>
              </w:rPr>
              <w:t>2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4012F6">
              <w:rPr>
                <w:b/>
                <w:color w:val="0524FF"/>
                <w:lang w:val="es-ES"/>
              </w:rPr>
              <w:t>octubre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E16B86F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4012F6">
              <w:rPr>
                <w:b/>
                <w:color w:val="0524FF"/>
                <w:lang w:val="es-ES"/>
              </w:rPr>
              <w:t>Málaga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0168A6C9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</w:r>
            <w:r w:rsidR="002D2677">
              <w:rPr>
                <w:lang w:val="es-ES"/>
              </w:rPr>
              <w:t>Asistencia a G</w:t>
            </w:r>
            <w:r w:rsidR="004012F6">
              <w:rPr>
                <w:lang w:val="es-ES"/>
              </w:rPr>
              <w:t>reencities 2</w:t>
            </w:r>
            <w:r w:rsidR="002D2677">
              <w:rPr>
                <w:lang w:val="es-ES"/>
              </w:rPr>
              <w:t>025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F5072D1" w:rsidR="001951D5" w:rsidRDefault="004421B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319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</w:t>
            </w:r>
            <w:r w:rsidR="00B72AA3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5B0086C" w:rsidR="001951D5" w:rsidRDefault="004421B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320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B4F3142" w:rsidR="001951D5" w:rsidRDefault="00480A3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4421BD">
              <w:rPr>
                <w:b/>
                <w:color w:val="4A4A4A"/>
                <w:sz w:val="16"/>
              </w:rPr>
              <w:t>89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32202">
              <w:rPr>
                <w:b/>
                <w:color w:val="4A4A4A"/>
                <w:sz w:val="16"/>
              </w:rPr>
              <w:t>1</w:t>
            </w:r>
            <w:r>
              <w:rPr>
                <w:b/>
                <w:color w:val="4A4A4A"/>
                <w:sz w:val="16"/>
              </w:rPr>
              <w:t>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2F253" w14:textId="77777777" w:rsidR="00D1653A" w:rsidRDefault="00D1653A">
      <w:pPr>
        <w:spacing w:after="0" w:line="240" w:lineRule="auto"/>
      </w:pPr>
      <w:r>
        <w:separator/>
      </w:r>
    </w:p>
  </w:endnote>
  <w:endnote w:type="continuationSeparator" w:id="0">
    <w:p w14:paraId="12677666" w14:textId="77777777" w:rsidR="00D1653A" w:rsidRDefault="00D1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DC37A" w14:textId="77777777" w:rsidR="00D1653A" w:rsidRDefault="00D1653A">
      <w:pPr>
        <w:spacing w:after="0" w:line="240" w:lineRule="auto"/>
      </w:pPr>
      <w:r>
        <w:separator/>
      </w:r>
    </w:p>
  </w:footnote>
  <w:footnote w:type="continuationSeparator" w:id="0">
    <w:p w14:paraId="00025E02" w14:textId="77777777" w:rsidR="00D1653A" w:rsidRDefault="00D16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34616"/>
    <w:rsid w:val="0006063C"/>
    <w:rsid w:val="000655C8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84F8B"/>
    <w:rsid w:val="00290265"/>
    <w:rsid w:val="0029639D"/>
    <w:rsid w:val="002B6276"/>
    <w:rsid w:val="002D2677"/>
    <w:rsid w:val="00326F90"/>
    <w:rsid w:val="0034336F"/>
    <w:rsid w:val="00360038"/>
    <w:rsid w:val="0039639B"/>
    <w:rsid w:val="004012F6"/>
    <w:rsid w:val="004327BA"/>
    <w:rsid w:val="004421BD"/>
    <w:rsid w:val="00452879"/>
    <w:rsid w:val="00457CCC"/>
    <w:rsid w:val="004758B7"/>
    <w:rsid w:val="00480A38"/>
    <w:rsid w:val="00494D7E"/>
    <w:rsid w:val="004A7D4D"/>
    <w:rsid w:val="004B5330"/>
    <w:rsid w:val="004C158B"/>
    <w:rsid w:val="004D59BC"/>
    <w:rsid w:val="004E153E"/>
    <w:rsid w:val="004E5CD0"/>
    <w:rsid w:val="004F168B"/>
    <w:rsid w:val="004F38F4"/>
    <w:rsid w:val="0054074A"/>
    <w:rsid w:val="00562B17"/>
    <w:rsid w:val="00584867"/>
    <w:rsid w:val="005A0BBC"/>
    <w:rsid w:val="005E4746"/>
    <w:rsid w:val="0061614B"/>
    <w:rsid w:val="006253A7"/>
    <w:rsid w:val="006E17C0"/>
    <w:rsid w:val="006E6438"/>
    <w:rsid w:val="006F49F2"/>
    <w:rsid w:val="00757486"/>
    <w:rsid w:val="007C63B9"/>
    <w:rsid w:val="007D2EAD"/>
    <w:rsid w:val="007E1A8E"/>
    <w:rsid w:val="00826390"/>
    <w:rsid w:val="00860734"/>
    <w:rsid w:val="008943E4"/>
    <w:rsid w:val="008D3944"/>
    <w:rsid w:val="008F290B"/>
    <w:rsid w:val="009274C2"/>
    <w:rsid w:val="00953A20"/>
    <w:rsid w:val="00962A22"/>
    <w:rsid w:val="009B04A8"/>
    <w:rsid w:val="009C448E"/>
    <w:rsid w:val="00A02DDD"/>
    <w:rsid w:val="00A11068"/>
    <w:rsid w:val="00A563AA"/>
    <w:rsid w:val="00A8373F"/>
    <w:rsid w:val="00AA1649"/>
    <w:rsid w:val="00AA1D8D"/>
    <w:rsid w:val="00AC4F01"/>
    <w:rsid w:val="00AC6730"/>
    <w:rsid w:val="00B32202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C03A4D"/>
    <w:rsid w:val="00C84D31"/>
    <w:rsid w:val="00CB0664"/>
    <w:rsid w:val="00D1653A"/>
    <w:rsid w:val="00D53394"/>
    <w:rsid w:val="00DA3F26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EB42D2"/>
    <w:rsid w:val="00EC47B2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99CD79-272C-4A3E-89DB-FD4E0761D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800257-DB34-4E66-80D3-14EA03ABFF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02E5A052-3727-4A30-A815-1026D26DE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50</Words>
  <Characters>277</Characters>
  <Application>Microsoft Office Word</Application>
  <DocSecurity>0</DocSecurity>
  <Lines>2</Lines>
  <Paragraphs>1</Paragraphs>
  <ScaleCrop>false</ScaleCrop>
  <Manager/>
  <Company/>
  <LinksUpToDate>false</LinksUpToDate>
  <CharactersWithSpaces>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68</cp:revision>
  <dcterms:created xsi:type="dcterms:W3CDTF">2026-09-22T06:51:00Z</dcterms:created>
  <dcterms:modified xsi:type="dcterms:W3CDTF">2026-09-28T12:58:00Z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