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49757510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6D20B7">
        <w:rPr>
          <w:b/>
          <w:bCs/>
          <w:color w:val="4A4A4A"/>
          <w:sz w:val="34"/>
          <w:szCs w:val="34"/>
          <w:lang w:val="es-ES"/>
        </w:rPr>
        <w:t>07/</w:t>
      </w:r>
      <w:r w:rsidRPr="1EE1BDF1">
        <w:rPr>
          <w:b/>
          <w:bCs/>
          <w:color w:val="4A4A4A"/>
          <w:sz w:val="34"/>
          <w:szCs w:val="34"/>
          <w:lang w:val="es-ES"/>
        </w:rPr>
        <w:t>202</w:t>
      </w:r>
      <w:r w:rsidR="006D20B7">
        <w:rPr>
          <w:b/>
          <w:bCs/>
          <w:color w:val="4A4A4A"/>
          <w:sz w:val="34"/>
          <w:szCs w:val="34"/>
          <w:lang w:val="es-ES"/>
        </w:rPr>
        <w:t>3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7300F5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472EC996" w:rsidR="001951D5" w:rsidRPr="007300F5" w:rsidRDefault="004327BA">
            <w:pPr>
              <w:spacing w:after="0"/>
              <w:rPr>
                <w:lang w:val="es-ES"/>
              </w:rPr>
            </w:pPr>
            <w:r w:rsidRPr="007300F5">
              <w:rPr>
                <w:b/>
                <w:color w:val="0524FF"/>
                <w:lang w:val="es-ES"/>
              </w:rPr>
              <w:t>FECHA</w:t>
            </w:r>
            <w:r w:rsidRPr="007300F5">
              <w:rPr>
                <w:b/>
                <w:color w:val="0524FF"/>
                <w:lang w:val="es-ES"/>
              </w:rPr>
              <w:br/>
            </w:r>
            <w:r w:rsidR="006D20B7">
              <w:rPr>
                <w:b/>
                <w:color w:val="0524FF"/>
                <w:lang w:val="es-ES"/>
              </w:rPr>
              <w:t>18 a 20 de julio de 2023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1F39B2B8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416CA2">
              <w:rPr>
                <w:b/>
                <w:color w:val="0524FF"/>
                <w:lang w:val="es-ES"/>
              </w:rPr>
              <w:t>Curso UIMP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29096F" w14:paraId="5735CF19" w14:textId="77777777">
        <w:tc>
          <w:tcPr>
            <w:tcW w:w="10312" w:type="dxa"/>
          </w:tcPr>
          <w:p w14:paraId="65449E23" w14:textId="58A88C45" w:rsidR="001951D5" w:rsidRPr="00C03A4D" w:rsidRDefault="00FE61C7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Viaje de la</w:t>
            </w:r>
            <w:r w:rsidR="0029096F">
              <w:rPr>
                <w:color w:val="222222"/>
                <w:sz w:val="16"/>
                <w:lang w:val="es-ES"/>
              </w:rPr>
              <w:t xml:space="preserve"> Vicepresidenta y la </w:t>
            </w:r>
            <w:r>
              <w:rPr>
                <w:color w:val="222222"/>
                <w:sz w:val="16"/>
                <w:lang w:val="es-ES"/>
              </w:rPr>
              <w:t>directora a un curso en la U</w:t>
            </w:r>
            <w:r w:rsidR="00CB4B52">
              <w:rPr>
                <w:color w:val="222222"/>
                <w:sz w:val="16"/>
                <w:lang w:val="es-ES"/>
              </w:rPr>
              <w:t>niversidad Internacional Menéndez Pelayo (UIMP)</w:t>
            </w:r>
            <w:r>
              <w:rPr>
                <w:color w:val="222222"/>
                <w:sz w:val="16"/>
                <w:lang w:val="es-ES"/>
              </w:rPr>
              <w:t xml:space="preserve"> de Santander</w:t>
            </w:r>
            <w:r w:rsidR="004F3FEF">
              <w:rPr>
                <w:color w:val="222222"/>
                <w:sz w:val="16"/>
                <w:lang w:val="es-ES"/>
              </w:rPr>
              <w:t>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125546C1" w:rsidR="001951D5" w:rsidRDefault="0029096F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1F193A4B" w:rsidR="001951D5" w:rsidRDefault="0029096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106,86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4A96B668" w:rsidR="001951D5" w:rsidRDefault="0029096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440,00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  <w:tr w:rsidR="00BF228B" w14:paraId="612E533E" w14:textId="77777777" w:rsidTr="00724C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0836E3" w14:textId="77777777" w:rsidR="00BF228B" w:rsidRDefault="00BF228B" w:rsidP="00724CF1">
            <w:pPr>
              <w:spacing w:after="0"/>
            </w:pPr>
            <w:r>
              <w:rPr>
                <w:b/>
                <w:color w:val="FFFFFF"/>
              </w:rPr>
              <w:t>MARTA CHILLARÓN - DIRECTORA</w:t>
            </w:r>
          </w:p>
        </w:tc>
      </w:tr>
      <w:tr w:rsidR="00BF228B" w14:paraId="1A20EA03" w14:textId="77777777" w:rsidTr="00724C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3C54E1" w14:textId="77777777" w:rsidR="00BF228B" w:rsidRDefault="00BF228B" w:rsidP="00724CF1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911009" w14:textId="0880ECD8" w:rsidR="00BF228B" w:rsidRDefault="0029096F" w:rsidP="00724CF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106,86</w:t>
            </w:r>
            <w:r w:rsidR="00BF228B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BF228B" w14:paraId="3277375F" w14:textId="77777777" w:rsidTr="00724C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BE262A" w14:textId="77777777" w:rsidR="00BF228B" w:rsidRDefault="00BF228B" w:rsidP="00724CF1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CB187C" w14:textId="4785D039" w:rsidR="00BF228B" w:rsidRDefault="0029096F" w:rsidP="00724CF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440,00</w:t>
            </w:r>
            <w:r w:rsidR="00BF228B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BF228B" w14:paraId="6F9042A4" w14:textId="77777777" w:rsidTr="00724C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9407B0" w14:textId="77777777" w:rsidR="00BF228B" w:rsidRDefault="00BF228B" w:rsidP="00724CF1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F7AC0D" w14:textId="77777777" w:rsidR="00BF228B" w:rsidRDefault="00BF228B" w:rsidP="00724CF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66B00" w14:textId="77777777" w:rsidR="00FB153E" w:rsidRDefault="00FB153E">
      <w:pPr>
        <w:spacing w:after="0" w:line="240" w:lineRule="auto"/>
      </w:pPr>
      <w:r>
        <w:separator/>
      </w:r>
    </w:p>
  </w:endnote>
  <w:endnote w:type="continuationSeparator" w:id="0">
    <w:p w14:paraId="1C4E1268" w14:textId="77777777" w:rsidR="00FB153E" w:rsidRDefault="00FB1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7300F5" w:rsidRDefault="004327BA">
    <w:pPr>
      <w:pStyle w:val="Piedepgina"/>
      <w:jc w:val="center"/>
      <w:rPr>
        <w:lang w:val="es-ES"/>
      </w:rPr>
    </w:pPr>
    <w:r w:rsidRPr="007300F5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E7D7E" w14:textId="77777777" w:rsidR="00FB153E" w:rsidRDefault="00FB153E">
      <w:pPr>
        <w:spacing w:after="0" w:line="240" w:lineRule="auto"/>
      </w:pPr>
      <w:r>
        <w:separator/>
      </w:r>
    </w:p>
  </w:footnote>
  <w:footnote w:type="continuationSeparator" w:id="0">
    <w:p w14:paraId="63165E0D" w14:textId="77777777" w:rsidR="00FB153E" w:rsidRDefault="00FB1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58E"/>
    <w:rsid w:val="001951D5"/>
    <w:rsid w:val="0029096F"/>
    <w:rsid w:val="0029639D"/>
    <w:rsid w:val="00326F90"/>
    <w:rsid w:val="00416CA2"/>
    <w:rsid w:val="004327BA"/>
    <w:rsid w:val="004F3FEF"/>
    <w:rsid w:val="00562B17"/>
    <w:rsid w:val="006253A7"/>
    <w:rsid w:val="006D20B7"/>
    <w:rsid w:val="007300F5"/>
    <w:rsid w:val="00760CBF"/>
    <w:rsid w:val="00AA1D8D"/>
    <w:rsid w:val="00AB17EA"/>
    <w:rsid w:val="00B47730"/>
    <w:rsid w:val="00BF228B"/>
    <w:rsid w:val="00C03A4D"/>
    <w:rsid w:val="00C96BED"/>
    <w:rsid w:val="00CB0664"/>
    <w:rsid w:val="00CB4B52"/>
    <w:rsid w:val="00D13449"/>
    <w:rsid w:val="00F0791E"/>
    <w:rsid w:val="00F57065"/>
    <w:rsid w:val="00FA7CA1"/>
    <w:rsid w:val="00FB153E"/>
    <w:rsid w:val="00FC693F"/>
    <w:rsid w:val="00FE61C7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47E7DF-D41F-4416-8655-7BC578F92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96D146-FF7E-4D79-A205-1935B6A88E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068053-E426-4E59-A68E-91FB1051854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429</Characters>
  <Application>Microsoft Office Word</Application>
  <DocSecurity>0</DocSecurity>
  <Lines>3</Lines>
  <Paragraphs>1</Paragraphs>
  <ScaleCrop>false</ScaleCrop>
  <Manager/>
  <Company/>
  <LinksUpToDate>false</LinksUpToDate>
  <CharactersWithSpaces>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10</cp:revision>
  <dcterms:created xsi:type="dcterms:W3CDTF">2026-09-22T06:51:00Z</dcterms:created>
  <dcterms:modified xsi:type="dcterms:W3CDTF">2026-09-28T15:56:00Z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