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1080D44C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1F3414">
        <w:rPr>
          <w:b/>
          <w:bCs/>
          <w:color w:val="4A4A4A"/>
          <w:sz w:val="34"/>
          <w:szCs w:val="34"/>
          <w:lang w:val="es-ES"/>
        </w:rPr>
        <w:t>05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1F3414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1F3414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7CFFA3F9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B435C3">
              <w:rPr>
                <w:b/>
                <w:color w:val="0524FF"/>
                <w:lang w:val="es-ES"/>
              </w:rPr>
              <w:t>26</w:t>
            </w:r>
            <w:r w:rsidR="0027367B">
              <w:rPr>
                <w:b/>
                <w:color w:val="0524FF"/>
                <w:lang w:val="es-ES"/>
              </w:rPr>
              <w:t xml:space="preserve"> a </w:t>
            </w:r>
            <w:r w:rsidR="00B435C3">
              <w:rPr>
                <w:b/>
                <w:color w:val="0524FF"/>
                <w:lang w:val="es-ES"/>
              </w:rPr>
              <w:t>29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B435C3">
              <w:rPr>
                <w:b/>
                <w:color w:val="0524FF"/>
                <w:lang w:val="es-ES"/>
              </w:rPr>
              <w:t>may</w:t>
            </w:r>
            <w:r w:rsidR="0027367B">
              <w:rPr>
                <w:b/>
                <w:color w:val="0524FF"/>
                <w:lang w:val="es-ES"/>
              </w:rPr>
              <w:t>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BBDD63E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Viaje a Tampere (</w:t>
            </w:r>
            <w:r w:rsidR="00BC0AB5">
              <w:rPr>
                <w:b/>
                <w:color w:val="0524FF"/>
                <w:lang w:val="es-ES"/>
              </w:rPr>
              <w:t>Finlandia)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1F3414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18E2F2D1" w:rsidR="001951D5" w:rsidRPr="00757486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953A20">
              <w:rPr>
                <w:color w:val="222222"/>
                <w:sz w:val="16"/>
                <w:lang w:val="es-ES"/>
              </w:rPr>
              <w:t>P</w:t>
            </w:r>
            <w:r w:rsidRPr="00757486">
              <w:rPr>
                <w:color w:val="222222"/>
                <w:sz w:val="16"/>
                <w:lang w:val="es-ES"/>
              </w:rPr>
              <w:t>articipar en el evento Imagine Tampere representando a Valencia Innovation Capital. 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6CAEC14" w:rsidR="001951D5" w:rsidRDefault="005E474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28</w:t>
            </w:r>
            <w:r w:rsidR="00074558">
              <w:rPr>
                <w:b/>
                <w:color w:val="4A4A4A"/>
                <w:sz w:val="16"/>
              </w:rPr>
              <w:t>23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074558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55FEC97B" w:rsidR="001951D5" w:rsidRDefault="0007455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320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CDF21A8" w:rsidR="001951D5" w:rsidRDefault="00BC0AB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</w:t>
            </w:r>
            <w:r w:rsidR="004E5CD0">
              <w:rPr>
                <w:b/>
                <w:color w:val="4A4A4A"/>
                <w:sz w:val="16"/>
              </w:rPr>
              <w:t>5</w:t>
            </w:r>
            <w:r>
              <w:rPr>
                <w:b/>
                <w:color w:val="4A4A4A"/>
                <w:sz w:val="16"/>
              </w:rPr>
              <w:t>6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376A0">
              <w:rPr>
                <w:b/>
                <w:color w:val="4A4A4A"/>
                <w:sz w:val="16"/>
              </w:rPr>
              <w:t>5</w:t>
            </w:r>
            <w:r>
              <w:rPr>
                <w:b/>
                <w:color w:val="4A4A4A"/>
                <w:sz w:val="16"/>
              </w:rPr>
              <w:t>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FC19E" w14:textId="77777777" w:rsidR="003A16A9" w:rsidRDefault="003A16A9">
      <w:pPr>
        <w:spacing w:after="0" w:line="240" w:lineRule="auto"/>
      </w:pPr>
      <w:r>
        <w:separator/>
      </w:r>
    </w:p>
  </w:endnote>
  <w:endnote w:type="continuationSeparator" w:id="0">
    <w:p w14:paraId="21592972" w14:textId="77777777" w:rsidR="003A16A9" w:rsidRDefault="003A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D91CC" w14:textId="77777777" w:rsidR="003A16A9" w:rsidRDefault="003A16A9">
      <w:pPr>
        <w:spacing w:after="0" w:line="240" w:lineRule="auto"/>
      </w:pPr>
      <w:r>
        <w:separator/>
      </w:r>
    </w:p>
  </w:footnote>
  <w:footnote w:type="continuationSeparator" w:id="0">
    <w:p w14:paraId="796864C6" w14:textId="77777777" w:rsidR="003A16A9" w:rsidRDefault="003A1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074558"/>
    <w:rsid w:val="0015074B"/>
    <w:rsid w:val="00151662"/>
    <w:rsid w:val="0017158E"/>
    <w:rsid w:val="001951D5"/>
    <w:rsid w:val="001B4406"/>
    <w:rsid w:val="001B60B0"/>
    <w:rsid w:val="001F3414"/>
    <w:rsid w:val="00202605"/>
    <w:rsid w:val="002367E1"/>
    <w:rsid w:val="002505B5"/>
    <w:rsid w:val="002550D7"/>
    <w:rsid w:val="0027367B"/>
    <w:rsid w:val="00290265"/>
    <w:rsid w:val="0029639D"/>
    <w:rsid w:val="002B6276"/>
    <w:rsid w:val="00326F90"/>
    <w:rsid w:val="0039639B"/>
    <w:rsid w:val="003A16A9"/>
    <w:rsid w:val="004327BA"/>
    <w:rsid w:val="00452879"/>
    <w:rsid w:val="00457CCC"/>
    <w:rsid w:val="004C158B"/>
    <w:rsid w:val="004D59BC"/>
    <w:rsid w:val="004E5CD0"/>
    <w:rsid w:val="004F168B"/>
    <w:rsid w:val="0054074A"/>
    <w:rsid w:val="00562B17"/>
    <w:rsid w:val="00584867"/>
    <w:rsid w:val="005A0BBC"/>
    <w:rsid w:val="005C68B5"/>
    <w:rsid w:val="005E4746"/>
    <w:rsid w:val="0061614B"/>
    <w:rsid w:val="006253A7"/>
    <w:rsid w:val="006E17C0"/>
    <w:rsid w:val="00757486"/>
    <w:rsid w:val="007C63B9"/>
    <w:rsid w:val="007D2EAD"/>
    <w:rsid w:val="007E1A8E"/>
    <w:rsid w:val="00826390"/>
    <w:rsid w:val="008668B1"/>
    <w:rsid w:val="008F290B"/>
    <w:rsid w:val="009274C2"/>
    <w:rsid w:val="00953A20"/>
    <w:rsid w:val="009C448E"/>
    <w:rsid w:val="00A02DDD"/>
    <w:rsid w:val="00A11068"/>
    <w:rsid w:val="00A8373F"/>
    <w:rsid w:val="00AA1D8D"/>
    <w:rsid w:val="00AC6730"/>
    <w:rsid w:val="00B376A0"/>
    <w:rsid w:val="00B427FE"/>
    <w:rsid w:val="00B435C3"/>
    <w:rsid w:val="00B47730"/>
    <w:rsid w:val="00BA1401"/>
    <w:rsid w:val="00BA582B"/>
    <w:rsid w:val="00BC0AB5"/>
    <w:rsid w:val="00BC6B1C"/>
    <w:rsid w:val="00C03A4D"/>
    <w:rsid w:val="00CB0664"/>
    <w:rsid w:val="00D53394"/>
    <w:rsid w:val="00DA3F26"/>
    <w:rsid w:val="00DD6243"/>
    <w:rsid w:val="00DF67E5"/>
    <w:rsid w:val="00E0034F"/>
    <w:rsid w:val="00E06682"/>
    <w:rsid w:val="00E07759"/>
    <w:rsid w:val="00E26423"/>
    <w:rsid w:val="00E4068D"/>
    <w:rsid w:val="00E60CEF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1A02F-63B4-43B3-B80D-BFCD25F94E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564A5A-4FC4-4F83-9A19-F9ED65C598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2CF50412-0029-40A7-B944-238A8B13F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60</Words>
  <Characters>334</Characters>
  <Application>Microsoft Office Word</Application>
  <DocSecurity>0</DocSecurity>
  <Lines>2</Lines>
  <Paragraphs>1</Paragraphs>
  <ScaleCrop>false</ScaleCrop>
  <Manager/>
  <Company/>
  <LinksUpToDate>false</LinksUpToDate>
  <CharactersWithSpaces>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43</cp:revision>
  <dcterms:created xsi:type="dcterms:W3CDTF">2026-09-22T06:51:00Z</dcterms:created>
  <dcterms:modified xsi:type="dcterms:W3CDTF">2026-09-28T12:41:00Z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