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6D9E2F82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334A05">
        <w:rPr>
          <w:b/>
          <w:bCs/>
          <w:color w:val="4A4A4A"/>
          <w:sz w:val="34"/>
          <w:szCs w:val="34"/>
          <w:lang w:val="es-ES"/>
        </w:rPr>
        <w:t>04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334A05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334A05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57F3B40C" w:rsidR="001951D5" w:rsidRDefault="004327BA">
            <w:pPr>
              <w:spacing w:after="0"/>
            </w:pPr>
            <w:r>
              <w:rPr>
                <w:b/>
                <w:color w:val="0524FF"/>
              </w:rPr>
              <w:t>FECHA</w:t>
            </w:r>
            <w:r>
              <w:rPr>
                <w:b/>
                <w:color w:val="0524FF"/>
              </w:rPr>
              <w:br/>
            </w:r>
            <w:r w:rsidR="00A11068">
              <w:rPr>
                <w:b/>
                <w:color w:val="0524FF"/>
              </w:rPr>
              <w:t>7 de abril 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5AEFEB8A" w:rsidR="001951D5" w:rsidRPr="00E06682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A11068">
              <w:rPr>
                <w:b/>
                <w:color w:val="0524FF"/>
                <w:lang w:val="es-ES"/>
              </w:rPr>
              <w:t>Mesa redonda observatorio</w:t>
            </w:r>
            <w:r w:rsidR="00012254">
              <w:rPr>
                <w:b/>
                <w:color w:val="0524FF"/>
                <w:lang w:val="es-ES"/>
              </w:rPr>
              <w:t>:</w:t>
            </w:r>
            <w:r w:rsidR="00A11068">
              <w:rPr>
                <w:b/>
                <w:color w:val="0524FF"/>
                <w:lang w:val="es-ES"/>
              </w:rPr>
              <w:t xml:space="preserve"> </w:t>
            </w:r>
            <w:r w:rsidR="00012254">
              <w:rPr>
                <w:b/>
                <w:color w:val="0524FF"/>
                <w:lang w:val="es-ES"/>
              </w:rPr>
              <w:t>P</w:t>
            </w:r>
            <w:r w:rsidR="00A11068">
              <w:rPr>
                <w:b/>
                <w:color w:val="0524FF"/>
                <w:lang w:val="es-ES"/>
              </w:rPr>
              <w:t>apel de los ayuntamientos para impulsar la competitividad.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334A05" w14:paraId="5735CF19" w14:textId="77777777">
        <w:tc>
          <w:tcPr>
            <w:tcW w:w="10312" w:type="dxa"/>
          </w:tcPr>
          <w:p w14:paraId="58B3B3D4" w14:textId="77777777" w:rsidR="00012254" w:rsidRPr="00541467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7649BC62" w:rsidR="001951D5" w:rsidRPr="00C03A4D" w:rsidRDefault="00E06682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Asistencia de la vicepresidenta a la Mesa redonda observatorio</w:t>
            </w:r>
            <w:r w:rsidR="00012254">
              <w:rPr>
                <w:color w:val="222222"/>
                <w:sz w:val="16"/>
                <w:lang w:val="es-ES"/>
              </w:rPr>
              <w:t>: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="002367E1">
              <w:rPr>
                <w:color w:val="222222"/>
                <w:sz w:val="16"/>
                <w:lang w:val="es-ES"/>
              </w:rPr>
              <w:t>P</w:t>
            </w:r>
            <w:r>
              <w:rPr>
                <w:color w:val="222222"/>
                <w:sz w:val="16"/>
                <w:lang w:val="es-ES"/>
              </w:rPr>
              <w:t>apel de los ayuntamientos para impulsar la competitividad.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6C078CB7" w:rsidR="001951D5" w:rsidRDefault="00541467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545B52D9" w:rsidR="001951D5" w:rsidRDefault="002367E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92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E26423">
              <w:rPr>
                <w:b/>
                <w:color w:val="4A4A4A"/>
                <w:sz w:val="16"/>
              </w:rPr>
              <w:t>55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2255363D" w:rsidR="001951D5" w:rsidRDefault="00457D3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22583C23" w:rsidR="001951D5" w:rsidRDefault="00457D3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9</w:t>
            </w:r>
            <w:r w:rsidR="004327BA">
              <w:rPr>
                <w:b/>
                <w:color w:val="4A4A4A"/>
                <w:sz w:val="16"/>
              </w:rPr>
              <w:t>0 €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F115B" w14:textId="77777777" w:rsidR="005C3889" w:rsidRDefault="005C3889">
      <w:pPr>
        <w:spacing w:after="0" w:line="240" w:lineRule="auto"/>
      </w:pPr>
      <w:r>
        <w:separator/>
      </w:r>
    </w:p>
  </w:endnote>
  <w:endnote w:type="continuationSeparator" w:id="0">
    <w:p w14:paraId="699CD6A1" w14:textId="77777777" w:rsidR="005C3889" w:rsidRDefault="005C3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D104E" w14:textId="77777777" w:rsidR="005C3889" w:rsidRDefault="005C3889">
      <w:pPr>
        <w:spacing w:after="0" w:line="240" w:lineRule="auto"/>
      </w:pPr>
      <w:r>
        <w:separator/>
      </w:r>
    </w:p>
  </w:footnote>
  <w:footnote w:type="continuationSeparator" w:id="0">
    <w:p w14:paraId="6ADDCCC4" w14:textId="77777777" w:rsidR="005C3889" w:rsidRDefault="005C3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34616"/>
    <w:rsid w:val="0006063C"/>
    <w:rsid w:val="0015074B"/>
    <w:rsid w:val="0017158E"/>
    <w:rsid w:val="001951D5"/>
    <w:rsid w:val="002367E1"/>
    <w:rsid w:val="0029639D"/>
    <w:rsid w:val="00326F90"/>
    <w:rsid w:val="00334A05"/>
    <w:rsid w:val="00393E32"/>
    <w:rsid w:val="003D7277"/>
    <w:rsid w:val="004327BA"/>
    <w:rsid w:val="00457D34"/>
    <w:rsid w:val="00541467"/>
    <w:rsid w:val="00562B17"/>
    <w:rsid w:val="005C3889"/>
    <w:rsid w:val="006253A7"/>
    <w:rsid w:val="008F4EA7"/>
    <w:rsid w:val="00A02DDD"/>
    <w:rsid w:val="00A11068"/>
    <w:rsid w:val="00AA1D8D"/>
    <w:rsid w:val="00B47730"/>
    <w:rsid w:val="00C03A4D"/>
    <w:rsid w:val="00C2607F"/>
    <w:rsid w:val="00CB0664"/>
    <w:rsid w:val="00D53394"/>
    <w:rsid w:val="00E017B1"/>
    <w:rsid w:val="00E06682"/>
    <w:rsid w:val="00E26423"/>
    <w:rsid w:val="00E60CEF"/>
    <w:rsid w:val="00F0791E"/>
    <w:rsid w:val="00F562B8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141343-E94D-42A6-A03E-9E1DA3E74F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7DA9DC-9E97-4468-BE93-E2BAFADA7A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B7C63CA8-0B4C-4E3B-9D65-785CE453C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405</Characters>
  <Application>Microsoft Office Word</Application>
  <DocSecurity>0</DocSecurity>
  <Lines>3</Lines>
  <Paragraphs>1</Paragraphs>
  <ScaleCrop>false</ScaleCrop>
  <Manager/>
  <Company/>
  <LinksUpToDate>false</LinksUpToDate>
  <CharactersWithSpaces>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11</cp:revision>
  <dcterms:created xsi:type="dcterms:W3CDTF">2026-09-22T06:51:00Z</dcterms:created>
  <dcterms:modified xsi:type="dcterms:W3CDTF">2026-09-28T13:07:00Z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