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C3A9B88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6111CE">
        <w:rPr>
          <w:b/>
          <w:bCs/>
          <w:color w:val="4A4A4A"/>
          <w:sz w:val="34"/>
          <w:szCs w:val="34"/>
          <w:lang w:val="es-ES"/>
        </w:rPr>
        <w:t>09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223D7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C77B123" w:rsidR="001951D5" w:rsidRPr="00223D79" w:rsidRDefault="004327BA">
            <w:pPr>
              <w:spacing w:after="0"/>
              <w:rPr>
                <w:lang w:val="es-ES"/>
              </w:rPr>
            </w:pPr>
            <w:r w:rsidRPr="00223D79">
              <w:rPr>
                <w:b/>
                <w:color w:val="0524FF"/>
                <w:lang w:val="es-ES"/>
              </w:rPr>
              <w:t>FECHA</w:t>
            </w:r>
            <w:r w:rsidRPr="00223D79">
              <w:rPr>
                <w:b/>
                <w:color w:val="0524FF"/>
                <w:lang w:val="es-ES"/>
              </w:rPr>
              <w:br/>
            </w:r>
            <w:proofErr w:type="gramStart"/>
            <w:r w:rsidR="000E23F2">
              <w:rPr>
                <w:b/>
                <w:color w:val="0524FF"/>
                <w:lang w:val="es-ES"/>
              </w:rPr>
              <w:t>Lunes</w:t>
            </w:r>
            <w:proofErr w:type="gramEnd"/>
            <w:r w:rsidR="000E23F2">
              <w:rPr>
                <w:b/>
                <w:color w:val="0524FF"/>
                <w:lang w:val="es-ES"/>
              </w:rPr>
              <w:t xml:space="preserve"> 7 </w:t>
            </w:r>
            <w:r w:rsidR="00B26578">
              <w:rPr>
                <w:b/>
                <w:color w:val="0524FF"/>
                <w:lang w:val="es-ES"/>
              </w:rPr>
              <w:t>–</w:t>
            </w:r>
            <w:r w:rsidR="000E23F2">
              <w:rPr>
                <w:b/>
                <w:color w:val="0524FF"/>
                <w:lang w:val="es-ES"/>
              </w:rPr>
              <w:t xml:space="preserve"> </w:t>
            </w:r>
            <w:proofErr w:type="gramStart"/>
            <w:r w:rsidR="00B26578">
              <w:rPr>
                <w:b/>
                <w:color w:val="0524FF"/>
                <w:lang w:val="es-ES"/>
              </w:rPr>
              <w:t>Jueves</w:t>
            </w:r>
            <w:proofErr w:type="gramEnd"/>
            <w:r w:rsidR="00B26578">
              <w:rPr>
                <w:b/>
                <w:color w:val="0524FF"/>
                <w:lang w:val="es-ES"/>
              </w:rPr>
              <w:t xml:space="preserve"> 10 de </w:t>
            </w:r>
            <w:proofErr w:type="gramStart"/>
            <w:r w:rsidR="00B26578">
              <w:rPr>
                <w:b/>
                <w:color w:val="0524FF"/>
                <w:lang w:val="es-ES"/>
              </w:rPr>
              <w:t>Septiembre</w:t>
            </w:r>
            <w:proofErr w:type="gramEnd"/>
            <w:r w:rsidR="00B26578">
              <w:rPr>
                <w:b/>
                <w:color w:val="0524FF"/>
                <w:lang w:val="es-ES"/>
              </w:rPr>
              <w:t xml:space="preserve">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16677BC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proofErr w:type="spellStart"/>
            <w:r w:rsidR="006F579E">
              <w:rPr>
                <w:b/>
                <w:color w:val="0524FF"/>
                <w:lang w:val="es-ES"/>
              </w:rPr>
              <w:t>Séul</w:t>
            </w:r>
            <w:proofErr w:type="spellEnd"/>
            <w:r w:rsidR="006F579E">
              <w:rPr>
                <w:b/>
                <w:color w:val="0524FF"/>
                <w:lang w:val="es-ES"/>
              </w:rPr>
              <w:t xml:space="preserve"> (Corea</w:t>
            </w:r>
            <w:r w:rsidR="0047123E">
              <w:rPr>
                <w:b/>
                <w:color w:val="0524FF"/>
                <w:lang w:val="es-ES"/>
              </w:rPr>
              <w:t xml:space="preserve"> del Sur) Evento Try </w:t>
            </w:r>
            <w:proofErr w:type="spellStart"/>
            <w:r w:rsidR="0047123E">
              <w:rPr>
                <w:b/>
                <w:color w:val="0524FF"/>
                <w:lang w:val="es-ES"/>
              </w:rPr>
              <w:t>Everything</w:t>
            </w:r>
            <w:proofErr w:type="spellEnd"/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435750" w14:paraId="5735CF19" w14:textId="77777777">
        <w:tc>
          <w:tcPr>
            <w:tcW w:w="10312" w:type="dxa"/>
          </w:tcPr>
          <w:p w14:paraId="68B9474D" w14:textId="307871F5" w:rsidR="001951D5" w:rsidRDefault="00223D79">
            <w:pPr>
              <w:spacing w:after="0"/>
              <w:rPr>
                <w:color w:val="222222"/>
                <w:sz w:val="16"/>
                <w:lang w:val="es-ES"/>
              </w:rPr>
            </w:pPr>
            <w:r w:rsidRPr="00A02026">
              <w:rPr>
                <w:color w:val="222222"/>
                <w:sz w:val="16"/>
              </w:rPr>
              <w:t>Asistencia a</w:t>
            </w:r>
            <w:r>
              <w:rPr>
                <w:b/>
                <w:bCs/>
                <w:color w:val="222222"/>
                <w:sz w:val="16"/>
              </w:rPr>
              <w:t xml:space="preserve"> </w:t>
            </w:r>
            <w:r w:rsidRPr="00223D79">
              <w:rPr>
                <w:b/>
                <w:bCs/>
                <w:color w:val="222222"/>
                <w:sz w:val="16"/>
              </w:rPr>
              <w:t>"Try Everything"</w:t>
            </w:r>
            <w:r w:rsidRPr="00223D79">
              <w:rPr>
                <w:color w:val="222222"/>
                <w:sz w:val="16"/>
              </w:rPr>
              <w:t xml:space="preserve"> </w:t>
            </w:r>
            <w:proofErr w:type="spellStart"/>
            <w:r w:rsidRPr="00223D79">
              <w:rPr>
                <w:color w:val="222222"/>
                <w:sz w:val="16"/>
              </w:rPr>
              <w:t>organizado</w:t>
            </w:r>
            <w:proofErr w:type="spellEnd"/>
            <w:r w:rsidRPr="00223D79">
              <w:rPr>
                <w:color w:val="222222"/>
                <w:sz w:val="16"/>
              </w:rPr>
              <w:t xml:space="preserve"> </w:t>
            </w:r>
            <w:proofErr w:type="spellStart"/>
            <w:r w:rsidRPr="00223D79">
              <w:rPr>
                <w:color w:val="222222"/>
                <w:sz w:val="16"/>
              </w:rPr>
              <w:t>por</w:t>
            </w:r>
            <w:proofErr w:type="spellEnd"/>
            <w:r w:rsidRPr="00223D79">
              <w:rPr>
                <w:color w:val="222222"/>
                <w:sz w:val="16"/>
              </w:rPr>
              <w:t xml:space="preserve"> </w:t>
            </w:r>
            <w:proofErr w:type="spellStart"/>
            <w:r w:rsidRPr="00223D79">
              <w:rPr>
                <w:b/>
                <w:bCs/>
                <w:color w:val="222222"/>
                <w:sz w:val="16"/>
              </w:rPr>
              <w:t>Seúl</w:t>
            </w:r>
            <w:proofErr w:type="spellEnd"/>
            <w:r w:rsidRPr="00223D79">
              <w:rPr>
                <w:b/>
                <w:bCs/>
                <w:color w:val="222222"/>
                <w:sz w:val="16"/>
              </w:rPr>
              <w:t xml:space="preserve"> Business Agency</w:t>
            </w:r>
            <w:r w:rsidRPr="00223D79">
              <w:rPr>
                <w:color w:val="222222"/>
                <w:sz w:val="16"/>
              </w:rPr>
              <w:t xml:space="preserve">. </w:t>
            </w:r>
            <w:r w:rsidR="00A02026" w:rsidRPr="00A02026">
              <w:rPr>
                <w:color w:val="222222"/>
                <w:sz w:val="16"/>
                <w:lang w:val="es-ES"/>
              </w:rPr>
              <w:t xml:space="preserve">Conocer el ecosistema de </w:t>
            </w:r>
            <w:proofErr w:type="gramStart"/>
            <w:r w:rsidR="00A02026" w:rsidRPr="00A02026">
              <w:rPr>
                <w:color w:val="222222"/>
                <w:sz w:val="16"/>
                <w:lang w:val="es-ES"/>
              </w:rPr>
              <w:t>startup</w:t>
            </w:r>
            <w:proofErr w:type="gramEnd"/>
            <w:r w:rsidR="00A02026" w:rsidRPr="00A02026">
              <w:rPr>
                <w:color w:val="222222"/>
                <w:sz w:val="16"/>
                <w:lang w:val="es-ES"/>
              </w:rPr>
              <w:t xml:space="preserve"> de Seúl y firmar un acu</w:t>
            </w:r>
            <w:r w:rsidR="00A02026">
              <w:rPr>
                <w:color w:val="222222"/>
                <w:sz w:val="16"/>
                <w:lang w:val="es-ES"/>
              </w:rPr>
              <w:t>erdo de colaboración.</w:t>
            </w:r>
          </w:p>
          <w:p w14:paraId="65449E23" w14:textId="66B525E8" w:rsidR="00223D79" w:rsidRPr="00C03A4D" w:rsidRDefault="00223D79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[NOMBRE Y APELLIDOS · CARGO]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6C3571F" w:rsidR="001951D5" w:rsidRDefault="00C045D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268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4D97E8D" w:rsidR="001951D5" w:rsidRDefault="0045787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378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E6CB" w14:textId="77777777" w:rsidR="00A42DC3" w:rsidRDefault="00A42DC3">
      <w:pPr>
        <w:spacing w:after="0" w:line="240" w:lineRule="auto"/>
      </w:pPr>
      <w:r>
        <w:separator/>
      </w:r>
    </w:p>
  </w:endnote>
  <w:endnote w:type="continuationSeparator" w:id="0">
    <w:p w14:paraId="72B5B3E1" w14:textId="77777777" w:rsidR="00A42DC3" w:rsidRDefault="00A4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223D79" w:rsidRDefault="004327BA">
    <w:pPr>
      <w:pStyle w:val="Piedepgina"/>
      <w:jc w:val="center"/>
      <w:rPr>
        <w:lang w:val="es-ES"/>
      </w:rPr>
    </w:pPr>
    <w:r w:rsidRPr="00223D79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743CF" w14:textId="77777777" w:rsidR="00A42DC3" w:rsidRDefault="00A42DC3">
      <w:pPr>
        <w:spacing w:after="0" w:line="240" w:lineRule="auto"/>
      </w:pPr>
      <w:r>
        <w:separator/>
      </w:r>
    </w:p>
  </w:footnote>
  <w:footnote w:type="continuationSeparator" w:id="0">
    <w:p w14:paraId="63BDFCCF" w14:textId="77777777" w:rsidR="00A42DC3" w:rsidRDefault="00A42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32D"/>
    <w:rsid w:val="000E23F2"/>
    <w:rsid w:val="0015074B"/>
    <w:rsid w:val="0017158E"/>
    <w:rsid w:val="001951D5"/>
    <w:rsid w:val="00223D79"/>
    <w:rsid w:val="0029639D"/>
    <w:rsid w:val="00326F90"/>
    <w:rsid w:val="004327BA"/>
    <w:rsid w:val="00435750"/>
    <w:rsid w:val="00457877"/>
    <w:rsid w:val="0047123E"/>
    <w:rsid w:val="00562B17"/>
    <w:rsid w:val="006111CE"/>
    <w:rsid w:val="006116E5"/>
    <w:rsid w:val="006253A7"/>
    <w:rsid w:val="006F579E"/>
    <w:rsid w:val="008E1BA0"/>
    <w:rsid w:val="00A02026"/>
    <w:rsid w:val="00A42DC3"/>
    <w:rsid w:val="00AA1D8D"/>
    <w:rsid w:val="00B26578"/>
    <w:rsid w:val="00B47730"/>
    <w:rsid w:val="00C03A4D"/>
    <w:rsid w:val="00C045D8"/>
    <w:rsid w:val="00C13D25"/>
    <w:rsid w:val="00CB0664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4D98E-BCB2-490A-937E-9BBD531A83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2F018DE3-E026-4143-86D0-6C3A90D88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9FA0B4-99ED-424A-880F-C12B58BD07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406</Characters>
  <Application>Microsoft Office Word</Application>
  <DocSecurity>0</DocSecurity>
  <Lines>3</Lines>
  <Paragraphs>1</Paragraphs>
  <ScaleCrop>false</ScaleCrop>
  <Manager/>
  <Company/>
  <LinksUpToDate>false</LinksUpToDate>
  <CharactersWithSpaces>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13</cp:revision>
  <dcterms:created xsi:type="dcterms:W3CDTF">2026-09-22T06:51:00Z</dcterms:created>
  <dcterms:modified xsi:type="dcterms:W3CDTF">2026-09-28T11:01:00Z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