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4BF6CD39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DE7566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DE7566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E471A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72832BF2" w:rsidR="001951D5" w:rsidRPr="004248BA" w:rsidRDefault="004327BA">
            <w:pPr>
              <w:spacing w:after="0"/>
              <w:rPr>
                <w:lang w:val="es-ES"/>
              </w:rPr>
            </w:pPr>
            <w:r w:rsidRPr="004248BA">
              <w:rPr>
                <w:b/>
                <w:color w:val="0524FF"/>
                <w:lang w:val="es-ES"/>
              </w:rPr>
              <w:t>FECHA</w:t>
            </w:r>
            <w:r w:rsidRPr="004248BA">
              <w:rPr>
                <w:b/>
                <w:color w:val="0524FF"/>
                <w:lang w:val="es-ES"/>
              </w:rPr>
              <w:br/>
            </w:r>
            <w:r w:rsidR="006D0B60">
              <w:rPr>
                <w:b/>
                <w:color w:val="0524FF"/>
                <w:lang w:val="es-ES"/>
              </w:rPr>
              <w:t>09</w:t>
            </w:r>
            <w:r w:rsidR="003B7189">
              <w:rPr>
                <w:b/>
                <w:color w:val="0524FF"/>
                <w:lang w:val="es-ES"/>
              </w:rPr>
              <w:t xml:space="preserve"> a 1</w:t>
            </w:r>
            <w:r w:rsidR="006D0B60">
              <w:rPr>
                <w:b/>
                <w:color w:val="0524FF"/>
                <w:lang w:val="es-ES"/>
              </w:rPr>
              <w:t>2</w:t>
            </w:r>
            <w:r w:rsidR="003B7189">
              <w:rPr>
                <w:b/>
                <w:color w:val="0524FF"/>
                <w:lang w:val="es-ES"/>
              </w:rPr>
              <w:t xml:space="preserve"> junio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0C1320F5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221C89">
              <w:rPr>
                <w:b/>
                <w:color w:val="0524FF"/>
                <w:lang w:val="es-ES"/>
              </w:rPr>
              <w:t xml:space="preserve">Viaje a </w:t>
            </w:r>
            <w:r w:rsidR="006D0B60">
              <w:rPr>
                <w:b/>
                <w:color w:val="0524FF"/>
                <w:lang w:val="es-ES"/>
              </w:rPr>
              <w:t xml:space="preserve">Londres </w:t>
            </w:r>
            <w:r w:rsidR="00E471A3">
              <w:rPr>
                <w:b/>
                <w:color w:val="0524FF"/>
                <w:lang w:val="es-ES"/>
              </w:rPr>
              <w:t>–</w:t>
            </w:r>
            <w:r w:rsidR="006D0B60">
              <w:rPr>
                <w:b/>
                <w:color w:val="0524FF"/>
                <w:lang w:val="es-ES"/>
              </w:rPr>
              <w:t xml:space="preserve"> </w:t>
            </w:r>
            <w:r w:rsidR="00E471A3">
              <w:rPr>
                <w:b/>
                <w:color w:val="0524FF"/>
                <w:lang w:val="es-ES"/>
              </w:rPr>
              <w:t>London Tech Week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27BE6" w14:paraId="5735CF19" w14:textId="77777777">
        <w:tc>
          <w:tcPr>
            <w:tcW w:w="10312" w:type="dxa"/>
          </w:tcPr>
          <w:p w14:paraId="15CD94C0" w14:textId="4A0EF4BD" w:rsidR="004248BA" w:rsidRPr="00A27BE6" w:rsidRDefault="004248BA" w:rsidP="004248BA">
            <w:pPr>
              <w:spacing w:after="0"/>
              <w:rPr>
                <w:color w:val="222222"/>
                <w:sz w:val="16"/>
                <w:lang w:val="en-GB"/>
              </w:rPr>
            </w:pPr>
            <w:r w:rsidRPr="00A27BE6">
              <w:rPr>
                <w:color w:val="222222"/>
                <w:sz w:val="16"/>
                <w:lang w:val="en-GB"/>
              </w:rPr>
              <w:t>A</w:t>
            </w:r>
            <w:r w:rsidR="00A27BE6" w:rsidRPr="00A27BE6">
              <w:rPr>
                <w:color w:val="222222"/>
                <w:sz w:val="16"/>
                <w:lang w:val="en-GB"/>
              </w:rPr>
              <w:t>sistencia a London Tech W</w:t>
            </w:r>
            <w:r w:rsidR="00A27BE6">
              <w:rPr>
                <w:color w:val="222222"/>
                <w:sz w:val="16"/>
                <w:lang w:val="en-GB"/>
              </w:rPr>
              <w:t>eek</w:t>
            </w:r>
          </w:p>
          <w:p w14:paraId="0AD04FBD" w14:textId="77777777" w:rsidR="004248BA" w:rsidRPr="00A27BE6" w:rsidRDefault="004248BA" w:rsidP="004248BA">
            <w:pPr>
              <w:spacing w:after="0"/>
              <w:rPr>
                <w:color w:val="222222"/>
                <w:sz w:val="16"/>
                <w:lang w:val="en-GB"/>
              </w:rPr>
            </w:pPr>
            <w:r w:rsidRPr="00A27BE6">
              <w:rPr>
                <w:color w:val="222222"/>
                <w:sz w:val="16"/>
                <w:lang w:val="en-GB"/>
              </w:rPr>
              <w:t> </w:t>
            </w:r>
          </w:p>
          <w:p w14:paraId="65449E23" w14:textId="768B4858" w:rsidR="001951D5" w:rsidRPr="00A27BE6" w:rsidRDefault="001951D5">
            <w:pPr>
              <w:spacing w:after="0"/>
              <w:rPr>
                <w:lang w:val="en-GB"/>
              </w:rPr>
            </w:pPr>
          </w:p>
        </w:tc>
      </w:tr>
    </w:tbl>
    <w:p w14:paraId="0A37501D" w14:textId="77777777" w:rsidR="001951D5" w:rsidRPr="00A27BE6" w:rsidRDefault="001951D5">
      <w:pPr>
        <w:spacing w:after="0"/>
        <w:rPr>
          <w:lang w:val="en-GB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3EEB2720" w:rsidR="001951D5" w:rsidRDefault="00E471A3">
            <w:pPr>
              <w:spacing w:after="0"/>
            </w:pPr>
            <w:r>
              <w:rPr>
                <w:b/>
                <w:color w:val="FFFFFF"/>
              </w:rPr>
              <w:t>DAVID ROSA - SUBDIRECTOR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2229E8B9" w:rsidR="001951D5" w:rsidRDefault="00A0409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545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50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9220CB6" w:rsidR="001951D5" w:rsidRDefault="00F30A5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</w:t>
            </w:r>
            <w:r w:rsidR="007241B8">
              <w:rPr>
                <w:b/>
                <w:color w:val="4A4A4A"/>
                <w:sz w:val="16"/>
              </w:rPr>
              <w:t>59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7241B8">
              <w:rPr>
                <w:b/>
                <w:color w:val="4A4A4A"/>
                <w:sz w:val="16"/>
              </w:rPr>
              <w:t>0</w:t>
            </w:r>
            <w:r>
              <w:rPr>
                <w:b/>
                <w:color w:val="4A4A4A"/>
                <w:sz w:val="16"/>
              </w:rPr>
              <w:t>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46FE8008" w:rsidR="001951D5" w:rsidRDefault="007241B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711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C3821">
              <w:rPr>
                <w:b/>
                <w:color w:val="4A4A4A"/>
                <w:sz w:val="16"/>
              </w:rPr>
              <w:t>51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BC3821" w14:paraId="4855920B" w14:textId="77777777" w:rsidTr="008227DC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C0DAE" w14:textId="20C241C4" w:rsidR="00BC3821" w:rsidRDefault="00BC3821" w:rsidP="008227DC">
            <w:pPr>
              <w:spacing w:after="0"/>
            </w:pPr>
            <w:r>
              <w:rPr>
                <w:b/>
                <w:color w:val="FFFFFF"/>
              </w:rPr>
              <w:t>LUCÍA CALABRIA - SUBDIRECTORA</w:t>
            </w:r>
          </w:p>
        </w:tc>
      </w:tr>
      <w:tr w:rsidR="00BC3821" w14:paraId="31B2FBB7" w14:textId="77777777" w:rsidTr="008227D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094ED" w14:textId="77777777" w:rsidR="00BC3821" w:rsidRDefault="00BC3821" w:rsidP="008227DC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EE1545" w14:textId="687344D4" w:rsidR="00BC3821" w:rsidRDefault="00B05698" w:rsidP="008227D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545</w:t>
            </w:r>
            <w:r w:rsidR="00BC3821">
              <w:rPr>
                <w:b/>
                <w:color w:val="4A4A4A"/>
                <w:sz w:val="16"/>
              </w:rPr>
              <w:t>,50 €</w:t>
            </w:r>
          </w:p>
        </w:tc>
      </w:tr>
      <w:tr w:rsidR="00BC3821" w14:paraId="037DD02B" w14:textId="77777777" w:rsidTr="008227D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6F7ADD" w14:textId="77777777" w:rsidR="00BC3821" w:rsidRDefault="00BC3821" w:rsidP="008227DC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C952E4" w14:textId="5A55691C" w:rsidR="00BC3821" w:rsidRDefault="00353541" w:rsidP="008227D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1046</w:t>
            </w:r>
            <w:r w:rsidR="00BC3821">
              <w:rPr>
                <w:b/>
                <w:color w:val="4A4A4A"/>
                <w:sz w:val="16"/>
              </w:rPr>
              <w:t>,</w:t>
            </w:r>
            <w:r w:rsidR="00291D68">
              <w:rPr>
                <w:b/>
                <w:color w:val="4A4A4A"/>
                <w:sz w:val="16"/>
              </w:rPr>
              <w:t>69</w:t>
            </w:r>
            <w:r w:rsidR="00BC3821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BC3821" w14:paraId="4DFF20FF" w14:textId="77777777" w:rsidTr="008227D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A7C536" w14:textId="77777777" w:rsidR="00BC3821" w:rsidRDefault="00BC3821" w:rsidP="008227DC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4555F4" w14:textId="49BECA18" w:rsidR="00BC3821" w:rsidRDefault="00A27BE6" w:rsidP="008227D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157</w:t>
            </w:r>
            <w:r w:rsidR="00BC3821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14</w:t>
            </w:r>
            <w:r w:rsidR="00BC3821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5CB83" w14:textId="77777777" w:rsidR="002C3D34" w:rsidRDefault="002C3D34">
      <w:pPr>
        <w:spacing w:after="0" w:line="240" w:lineRule="auto"/>
      </w:pPr>
      <w:r>
        <w:separator/>
      </w:r>
    </w:p>
  </w:endnote>
  <w:endnote w:type="continuationSeparator" w:id="0">
    <w:p w14:paraId="606B190D" w14:textId="77777777" w:rsidR="002C3D34" w:rsidRDefault="002C3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248BA" w:rsidRDefault="004327BA">
    <w:pPr>
      <w:pStyle w:val="Piedepgina"/>
      <w:jc w:val="center"/>
      <w:rPr>
        <w:lang w:val="es-ES"/>
      </w:rPr>
    </w:pPr>
    <w:r w:rsidRPr="004248BA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282EC" w14:textId="77777777" w:rsidR="002C3D34" w:rsidRDefault="002C3D34">
      <w:pPr>
        <w:spacing w:after="0" w:line="240" w:lineRule="auto"/>
      </w:pPr>
      <w:r>
        <w:separator/>
      </w:r>
    </w:p>
  </w:footnote>
  <w:footnote w:type="continuationSeparator" w:id="0">
    <w:p w14:paraId="433911A4" w14:textId="77777777" w:rsidR="002C3D34" w:rsidRDefault="002C3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1C244E"/>
    <w:rsid w:val="00221C89"/>
    <w:rsid w:val="00291D68"/>
    <w:rsid w:val="0029639D"/>
    <w:rsid w:val="002C3D34"/>
    <w:rsid w:val="002D71C6"/>
    <w:rsid w:val="00326F90"/>
    <w:rsid w:val="00353541"/>
    <w:rsid w:val="003B7189"/>
    <w:rsid w:val="004248BA"/>
    <w:rsid w:val="004327BA"/>
    <w:rsid w:val="004E384A"/>
    <w:rsid w:val="00523EB1"/>
    <w:rsid w:val="00562B17"/>
    <w:rsid w:val="006253A7"/>
    <w:rsid w:val="006D0B60"/>
    <w:rsid w:val="007241B8"/>
    <w:rsid w:val="00A04094"/>
    <w:rsid w:val="00A27BE6"/>
    <w:rsid w:val="00AA1D8D"/>
    <w:rsid w:val="00AC497C"/>
    <w:rsid w:val="00B05698"/>
    <w:rsid w:val="00B47730"/>
    <w:rsid w:val="00BC3821"/>
    <w:rsid w:val="00C03A4D"/>
    <w:rsid w:val="00CB0664"/>
    <w:rsid w:val="00D738D3"/>
    <w:rsid w:val="00DE7566"/>
    <w:rsid w:val="00E20314"/>
    <w:rsid w:val="00E471A3"/>
    <w:rsid w:val="00ED7CBA"/>
    <w:rsid w:val="00F0791E"/>
    <w:rsid w:val="00F30A55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CED357-8DC1-496F-A0CF-E0E275BB5D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51F8F636-F232-4961-A415-6241C8D8B8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C99A04-33EB-41E3-9332-4D9F7C0C12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374</Characters>
  <Application>Microsoft Office Word</Application>
  <DocSecurity>0</DocSecurity>
  <Lines>3</Lines>
  <Paragraphs>1</Paragraphs>
  <ScaleCrop>false</ScaleCrop>
  <Manager/>
  <Company/>
  <LinksUpToDate>false</LinksUpToDate>
  <CharactersWithSpaces>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19</cp:revision>
  <dcterms:created xsi:type="dcterms:W3CDTF">2026-09-22T06:51:00Z</dcterms:created>
  <dcterms:modified xsi:type="dcterms:W3CDTF">2026-09-28T15:18:00Z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