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7830FB34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2E565D">
        <w:rPr>
          <w:b/>
          <w:bCs/>
          <w:color w:val="4A4A4A"/>
          <w:sz w:val="34"/>
          <w:szCs w:val="34"/>
          <w:lang w:val="es-ES"/>
        </w:rPr>
        <w:t>09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2E565D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745662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743891F1" w:rsidR="001951D5" w:rsidRPr="00F1085D" w:rsidRDefault="004327BA">
            <w:pPr>
              <w:spacing w:after="0"/>
              <w:rPr>
                <w:lang w:val="es-ES"/>
              </w:rPr>
            </w:pPr>
            <w:r w:rsidRPr="00F1085D">
              <w:rPr>
                <w:b/>
                <w:color w:val="0524FF"/>
                <w:lang w:val="es-ES"/>
              </w:rPr>
              <w:t>FECHA</w:t>
            </w:r>
            <w:r w:rsidRPr="00F1085D">
              <w:rPr>
                <w:b/>
                <w:color w:val="0524FF"/>
                <w:lang w:val="es-ES"/>
              </w:rPr>
              <w:br/>
            </w:r>
            <w:r w:rsidR="0040235D">
              <w:rPr>
                <w:b/>
                <w:color w:val="0524FF"/>
                <w:lang w:val="es-ES"/>
              </w:rPr>
              <w:t>2</w:t>
            </w:r>
            <w:r w:rsidR="00DA3F26" w:rsidRPr="00F1085D">
              <w:rPr>
                <w:b/>
                <w:color w:val="0524FF"/>
                <w:lang w:val="es-ES"/>
              </w:rPr>
              <w:t>1</w:t>
            </w:r>
            <w:r w:rsidR="00A11068" w:rsidRPr="00F1085D">
              <w:rPr>
                <w:b/>
                <w:color w:val="0524FF"/>
                <w:lang w:val="es-ES"/>
              </w:rPr>
              <w:t xml:space="preserve"> </w:t>
            </w:r>
            <w:r w:rsidR="00F1085D" w:rsidRPr="00F1085D">
              <w:rPr>
                <w:b/>
                <w:color w:val="0524FF"/>
                <w:lang w:val="es-ES"/>
              </w:rPr>
              <w:t>a 2</w:t>
            </w:r>
            <w:r w:rsidR="0040235D">
              <w:rPr>
                <w:b/>
                <w:color w:val="0524FF"/>
                <w:lang w:val="es-ES"/>
              </w:rPr>
              <w:t>5</w:t>
            </w:r>
            <w:r w:rsidR="00F1085D" w:rsidRPr="00F1085D">
              <w:rPr>
                <w:b/>
                <w:color w:val="0524FF"/>
                <w:lang w:val="es-ES"/>
              </w:rPr>
              <w:t xml:space="preserve"> </w:t>
            </w:r>
            <w:r w:rsidR="00A11068" w:rsidRPr="00F1085D">
              <w:rPr>
                <w:b/>
                <w:color w:val="0524FF"/>
                <w:lang w:val="es-ES"/>
              </w:rPr>
              <w:t xml:space="preserve">de </w:t>
            </w:r>
            <w:r w:rsidR="0040235D">
              <w:rPr>
                <w:b/>
                <w:color w:val="0524FF"/>
                <w:lang w:val="es-ES"/>
              </w:rPr>
              <w:t>septiembre</w:t>
            </w:r>
            <w:r w:rsidR="00DA3F26" w:rsidRPr="00F1085D">
              <w:rPr>
                <w:b/>
                <w:color w:val="0524FF"/>
                <w:lang w:val="es-ES"/>
              </w:rPr>
              <w:t xml:space="preserve"> </w:t>
            </w:r>
            <w:r w:rsidR="00A11068" w:rsidRPr="00F1085D">
              <w:rPr>
                <w:b/>
                <w:color w:val="0524FF"/>
                <w:lang w:val="es-ES"/>
              </w:rPr>
              <w:t>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032D9BB" w14:textId="77777777" w:rsidR="001951D5" w:rsidRDefault="004327BA">
            <w:pPr>
              <w:spacing w:after="0"/>
              <w:rPr>
                <w:b/>
                <w:color w:val="0524FF"/>
                <w:lang w:val="en-GB"/>
              </w:rPr>
            </w:pPr>
            <w:r w:rsidRPr="007C63B9">
              <w:rPr>
                <w:b/>
                <w:color w:val="0524FF"/>
                <w:lang w:val="en-GB"/>
              </w:rPr>
              <w:t>ACCIÓN</w:t>
            </w:r>
          </w:p>
          <w:p w14:paraId="15603D82" w14:textId="48EEE8BD" w:rsidR="0040235D" w:rsidRPr="00745662" w:rsidRDefault="00745662">
            <w:pPr>
              <w:spacing w:after="0"/>
              <w:rPr>
                <w:b/>
                <w:color w:val="0524FF"/>
                <w:lang w:val="es-ES"/>
              </w:rPr>
            </w:pPr>
            <w:r w:rsidRPr="00745662">
              <w:rPr>
                <w:b/>
                <w:color w:val="0524FF"/>
                <w:lang w:val="es-ES"/>
              </w:rPr>
              <w:t xml:space="preserve">Viaje a Xi’an (China) </w:t>
            </w:r>
            <w:r w:rsidR="000D6CDA">
              <w:rPr>
                <w:b/>
                <w:color w:val="0524FF"/>
                <w:lang w:val="es-ES"/>
              </w:rPr>
              <w:t>–</w:t>
            </w:r>
            <w:r w:rsidRPr="00745662">
              <w:rPr>
                <w:b/>
                <w:color w:val="0524FF"/>
                <w:lang w:val="es-ES"/>
              </w:rPr>
              <w:t xml:space="preserve"> </w:t>
            </w:r>
            <w:proofErr w:type="gramStart"/>
            <w:r w:rsidRPr="00745662">
              <w:rPr>
                <w:b/>
                <w:color w:val="0524FF"/>
                <w:lang w:val="es-ES"/>
              </w:rPr>
              <w:t>E</w:t>
            </w:r>
            <w:r>
              <w:rPr>
                <w:b/>
                <w:color w:val="0524FF"/>
                <w:lang w:val="es-ES"/>
              </w:rPr>
              <w:t>uro</w:t>
            </w:r>
            <w:proofErr w:type="gramEnd"/>
            <w:r w:rsidR="000D6CDA">
              <w:rPr>
                <w:b/>
                <w:color w:val="0524FF"/>
                <w:lang w:val="es-ES"/>
              </w:rPr>
              <w:t xml:space="preserve"> Asian </w:t>
            </w:r>
            <w:proofErr w:type="spellStart"/>
            <w:r w:rsidR="000D6CDA">
              <w:rPr>
                <w:b/>
                <w:color w:val="0524FF"/>
                <w:lang w:val="es-ES"/>
              </w:rPr>
              <w:t>Economic</w:t>
            </w:r>
            <w:proofErr w:type="spellEnd"/>
            <w:r w:rsidR="000D6CDA">
              <w:rPr>
                <w:b/>
                <w:color w:val="0524FF"/>
                <w:lang w:val="es-ES"/>
              </w:rPr>
              <w:t xml:space="preserve"> Forum</w:t>
            </w:r>
          </w:p>
        </w:tc>
      </w:tr>
    </w:tbl>
    <w:p w14:paraId="672A6659" w14:textId="4F3B9D1A" w:rsidR="001951D5" w:rsidRPr="00745662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2E565D" w14:paraId="5735CF19" w14:textId="77777777">
        <w:tc>
          <w:tcPr>
            <w:tcW w:w="10312" w:type="dxa"/>
          </w:tcPr>
          <w:p w14:paraId="58B3B3D4" w14:textId="77777777" w:rsidR="00012254" w:rsidRPr="00DA3F26" w:rsidRDefault="00012254">
            <w:pPr>
              <w:spacing w:after="0"/>
              <w:rPr>
                <w:color w:val="222222"/>
                <w:sz w:val="16"/>
                <w:lang w:val="es-ES"/>
              </w:rPr>
            </w:pPr>
          </w:p>
          <w:p w14:paraId="65449E23" w14:textId="3835E9E0" w:rsidR="001951D5" w:rsidRPr="00452879" w:rsidRDefault="002E0D2C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Desplazamiento del</w:t>
            </w:r>
            <w:r w:rsidR="00FC46AC" w:rsidRPr="00FC46AC">
              <w:rPr>
                <w:color w:val="222222"/>
                <w:sz w:val="16"/>
                <w:lang w:val="es-ES"/>
              </w:rPr>
              <w:t xml:space="preserve"> subdirector de la entidad para su participación en el </w:t>
            </w:r>
            <w:proofErr w:type="spellStart"/>
            <w:r w:rsidR="00FC46AC" w:rsidRPr="00FC46AC">
              <w:rPr>
                <w:b/>
                <w:bCs/>
                <w:color w:val="222222"/>
                <w:sz w:val="16"/>
                <w:lang w:val="es-ES"/>
              </w:rPr>
              <w:t>Euroasian</w:t>
            </w:r>
            <w:proofErr w:type="spellEnd"/>
            <w:r w:rsidR="00FC46AC" w:rsidRPr="00FC46AC">
              <w:rPr>
                <w:b/>
                <w:bCs/>
                <w:color w:val="222222"/>
                <w:sz w:val="16"/>
                <w:lang w:val="es-ES"/>
              </w:rPr>
              <w:t xml:space="preserve"> </w:t>
            </w:r>
            <w:proofErr w:type="spellStart"/>
            <w:r w:rsidR="00FC46AC" w:rsidRPr="00FC46AC">
              <w:rPr>
                <w:b/>
                <w:bCs/>
                <w:color w:val="222222"/>
                <w:sz w:val="16"/>
                <w:lang w:val="es-ES"/>
              </w:rPr>
              <w:t>Economic</w:t>
            </w:r>
            <w:proofErr w:type="spellEnd"/>
            <w:r w:rsidR="00FC46AC" w:rsidRPr="00FC46AC">
              <w:rPr>
                <w:b/>
                <w:bCs/>
                <w:color w:val="222222"/>
                <w:sz w:val="16"/>
                <w:lang w:val="es-ES"/>
              </w:rPr>
              <w:t xml:space="preserve"> Forum 2025 – 9th </w:t>
            </w:r>
            <w:proofErr w:type="spellStart"/>
            <w:r w:rsidR="00FC46AC" w:rsidRPr="00FC46AC">
              <w:rPr>
                <w:b/>
                <w:bCs/>
                <w:color w:val="222222"/>
                <w:sz w:val="16"/>
                <w:lang w:val="es-ES"/>
              </w:rPr>
              <w:t>Roundtable</w:t>
            </w:r>
            <w:proofErr w:type="spellEnd"/>
            <w:r w:rsidR="00FC46AC" w:rsidRPr="00FC46AC">
              <w:rPr>
                <w:b/>
                <w:bCs/>
                <w:color w:val="222222"/>
                <w:sz w:val="16"/>
                <w:lang w:val="es-ES"/>
              </w:rPr>
              <w:t xml:space="preserve"> </w:t>
            </w:r>
            <w:proofErr w:type="spellStart"/>
            <w:r w:rsidR="00FC46AC" w:rsidRPr="00FC46AC">
              <w:rPr>
                <w:b/>
                <w:bCs/>
                <w:color w:val="222222"/>
                <w:sz w:val="16"/>
                <w:lang w:val="es-ES"/>
              </w:rPr>
              <w:t>of</w:t>
            </w:r>
            <w:proofErr w:type="spellEnd"/>
            <w:r w:rsidR="00FC46AC" w:rsidRPr="00FC46AC">
              <w:rPr>
                <w:b/>
                <w:bCs/>
                <w:color w:val="222222"/>
                <w:sz w:val="16"/>
                <w:lang w:val="es-ES"/>
              </w:rPr>
              <w:t xml:space="preserve"> Cities </w:t>
            </w:r>
            <w:proofErr w:type="spellStart"/>
            <w:r w:rsidR="00FC46AC" w:rsidRPr="00FC46AC">
              <w:rPr>
                <w:b/>
                <w:bCs/>
                <w:color w:val="222222"/>
                <w:sz w:val="16"/>
                <w:lang w:val="es-ES"/>
              </w:rPr>
              <w:t>along</w:t>
            </w:r>
            <w:proofErr w:type="spellEnd"/>
            <w:r w:rsidR="00FC46AC" w:rsidRPr="00FC46AC">
              <w:rPr>
                <w:b/>
                <w:bCs/>
                <w:color w:val="222222"/>
                <w:sz w:val="16"/>
                <w:lang w:val="es-ES"/>
              </w:rPr>
              <w:t xml:space="preserve"> </w:t>
            </w:r>
            <w:proofErr w:type="spellStart"/>
            <w:r w:rsidR="00FC46AC" w:rsidRPr="00FC46AC">
              <w:rPr>
                <w:b/>
                <w:bCs/>
                <w:color w:val="222222"/>
                <w:sz w:val="16"/>
                <w:lang w:val="es-ES"/>
              </w:rPr>
              <w:t>the</w:t>
            </w:r>
            <w:proofErr w:type="spellEnd"/>
            <w:r w:rsidR="00FC46AC" w:rsidRPr="00FC46AC">
              <w:rPr>
                <w:b/>
                <w:bCs/>
                <w:color w:val="222222"/>
                <w:sz w:val="16"/>
                <w:lang w:val="es-ES"/>
              </w:rPr>
              <w:t xml:space="preserve"> Silk Road </w:t>
            </w:r>
            <w:proofErr w:type="spellStart"/>
            <w:r w:rsidR="00FC46AC" w:rsidRPr="00FC46AC">
              <w:rPr>
                <w:b/>
                <w:bCs/>
                <w:color w:val="222222"/>
                <w:sz w:val="16"/>
                <w:lang w:val="es-ES"/>
              </w:rPr>
              <w:t>Economic</w:t>
            </w:r>
            <w:proofErr w:type="spellEnd"/>
            <w:r w:rsidR="00FC46AC" w:rsidRPr="00FC46AC">
              <w:rPr>
                <w:b/>
                <w:bCs/>
                <w:color w:val="222222"/>
                <w:sz w:val="16"/>
                <w:lang w:val="es-ES"/>
              </w:rPr>
              <w:t xml:space="preserve"> Belt</w:t>
            </w:r>
            <w:r w:rsidR="00FC46AC" w:rsidRPr="00FC46AC">
              <w:rPr>
                <w:color w:val="222222"/>
                <w:sz w:val="16"/>
                <w:lang w:val="es-ES"/>
              </w:rPr>
              <w:t>, actuación estratégica para reforzar el posicionamiento de València en la red global de ciudades y abrir nuevas oportunidades de cooperación internacional.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5B032B90" w:rsidR="001951D5" w:rsidRDefault="005D12A5">
            <w:pPr>
              <w:spacing w:after="0"/>
            </w:pPr>
            <w:r>
              <w:rPr>
                <w:b/>
                <w:color w:val="FFFFFF"/>
              </w:rPr>
              <w:t>ARTURO CASTELLÓ</w:t>
            </w:r>
            <w:r w:rsidR="002E0D2C">
              <w:rPr>
                <w:b/>
                <w:color w:val="FFFFFF"/>
              </w:rPr>
              <w:t xml:space="preserve"> - SUBDIRECTOR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4C716A1D" w:rsidR="001951D5" w:rsidRDefault="002069D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2425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5824C6"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4C8CF4DC" w:rsidR="001951D5" w:rsidRDefault="0054074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0</w:t>
            </w:r>
            <w:r w:rsidR="00016C4F">
              <w:rPr>
                <w:b/>
                <w:color w:val="4A4A4A"/>
                <w:sz w:val="16"/>
              </w:rPr>
              <w:t>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76D59528" w:rsidR="001951D5" w:rsidRDefault="002234C0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114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12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0876D" w14:textId="77777777" w:rsidR="00463B5E" w:rsidRDefault="00463B5E">
      <w:pPr>
        <w:spacing w:after="0" w:line="240" w:lineRule="auto"/>
      </w:pPr>
      <w:r>
        <w:separator/>
      </w:r>
    </w:p>
  </w:endnote>
  <w:endnote w:type="continuationSeparator" w:id="0">
    <w:p w14:paraId="031099EE" w14:textId="77777777" w:rsidR="00463B5E" w:rsidRDefault="00463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4FD26" w14:textId="77777777" w:rsidR="00463B5E" w:rsidRDefault="00463B5E">
      <w:pPr>
        <w:spacing w:after="0" w:line="240" w:lineRule="auto"/>
      </w:pPr>
      <w:r>
        <w:separator/>
      </w:r>
    </w:p>
  </w:footnote>
  <w:footnote w:type="continuationSeparator" w:id="0">
    <w:p w14:paraId="3E969BE6" w14:textId="77777777" w:rsidR="00463B5E" w:rsidRDefault="00463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6C4F"/>
    <w:rsid w:val="00034616"/>
    <w:rsid w:val="0006063C"/>
    <w:rsid w:val="000D6CDA"/>
    <w:rsid w:val="0015074B"/>
    <w:rsid w:val="0017158E"/>
    <w:rsid w:val="001951D5"/>
    <w:rsid w:val="002069D1"/>
    <w:rsid w:val="002234C0"/>
    <w:rsid w:val="002367E1"/>
    <w:rsid w:val="0029639D"/>
    <w:rsid w:val="002E0D2C"/>
    <w:rsid w:val="002E565D"/>
    <w:rsid w:val="00326F90"/>
    <w:rsid w:val="00381CDC"/>
    <w:rsid w:val="0040235D"/>
    <w:rsid w:val="004327BA"/>
    <w:rsid w:val="00452879"/>
    <w:rsid w:val="00463B5E"/>
    <w:rsid w:val="004D59BC"/>
    <w:rsid w:val="004F168B"/>
    <w:rsid w:val="0054074A"/>
    <w:rsid w:val="005526CD"/>
    <w:rsid w:val="00562B17"/>
    <w:rsid w:val="005824C6"/>
    <w:rsid w:val="00586F67"/>
    <w:rsid w:val="005D12A5"/>
    <w:rsid w:val="0061614B"/>
    <w:rsid w:val="006253A7"/>
    <w:rsid w:val="006E17C0"/>
    <w:rsid w:val="00745662"/>
    <w:rsid w:val="007723DE"/>
    <w:rsid w:val="007C63B9"/>
    <w:rsid w:val="007D2EAD"/>
    <w:rsid w:val="009274C2"/>
    <w:rsid w:val="00A02DDD"/>
    <w:rsid w:val="00A05D0D"/>
    <w:rsid w:val="00A11068"/>
    <w:rsid w:val="00AA1D8D"/>
    <w:rsid w:val="00AC6730"/>
    <w:rsid w:val="00B47730"/>
    <w:rsid w:val="00BA1401"/>
    <w:rsid w:val="00C03A4D"/>
    <w:rsid w:val="00CB0664"/>
    <w:rsid w:val="00D53394"/>
    <w:rsid w:val="00DA2366"/>
    <w:rsid w:val="00DA3F26"/>
    <w:rsid w:val="00DD6243"/>
    <w:rsid w:val="00E06682"/>
    <w:rsid w:val="00E26423"/>
    <w:rsid w:val="00E60CEF"/>
    <w:rsid w:val="00F0791E"/>
    <w:rsid w:val="00F1085D"/>
    <w:rsid w:val="00F57065"/>
    <w:rsid w:val="00FC46AC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4E115B-EF5F-4A94-9C6E-FD123BF2C3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29602A-2719-4D83-8D91-2FF076726A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1EE41F-16E7-4868-8C57-87FCAEBD0CF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100</Words>
  <Characters>552</Characters>
  <Application>Microsoft Office Word</Application>
  <DocSecurity>0</DocSecurity>
  <Lines>4</Lines>
  <Paragraphs>1</Paragraphs>
  <ScaleCrop>false</ScaleCrop>
  <Manager/>
  <Company/>
  <LinksUpToDate>false</LinksUpToDate>
  <CharactersWithSpaces>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27</cp:revision>
  <dcterms:created xsi:type="dcterms:W3CDTF">2026-09-22T06:51:00Z</dcterms:created>
  <dcterms:modified xsi:type="dcterms:W3CDTF">2026-09-28T12:39:00Z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