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50D0EDC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E277F9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E277F9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C63B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0AC1EDC9" w:rsidR="001951D5" w:rsidRDefault="004327BA">
            <w:pPr>
              <w:spacing w:after="0"/>
            </w:pPr>
            <w:r>
              <w:rPr>
                <w:b/>
                <w:color w:val="0524FF"/>
              </w:rPr>
              <w:t>FECHA</w:t>
            </w:r>
            <w:r>
              <w:rPr>
                <w:b/>
                <w:color w:val="0524FF"/>
              </w:rPr>
              <w:br/>
            </w:r>
            <w:r w:rsidR="00DA3F26">
              <w:rPr>
                <w:b/>
                <w:color w:val="0524FF"/>
              </w:rPr>
              <w:t>11</w:t>
            </w:r>
            <w:r w:rsidR="00A11068">
              <w:rPr>
                <w:b/>
                <w:color w:val="0524FF"/>
              </w:rPr>
              <w:t xml:space="preserve"> de </w:t>
            </w:r>
            <w:r w:rsidR="00DA3F26">
              <w:rPr>
                <w:b/>
                <w:color w:val="0524FF"/>
              </w:rPr>
              <w:t xml:space="preserve">Junio </w:t>
            </w:r>
            <w:r w:rsidR="00A11068">
              <w:rPr>
                <w:b/>
                <w:color w:val="0524FF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618C569" w:rsidR="001951D5" w:rsidRPr="007C63B9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  <w:r w:rsidRPr="007C63B9">
              <w:rPr>
                <w:b/>
                <w:color w:val="0524FF"/>
                <w:lang w:val="en-GB"/>
              </w:rPr>
              <w:br/>
            </w:r>
            <w:r w:rsidR="00DA3F26" w:rsidRPr="007C63B9">
              <w:rPr>
                <w:b/>
                <w:color w:val="0524FF"/>
                <w:lang w:val="en-GB"/>
              </w:rPr>
              <w:t>Pac</w:t>
            </w:r>
            <w:r w:rsidR="007C63B9" w:rsidRPr="007C63B9">
              <w:rPr>
                <w:b/>
                <w:color w:val="0524FF"/>
                <w:lang w:val="en-GB"/>
              </w:rPr>
              <w:t>t for the f</w:t>
            </w:r>
            <w:r w:rsidR="007C63B9">
              <w:rPr>
                <w:b/>
                <w:color w:val="0524FF"/>
                <w:lang w:val="en-GB"/>
              </w:rPr>
              <w:t>uture.</w:t>
            </w:r>
            <w:r w:rsidR="00016C4F">
              <w:rPr>
                <w:b/>
                <w:color w:val="0524FF"/>
                <w:lang w:val="en-GB"/>
              </w:rPr>
              <w:t xml:space="preserve"> Virtual Worlds</w:t>
            </w:r>
            <w:r w:rsidR="0061614B">
              <w:rPr>
                <w:b/>
                <w:color w:val="0524FF"/>
                <w:lang w:val="en-GB"/>
              </w:rPr>
              <w:t xml:space="preserve"> en </w:t>
            </w:r>
            <w:r w:rsidR="004F168B">
              <w:rPr>
                <w:b/>
                <w:color w:val="0524FF"/>
                <w:lang w:val="en-GB"/>
              </w:rPr>
              <w:t>Turín (Italia)</w:t>
            </w:r>
          </w:p>
        </w:tc>
      </w:tr>
    </w:tbl>
    <w:p w14:paraId="672A6659" w14:textId="77777777" w:rsidR="001951D5" w:rsidRPr="007C63B9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E277F9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57FE22CD" w:rsidR="001951D5" w:rsidRPr="00452879" w:rsidRDefault="004D59BC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="00452879" w:rsidRPr="00452879">
              <w:rPr>
                <w:color w:val="222222"/>
                <w:sz w:val="16"/>
                <w:lang w:val="es-ES"/>
              </w:rPr>
              <w:t>sistir y participar en "Pack for the future". Cumbre del futuro de Naciones Unidas</w:t>
            </w:r>
            <w:r>
              <w:rPr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66C6274F" w:rsidR="001951D5" w:rsidRDefault="004F168B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023771DE" w:rsidR="001951D5" w:rsidRDefault="007C63B9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</w:t>
            </w:r>
            <w:r w:rsidR="00E26423">
              <w:rPr>
                <w:b/>
                <w:color w:val="4A4A4A"/>
                <w:sz w:val="16"/>
              </w:rPr>
              <w:t>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C8CF4DC" w:rsidR="001951D5" w:rsidRDefault="0054074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</w:t>
            </w:r>
            <w:r w:rsidR="00016C4F">
              <w:rPr>
                <w:b/>
                <w:color w:val="4A4A4A"/>
                <w:sz w:val="16"/>
              </w:rPr>
              <w:t>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209BC420" w:rsidR="001951D5" w:rsidRDefault="00E277F9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55,50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2D15" w14:textId="77777777" w:rsidR="00D43493" w:rsidRDefault="00D43493">
      <w:pPr>
        <w:spacing w:after="0" w:line="240" w:lineRule="auto"/>
      </w:pPr>
      <w:r>
        <w:separator/>
      </w:r>
    </w:p>
  </w:endnote>
  <w:endnote w:type="continuationSeparator" w:id="0">
    <w:p w14:paraId="01270AC2" w14:textId="77777777" w:rsidR="00D43493" w:rsidRDefault="00D4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B199B" w14:textId="77777777" w:rsidR="00D43493" w:rsidRDefault="00D43493">
      <w:pPr>
        <w:spacing w:after="0" w:line="240" w:lineRule="auto"/>
      </w:pPr>
      <w:r>
        <w:separator/>
      </w:r>
    </w:p>
  </w:footnote>
  <w:footnote w:type="continuationSeparator" w:id="0">
    <w:p w14:paraId="2C558352" w14:textId="77777777" w:rsidR="00D43493" w:rsidRDefault="00D4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15074B"/>
    <w:rsid w:val="00166923"/>
    <w:rsid w:val="0017158E"/>
    <w:rsid w:val="001951D5"/>
    <w:rsid w:val="002367E1"/>
    <w:rsid w:val="0029639D"/>
    <w:rsid w:val="00326F90"/>
    <w:rsid w:val="004327BA"/>
    <w:rsid w:val="00452879"/>
    <w:rsid w:val="004D59BC"/>
    <w:rsid w:val="004F168B"/>
    <w:rsid w:val="0054074A"/>
    <w:rsid w:val="00562B17"/>
    <w:rsid w:val="0061614B"/>
    <w:rsid w:val="006253A7"/>
    <w:rsid w:val="006E17C0"/>
    <w:rsid w:val="007C63B9"/>
    <w:rsid w:val="007D2EAD"/>
    <w:rsid w:val="009274C2"/>
    <w:rsid w:val="00A02DDD"/>
    <w:rsid w:val="00A11068"/>
    <w:rsid w:val="00AA1D8D"/>
    <w:rsid w:val="00AC6730"/>
    <w:rsid w:val="00B47730"/>
    <w:rsid w:val="00BA1401"/>
    <w:rsid w:val="00C03A4D"/>
    <w:rsid w:val="00CB0664"/>
    <w:rsid w:val="00D43493"/>
    <w:rsid w:val="00D53394"/>
    <w:rsid w:val="00DA3F26"/>
    <w:rsid w:val="00DD6243"/>
    <w:rsid w:val="00E06682"/>
    <w:rsid w:val="00E26423"/>
    <w:rsid w:val="00E277F9"/>
    <w:rsid w:val="00E60CEF"/>
    <w:rsid w:val="00F0791E"/>
    <w:rsid w:val="00F454BC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25EBA0-8334-43EB-B84D-D513C4B1B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EC237D-A904-4B9D-B983-11DB6F2C6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D60012-45FB-4F73-BAD1-A55B887AA6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347</Characters>
  <Application>Microsoft Office Word</Application>
  <DocSecurity>0</DocSecurity>
  <Lines>2</Lines>
  <Paragraphs>1</Paragraphs>
  <ScaleCrop>false</ScaleCrop>
  <Manager/>
  <Company/>
  <LinksUpToDate>false</LinksUpToDate>
  <CharactersWithSpaces>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17</cp:revision>
  <dcterms:created xsi:type="dcterms:W3CDTF">2026-09-22T06:51:00Z</dcterms:created>
  <dcterms:modified xsi:type="dcterms:W3CDTF">2026-09-28T12:40:00Z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