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D7CBF8A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(X/2026)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2C6990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52BDA87D" w:rsidR="001951D5" w:rsidRPr="002C6990" w:rsidRDefault="004327BA">
            <w:pPr>
              <w:spacing w:after="0"/>
              <w:rPr>
                <w:lang w:val="es-ES"/>
              </w:rPr>
            </w:pPr>
            <w:r w:rsidRPr="002C6990">
              <w:rPr>
                <w:b/>
                <w:color w:val="0524FF"/>
                <w:lang w:val="es-ES"/>
              </w:rPr>
              <w:t>FECHA</w:t>
            </w:r>
            <w:r w:rsidRPr="002C6990">
              <w:rPr>
                <w:b/>
                <w:color w:val="0524FF"/>
                <w:lang w:val="es-ES"/>
              </w:rPr>
              <w:br/>
            </w:r>
            <w:r w:rsidR="002C6990">
              <w:rPr>
                <w:b/>
                <w:color w:val="0524FF"/>
                <w:lang w:val="es-ES"/>
              </w:rPr>
              <w:t xml:space="preserve"> </w:t>
            </w:r>
            <w:r w:rsidR="00E717DB">
              <w:rPr>
                <w:b/>
                <w:color w:val="0524FF"/>
                <w:lang w:val="es-ES"/>
              </w:rPr>
              <w:t xml:space="preserve">20 </w:t>
            </w:r>
            <w:proofErr w:type="gramStart"/>
            <w:r w:rsidR="00E717DB">
              <w:rPr>
                <w:b/>
                <w:color w:val="0524FF"/>
                <w:lang w:val="es-ES"/>
              </w:rPr>
              <w:t xml:space="preserve">al </w:t>
            </w:r>
            <w:r w:rsidR="00346998">
              <w:rPr>
                <w:b/>
                <w:color w:val="0524FF"/>
                <w:lang w:val="es-ES"/>
              </w:rPr>
              <w:t xml:space="preserve"> 22</w:t>
            </w:r>
            <w:proofErr w:type="gramEnd"/>
            <w:r w:rsidR="00346998">
              <w:rPr>
                <w:b/>
                <w:color w:val="0524FF"/>
                <w:lang w:val="es-ES"/>
              </w:rPr>
              <w:t xml:space="preserve"> de </w:t>
            </w:r>
            <w:proofErr w:type="gramStart"/>
            <w:r w:rsidR="00346998">
              <w:rPr>
                <w:b/>
                <w:color w:val="0524FF"/>
                <w:lang w:val="es-ES"/>
              </w:rPr>
              <w:t>Mayo</w:t>
            </w:r>
            <w:proofErr w:type="gramEnd"/>
            <w:r w:rsidR="00346998">
              <w:rPr>
                <w:b/>
                <w:color w:val="0524FF"/>
                <w:lang w:val="es-ES"/>
              </w:rPr>
              <w:t xml:space="preserve"> de 202</w:t>
            </w:r>
            <w:r w:rsidR="00E717DB">
              <w:rPr>
                <w:b/>
                <w:color w:val="0524FF"/>
                <w:lang w:val="es-ES"/>
              </w:rPr>
              <w:t>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70A31C52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346998">
              <w:rPr>
                <w:b/>
                <w:color w:val="0524FF"/>
                <w:lang w:val="es-ES"/>
              </w:rPr>
              <w:t xml:space="preserve">Tallin (Estonia) </w:t>
            </w:r>
            <w:proofErr w:type="spellStart"/>
            <w:r w:rsidR="00346998">
              <w:rPr>
                <w:b/>
                <w:color w:val="0524FF"/>
                <w:lang w:val="es-ES"/>
              </w:rPr>
              <w:t>Latitude</w:t>
            </w:r>
            <w:proofErr w:type="spellEnd"/>
            <w:r w:rsidR="00346998">
              <w:rPr>
                <w:b/>
                <w:color w:val="0524FF"/>
                <w:lang w:val="es-ES"/>
              </w:rPr>
              <w:t xml:space="preserve"> 59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1A116A" w14:paraId="5735CF19" w14:textId="77777777">
        <w:tc>
          <w:tcPr>
            <w:tcW w:w="10312" w:type="dxa"/>
          </w:tcPr>
          <w:p w14:paraId="6A93A56E" w14:textId="04A0CFED" w:rsidR="00A6640B" w:rsidRPr="00A6640B" w:rsidRDefault="006D6CAC" w:rsidP="00A6640B">
            <w:pPr>
              <w:spacing w:after="0"/>
              <w:rPr>
                <w:color w:val="222222"/>
                <w:sz w:val="16"/>
                <w:lang w:val="es-ES"/>
              </w:rPr>
            </w:pPr>
            <w:r>
              <w:rPr>
                <w:color w:val="222222"/>
                <w:sz w:val="16"/>
                <w:lang w:val="ca-ES-valencia"/>
              </w:rPr>
              <w:t>M</w:t>
            </w:r>
            <w:r w:rsidR="00A6640B" w:rsidRPr="00A6640B">
              <w:rPr>
                <w:color w:val="222222"/>
                <w:sz w:val="16"/>
                <w:lang w:val="ca-ES-valencia"/>
              </w:rPr>
              <w:t>ostrar a los asistentes de Latitude 59 las diferentes oportunidades que ofrece la ciudad de València a las startups y agentes facilitadores que quieran establecerse en su territorio</w:t>
            </w:r>
          </w:p>
          <w:p w14:paraId="3D3E6A8B" w14:textId="77777777" w:rsidR="00A6640B" w:rsidRPr="00A6640B" w:rsidRDefault="00A6640B" w:rsidP="00A6640B">
            <w:pPr>
              <w:spacing w:after="0"/>
              <w:rPr>
                <w:color w:val="222222"/>
                <w:sz w:val="16"/>
                <w:lang w:val="es-ES"/>
              </w:rPr>
            </w:pPr>
            <w:r w:rsidRPr="00A6640B">
              <w:rPr>
                <w:color w:val="222222"/>
                <w:sz w:val="16"/>
                <w:lang w:val="ca-ES-valencia"/>
              </w:rPr>
              <w:t>·        participar en diferentes actividades como charlas y demos, dentro del stand asignado a la Fundación / València Innovation Capital y otros stages del evento, así como en side events de Latitude 59</w:t>
            </w:r>
          </w:p>
          <w:p w14:paraId="1E8A1A75" w14:textId="77777777" w:rsidR="00A6640B" w:rsidRPr="00A6640B" w:rsidRDefault="00A6640B" w:rsidP="00A6640B">
            <w:pPr>
              <w:spacing w:after="0"/>
              <w:rPr>
                <w:color w:val="222222"/>
                <w:sz w:val="16"/>
                <w:lang w:val="es-ES"/>
              </w:rPr>
            </w:pPr>
            <w:r w:rsidRPr="00A6640B">
              <w:rPr>
                <w:color w:val="222222"/>
                <w:sz w:val="16"/>
                <w:lang w:val="ca-ES-valencia"/>
              </w:rPr>
              <w:t>·        establecer contactos de alto nivel tanto con el sector público como el privado</w:t>
            </w:r>
          </w:p>
          <w:p w14:paraId="65449E23" w14:textId="3F53F39C" w:rsidR="001951D5" w:rsidRPr="00C03A4D" w:rsidRDefault="001951D5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033CD703" w:rsidR="00AA5D55" w:rsidRDefault="002F4C3F" w:rsidP="00AA5D55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1D716F6C" w:rsidR="001951D5" w:rsidRDefault="002F4C3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499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554D7CCB" w:rsidR="001951D5" w:rsidRDefault="002F4C3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223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804D98">
              <w:rPr>
                <w:b/>
                <w:color w:val="4A4A4A"/>
                <w:sz w:val="16"/>
              </w:rPr>
              <w:t>47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C4996A8" w:rsidR="001951D5" w:rsidRDefault="00FD7A0B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00,00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804D98" w14:paraId="1E816755" w14:textId="77777777" w:rsidTr="00DC4853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2EB923" w14:textId="3D5505BE" w:rsidR="00804D98" w:rsidRDefault="00804D98" w:rsidP="00DC4853">
            <w:pPr>
              <w:spacing w:after="0"/>
            </w:pPr>
            <w:r>
              <w:rPr>
                <w:b/>
                <w:color w:val="FFFFFF"/>
              </w:rPr>
              <w:t>LUCÍA CALABRIA - SUBDIRECTORA</w:t>
            </w:r>
          </w:p>
        </w:tc>
      </w:tr>
      <w:tr w:rsidR="00804D98" w14:paraId="75E0751F" w14:textId="77777777" w:rsidTr="00DC4853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65E5C5" w14:textId="77777777" w:rsidR="00804D98" w:rsidRDefault="00804D98" w:rsidP="00DC4853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2C91C2" w14:textId="7C2D9BEB" w:rsidR="00804D98" w:rsidRDefault="0075349A" w:rsidP="00DC485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499,00</w:t>
            </w:r>
            <w:r w:rsidR="00804D98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804D98" w14:paraId="0C22101F" w14:textId="77777777" w:rsidTr="00DC4853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FA2890" w14:textId="77777777" w:rsidR="00804D98" w:rsidRDefault="00804D98" w:rsidP="00DC4853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F2F15C" w14:textId="35347996" w:rsidR="00804D98" w:rsidRDefault="001A116A" w:rsidP="00DC485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223,47</w:t>
            </w:r>
            <w:r w:rsidR="00804D98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804D98" w14:paraId="2CE31DEC" w14:textId="77777777" w:rsidTr="00DC4853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D1237F" w14:textId="77777777" w:rsidR="00804D98" w:rsidRDefault="00804D98" w:rsidP="00DC4853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4B7563" w14:textId="7104B6B3" w:rsidR="00804D98" w:rsidRDefault="009554C9" w:rsidP="00DC4853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442,12</w:t>
            </w:r>
            <w:r w:rsidR="00804D98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503F4" w14:textId="77777777" w:rsidR="000B7A61" w:rsidRDefault="000B7A61">
      <w:pPr>
        <w:spacing w:after="0" w:line="240" w:lineRule="auto"/>
      </w:pPr>
      <w:r>
        <w:separator/>
      </w:r>
    </w:p>
  </w:endnote>
  <w:endnote w:type="continuationSeparator" w:id="0">
    <w:p w14:paraId="0FB83F72" w14:textId="77777777" w:rsidR="000B7A61" w:rsidRDefault="000B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2C6990" w:rsidRDefault="004327BA">
    <w:pPr>
      <w:pStyle w:val="Piedepgina"/>
      <w:jc w:val="center"/>
      <w:rPr>
        <w:lang w:val="es-ES"/>
      </w:rPr>
    </w:pPr>
    <w:r w:rsidRPr="002C6990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C04DD" w14:textId="77777777" w:rsidR="000B7A61" w:rsidRDefault="000B7A61">
      <w:pPr>
        <w:spacing w:after="0" w:line="240" w:lineRule="auto"/>
      </w:pPr>
      <w:r>
        <w:separator/>
      </w:r>
    </w:p>
  </w:footnote>
  <w:footnote w:type="continuationSeparator" w:id="0">
    <w:p w14:paraId="6C9C0F18" w14:textId="77777777" w:rsidR="000B7A61" w:rsidRDefault="000B7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A61"/>
    <w:rsid w:val="00140FE7"/>
    <w:rsid w:val="0015074B"/>
    <w:rsid w:val="0017158E"/>
    <w:rsid w:val="00191ED0"/>
    <w:rsid w:val="001951D5"/>
    <w:rsid w:val="001A116A"/>
    <w:rsid w:val="0029639D"/>
    <w:rsid w:val="002C6990"/>
    <w:rsid w:val="002D01AD"/>
    <w:rsid w:val="002F4C3F"/>
    <w:rsid w:val="00326F90"/>
    <w:rsid w:val="00346998"/>
    <w:rsid w:val="0039082C"/>
    <w:rsid w:val="004327BA"/>
    <w:rsid w:val="00562B17"/>
    <w:rsid w:val="005B11F2"/>
    <w:rsid w:val="006253A7"/>
    <w:rsid w:val="006D6CAC"/>
    <w:rsid w:val="0075349A"/>
    <w:rsid w:val="00785DD0"/>
    <w:rsid w:val="00804D98"/>
    <w:rsid w:val="008E418F"/>
    <w:rsid w:val="00925B91"/>
    <w:rsid w:val="009554C9"/>
    <w:rsid w:val="009F0578"/>
    <w:rsid w:val="00A02DDD"/>
    <w:rsid w:val="00A27989"/>
    <w:rsid w:val="00A6640B"/>
    <w:rsid w:val="00AA1D8D"/>
    <w:rsid w:val="00AA5D55"/>
    <w:rsid w:val="00B47730"/>
    <w:rsid w:val="00B55CC6"/>
    <w:rsid w:val="00C03A4D"/>
    <w:rsid w:val="00CB0664"/>
    <w:rsid w:val="00D41FE5"/>
    <w:rsid w:val="00E06F3E"/>
    <w:rsid w:val="00E717DB"/>
    <w:rsid w:val="00F0791E"/>
    <w:rsid w:val="00F57065"/>
    <w:rsid w:val="00FC693F"/>
    <w:rsid w:val="00FD7A0B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FF689B-3553-497F-81C4-907FB654F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7FC26C-AFCF-4600-B97A-19FCE9B9FD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826F0681-6986-49D3-827C-7FAB50874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136</Words>
  <Characters>750</Characters>
  <Application>Microsoft Office Word</Application>
  <DocSecurity>0</DocSecurity>
  <Lines>6</Lines>
  <Paragraphs>1</Paragraphs>
  <ScaleCrop>false</ScaleCrop>
  <Manager/>
  <Company/>
  <LinksUpToDate>false</LinksUpToDate>
  <CharactersWithSpaces>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22</cp:revision>
  <dcterms:created xsi:type="dcterms:W3CDTF">2026-09-22T06:51:00Z</dcterms:created>
  <dcterms:modified xsi:type="dcterms:W3CDTF">2026-09-28T12:45:00Z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