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4C646B9E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250210">
        <w:rPr>
          <w:b/>
          <w:bCs/>
          <w:color w:val="4A4A4A"/>
          <w:sz w:val="34"/>
          <w:szCs w:val="34"/>
          <w:lang w:val="es-ES"/>
        </w:rPr>
        <w:t>09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250210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C63B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5329177E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1C0E50">
              <w:rPr>
                <w:b/>
                <w:color w:val="0524FF"/>
                <w:lang w:val="es-ES"/>
              </w:rPr>
              <w:t>0</w:t>
            </w:r>
            <w:r w:rsidR="0027367B">
              <w:rPr>
                <w:b/>
                <w:color w:val="0524FF"/>
                <w:lang w:val="es-ES"/>
              </w:rPr>
              <w:t>8 a 1</w:t>
            </w:r>
            <w:r w:rsidR="001C0E50">
              <w:rPr>
                <w:b/>
                <w:color w:val="0524FF"/>
                <w:lang w:val="es-ES"/>
              </w:rPr>
              <w:t>0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1C0E50">
              <w:rPr>
                <w:b/>
                <w:color w:val="0524FF"/>
                <w:lang w:val="es-ES"/>
              </w:rPr>
              <w:t>septiembre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1A397801" w:rsidR="001951D5" w:rsidRPr="007C63B9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  <w:r w:rsidRPr="007C63B9">
              <w:rPr>
                <w:b/>
                <w:color w:val="0524FF"/>
                <w:lang w:val="en-GB"/>
              </w:rPr>
              <w:br/>
            </w:r>
            <w:r w:rsidR="003E5E59">
              <w:rPr>
                <w:b/>
                <w:color w:val="0524FF"/>
                <w:lang w:val="en-GB"/>
              </w:rPr>
              <w:t>Viaje a Múnich</w:t>
            </w:r>
          </w:p>
        </w:tc>
      </w:tr>
    </w:tbl>
    <w:p w14:paraId="672A6659" w14:textId="77777777" w:rsidR="001951D5" w:rsidRPr="007C63B9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1B2A76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1A409AA8" w14:textId="471371F9" w:rsidR="001B2A76" w:rsidRPr="00452879" w:rsidRDefault="004D59BC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="00452879" w:rsidRPr="00452879">
              <w:rPr>
                <w:color w:val="222222"/>
                <w:sz w:val="16"/>
                <w:lang w:val="es-ES"/>
              </w:rPr>
              <w:t>sist</w:t>
            </w:r>
            <w:r w:rsidR="00BA582B">
              <w:rPr>
                <w:color w:val="222222"/>
                <w:sz w:val="16"/>
                <w:lang w:val="es-ES"/>
              </w:rPr>
              <w:t xml:space="preserve">encia a </w:t>
            </w:r>
            <w:r w:rsidR="001B2A76">
              <w:rPr>
                <w:color w:val="222222"/>
                <w:sz w:val="16"/>
                <w:lang w:val="es-ES"/>
              </w:rPr>
              <w:t>la Conferencia DLD Future Hub Impact of IA</w:t>
            </w:r>
          </w:p>
          <w:p w14:paraId="3D345C58" w14:textId="0B0ADB3C" w:rsidR="001B2A76" w:rsidRDefault="001B2A76" w:rsidP="001B2A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449E23" w14:textId="154F3212" w:rsidR="001951D5" w:rsidRPr="001B2A76" w:rsidRDefault="001951D5">
            <w:pPr>
              <w:spacing w:after="0"/>
            </w:pPr>
          </w:p>
        </w:tc>
      </w:tr>
    </w:tbl>
    <w:p w14:paraId="0A37501D" w14:textId="77777777" w:rsidR="001951D5" w:rsidRPr="001B2A76" w:rsidRDefault="001951D5">
      <w:pPr>
        <w:spacing w:after="0"/>
        <w:rPr>
          <w:lang w:val="en-GB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37CC9A87" w:rsidR="001951D5" w:rsidRDefault="001B7214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58FC06D8" w:rsidR="001951D5" w:rsidRDefault="00054F7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</w:t>
            </w:r>
            <w:r w:rsidR="00E97A3E">
              <w:rPr>
                <w:b/>
                <w:color w:val="4A4A4A"/>
                <w:sz w:val="16"/>
              </w:rPr>
              <w:t>36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E97A3E">
              <w:rPr>
                <w:b/>
                <w:color w:val="4A4A4A"/>
                <w:sz w:val="16"/>
              </w:rPr>
              <w:t>99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35A7D29" w:rsidR="001951D5" w:rsidRDefault="001B721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B269769" w:rsidR="001951D5" w:rsidRDefault="001B721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68B8D79" w14:textId="77777777" w:rsidTr="00943B36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6691E" w14:textId="316B30FC" w:rsidR="00290265" w:rsidRDefault="00290265" w:rsidP="00943B36">
            <w:pPr>
              <w:spacing w:after="0"/>
            </w:pPr>
            <w:r>
              <w:rPr>
                <w:b/>
                <w:color w:val="FFFFFF"/>
              </w:rPr>
              <w:t>ARTURO CASTELLÓ - SUBDIRECTOR</w:t>
            </w:r>
          </w:p>
        </w:tc>
      </w:tr>
      <w:tr w:rsidR="00290265" w14:paraId="32C98CC4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BF323F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78C2F" w14:textId="15ABEEEA" w:rsidR="00290265" w:rsidRDefault="00F00853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592</w:t>
            </w:r>
            <w:r w:rsidR="00290265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</w:t>
            </w:r>
            <w:r w:rsidR="00413025">
              <w:rPr>
                <w:b/>
                <w:color w:val="4A4A4A"/>
                <w:sz w:val="16"/>
              </w:rPr>
              <w:t>0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7438C31E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9FCB0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FE2B3" w14:textId="5430AFB3" w:rsidR="00290265" w:rsidRDefault="00F00853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366</w:t>
            </w:r>
            <w:r w:rsidR="00290265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72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2B8E3CD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24AC9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BE8A6" w14:textId="1CCDB9B9" w:rsidR="00290265" w:rsidRDefault="00F00853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168</w:t>
            </w:r>
            <w:r w:rsidR="00290265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99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1487" w14:textId="77777777" w:rsidR="002A08FB" w:rsidRDefault="002A08FB">
      <w:pPr>
        <w:spacing w:after="0" w:line="240" w:lineRule="auto"/>
      </w:pPr>
      <w:r>
        <w:separator/>
      </w:r>
    </w:p>
  </w:endnote>
  <w:endnote w:type="continuationSeparator" w:id="0">
    <w:p w14:paraId="6FBBACF2" w14:textId="77777777" w:rsidR="002A08FB" w:rsidRDefault="002A0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1FDCC" w14:textId="77777777" w:rsidR="002A08FB" w:rsidRDefault="002A08FB">
      <w:pPr>
        <w:spacing w:after="0" w:line="240" w:lineRule="auto"/>
      </w:pPr>
      <w:r>
        <w:separator/>
      </w:r>
    </w:p>
  </w:footnote>
  <w:footnote w:type="continuationSeparator" w:id="0">
    <w:p w14:paraId="5AE73939" w14:textId="77777777" w:rsidR="002A08FB" w:rsidRDefault="002A0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54F73"/>
    <w:rsid w:val="0006063C"/>
    <w:rsid w:val="0015074B"/>
    <w:rsid w:val="00155228"/>
    <w:rsid w:val="0017158E"/>
    <w:rsid w:val="001951D5"/>
    <w:rsid w:val="001B2A76"/>
    <w:rsid w:val="001B4406"/>
    <w:rsid w:val="001B60B0"/>
    <w:rsid w:val="001B7214"/>
    <w:rsid w:val="001C0E50"/>
    <w:rsid w:val="00202605"/>
    <w:rsid w:val="002367E1"/>
    <w:rsid w:val="00250210"/>
    <w:rsid w:val="002505B5"/>
    <w:rsid w:val="002550D7"/>
    <w:rsid w:val="0027367B"/>
    <w:rsid w:val="00290265"/>
    <w:rsid w:val="0029639D"/>
    <w:rsid w:val="002A08FB"/>
    <w:rsid w:val="002B6276"/>
    <w:rsid w:val="00326F90"/>
    <w:rsid w:val="0039639B"/>
    <w:rsid w:val="003E5E59"/>
    <w:rsid w:val="00413025"/>
    <w:rsid w:val="004327BA"/>
    <w:rsid w:val="00452879"/>
    <w:rsid w:val="00457CCC"/>
    <w:rsid w:val="004C158B"/>
    <w:rsid w:val="004D59BC"/>
    <w:rsid w:val="004E5CD0"/>
    <w:rsid w:val="004F168B"/>
    <w:rsid w:val="0054074A"/>
    <w:rsid w:val="00562B17"/>
    <w:rsid w:val="00584867"/>
    <w:rsid w:val="005A0BBC"/>
    <w:rsid w:val="0061614B"/>
    <w:rsid w:val="006253A7"/>
    <w:rsid w:val="006E17C0"/>
    <w:rsid w:val="00773ABD"/>
    <w:rsid w:val="007C63B9"/>
    <w:rsid w:val="007D2EAD"/>
    <w:rsid w:val="00826390"/>
    <w:rsid w:val="008F290B"/>
    <w:rsid w:val="009274C2"/>
    <w:rsid w:val="00947E8C"/>
    <w:rsid w:val="009B38D6"/>
    <w:rsid w:val="009C39A9"/>
    <w:rsid w:val="009C448E"/>
    <w:rsid w:val="00A02DDD"/>
    <w:rsid w:val="00A11068"/>
    <w:rsid w:val="00A8373F"/>
    <w:rsid w:val="00AA1D8D"/>
    <w:rsid w:val="00AC6730"/>
    <w:rsid w:val="00B376A0"/>
    <w:rsid w:val="00B427FE"/>
    <w:rsid w:val="00B47730"/>
    <w:rsid w:val="00BA1401"/>
    <w:rsid w:val="00BA582B"/>
    <w:rsid w:val="00C03A4D"/>
    <w:rsid w:val="00CB0664"/>
    <w:rsid w:val="00D53300"/>
    <w:rsid w:val="00D53394"/>
    <w:rsid w:val="00D92B24"/>
    <w:rsid w:val="00DA3F26"/>
    <w:rsid w:val="00DD6243"/>
    <w:rsid w:val="00E06682"/>
    <w:rsid w:val="00E07759"/>
    <w:rsid w:val="00E26423"/>
    <w:rsid w:val="00E60CEF"/>
    <w:rsid w:val="00E97A3E"/>
    <w:rsid w:val="00F00853"/>
    <w:rsid w:val="00F0791E"/>
    <w:rsid w:val="00F55C05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BE611E-F57B-443C-9F75-63E72CD16B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9F663-6D29-46EA-A08C-FA4D9706F6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36B04720-3C54-4FF5-895D-E407EF03A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70</Words>
  <Characters>389</Characters>
  <Application>Microsoft Office Word</Application>
  <DocSecurity>0</DocSecurity>
  <Lines>3</Lines>
  <Paragraphs>1</Paragraphs>
  <ScaleCrop>false</ScaleCrop>
  <Manager/>
  <Company/>
  <LinksUpToDate>false</LinksUpToDate>
  <CharactersWithSpaces>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45</cp:revision>
  <dcterms:created xsi:type="dcterms:W3CDTF">2026-09-22T06:51:00Z</dcterms:created>
  <dcterms:modified xsi:type="dcterms:W3CDTF">2026-09-28T12:55:00Z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