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419E42D3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BE393B">
        <w:rPr>
          <w:b/>
          <w:bCs/>
          <w:color w:val="4A4A4A"/>
          <w:sz w:val="34"/>
          <w:szCs w:val="34"/>
          <w:lang w:val="es-ES"/>
        </w:rPr>
        <w:t>06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BE393B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7C63B9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A02E4DE" w14:textId="77777777" w:rsidR="002550D7" w:rsidRDefault="004327BA">
            <w:pPr>
              <w:spacing w:after="0"/>
              <w:rPr>
                <w:b/>
                <w:color w:val="0524FF"/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>FECHA</w:t>
            </w:r>
          </w:p>
          <w:p w14:paraId="669D1E82" w14:textId="0082DBCD" w:rsidR="001951D5" w:rsidRPr="00457CCC" w:rsidRDefault="00457CCC">
            <w:pPr>
              <w:spacing w:after="0"/>
              <w:rPr>
                <w:lang w:val="es-ES"/>
              </w:rPr>
            </w:pPr>
            <w:r w:rsidRPr="00457CCC">
              <w:rPr>
                <w:b/>
                <w:color w:val="0524FF"/>
                <w:lang w:val="es-ES"/>
              </w:rPr>
              <w:t xml:space="preserve"> 1</w:t>
            </w:r>
            <w:r w:rsidR="0027367B">
              <w:rPr>
                <w:b/>
                <w:color w:val="0524FF"/>
                <w:lang w:val="es-ES"/>
              </w:rPr>
              <w:t>8 a 19</w:t>
            </w:r>
            <w:r w:rsidR="00A11068" w:rsidRPr="00457CCC">
              <w:rPr>
                <w:b/>
                <w:color w:val="0524FF"/>
                <w:lang w:val="es-ES"/>
              </w:rPr>
              <w:t xml:space="preserve"> de </w:t>
            </w:r>
            <w:r w:rsidR="0027367B">
              <w:rPr>
                <w:b/>
                <w:color w:val="0524FF"/>
                <w:lang w:val="es-ES"/>
              </w:rPr>
              <w:t>junio</w:t>
            </w:r>
            <w:r w:rsidR="00DA3F26" w:rsidRPr="00457CCC">
              <w:rPr>
                <w:b/>
                <w:color w:val="0524FF"/>
                <w:lang w:val="es-ES"/>
              </w:rPr>
              <w:t xml:space="preserve"> </w:t>
            </w:r>
            <w:r w:rsidR="00A11068" w:rsidRPr="00457CCC">
              <w:rPr>
                <w:b/>
                <w:color w:val="0524FF"/>
                <w:lang w:val="es-ES"/>
              </w:rPr>
              <w:t>de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3F954030" w:rsidR="001951D5" w:rsidRPr="007C63B9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7C63B9">
              <w:rPr>
                <w:b/>
                <w:color w:val="0524FF"/>
                <w:lang w:val="en-GB"/>
              </w:rPr>
              <w:t>ACCIÓN</w:t>
            </w:r>
            <w:r w:rsidRPr="007C63B9">
              <w:rPr>
                <w:b/>
                <w:color w:val="0524FF"/>
                <w:lang w:val="en-GB"/>
              </w:rPr>
              <w:br/>
            </w:r>
            <w:r w:rsidR="00826390">
              <w:rPr>
                <w:b/>
                <w:color w:val="0524FF"/>
                <w:lang w:val="en-GB"/>
              </w:rPr>
              <w:t>Sport Summit Madrid</w:t>
            </w:r>
          </w:p>
        </w:tc>
      </w:tr>
    </w:tbl>
    <w:p w14:paraId="672A6659" w14:textId="77777777" w:rsidR="001951D5" w:rsidRPr="007C63B9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BE393B" w14:paraId="5735CF19" w14:textId="77777777">
        <w:tc>
          <w:tcPr>
            <w:tcW w:w="10312" w:type="dxa"/>
          </w:tcPr>
          <w:p w14:paraId="58B3B3D4" w14:textId="77777777" w:rsidR="00012254" w:rsidRPr="00DA3F26" w:rsidRDefault="00012254">
            <w:pPr>
              <w:spacing w:after="0"/>
              <w:rPr>
                <w:color w:val="222222"/>
                <w:sz w:val="16"/>
                <w:lang w:val="es-ES"/>
              </w:rPr>
            </w:pPr>
          </w:p>
          <w:p w14:paraId="65449E23" w14:textId="75683573" w:rsidR="001951D5" w:rsidRPr="00452879" w:rsidRDefault="004D59BC">
            <w:pPr>
              <w:spacing w:after="0"/>
              <w:rPr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A</w:t>
            </w:r>
            <w:r w:rsidR="00452879" w:rsidRPr="00452879">
              <w:rPr>
                <w:color w:val="222222"/>
                <w:sz w:val="16"/>
                <w:lang w:val="es-ES"/>
              </w:rPr>
              <w:t>sist</w:t>
            </w:r>
            <w:r w:rsidR="00BA582B">
              <w:rPr>
                <w:color w:val="222222"/>
                <w:sz w:val="16"/>
                <w:lang w:val="es-ES"/>
              </w:rPr>
              <w:t>encia a el evento Sport Summit en Madrid</w:t>
            </w: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000D3591" w:rsidR="001951D5" w:rsidRDefault="00457CCC">
            <w:pPr>
              <w:spacing w:after="0"/>
            </w:pPr>
            <w:r>
              <w:rPr>
                <w:b/>
                <w:color w:val="FFFFFF"/>
              </w:rPr>
              <w:t>DAVID ROSA  - DIRECTOR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11B9F4DE" w:rsidR="001951D5" w:rsidRDefault="009C39A9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141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70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12249FF8" w:rsidR="001951D5" w:rsidRDefault="00413025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176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D92B24">
              <w:rPr>
                <w:b/>
                <w:color w:val="4A4A4A"/>
                <w:sz w:val="16"/>
              </w:rPr>
              <w:t>67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410C77EC" w:rsidR="001951D5" w:rsidRDefault="004E5CD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195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B376A0">
              <w:rPr>
                <w:b/>
                <w:color w:val="4A4A4A"/>
                <w:sz w:val="16"/>
              </w:rPr>
              <w:t>65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2A07EB7E" w14:textId="77777777" w:rsidR="00290265" w:rsidRDefault="00290265" w:rsidP="00290265"/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2CFF8" w14:textId="77777777" w:rsidR="00FF5D92" w:rsidRDefault="00FF5D92">
      <w:pPr>
        <w:spacing w:after="0" w:line="240" w:lineRule="auto"/>
      </w:pPr>
      <w:r>
        <w:separator/>
      </w:r>
    </w:p>
  </w:endnote>
  <w:endnote w:type="continuationSeparator" w:id="0">
    <w:p w14:paraId="6D769EED" w14:textId="77777777" w:rsidR="00FF5D92" w:rsidRDefault="00FF5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AEB4D" w14:textId="77777777" w:rsidR="00FF5D92" w:rsidRDefault="00FF5D92">
      <w:pPr>
        <w:spacing w:after="0" w:line="240" w:lineRule="auto"/>
      </w:pPr>
      <w:r>
        <w:separator/>
      </w:r>
    </w:p>
  </w:footnote>
  <w:footnote w:type="continuationSeparator" w:id="0">
    <w:p w14:paraId="6F33C43A" w14:textId="77777777" w:rsidR="00FF5D92" w:rsidRDefault="00FF5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3C"/>
    <w:rsid w:val="0015074B"/>
    <w:rsid w:val="0017158E"/>
    <w:rsid w:val="001951D5"/>
    <w:rsid w:val="001B4406"/>
    <w:rsid w:val="001B60B0"/>
    <w:rsid w:val="00202605"/>
    <w:rsid w:val="002367E1"/>
    <w:rsid w:val="002505B5"/>
    <w:rsid w:val="002550D7"/>
    <w:rsid w:val="0027367B"/>
    <w:rsid w:val="00290265"/>
    <w:rsid w:val="0029639D"/>
    <w:rsid w:val="002B6276"/>
    <w:rsid w:val="00326F90"/>
    <w:rsid w:val="0039639B"/>
    <w:rsid w:val="00413025"/>
    <w:rsid w:val="004327BA"/>
    <w:rsid w:val="00452879"/>
    <w:rsid w:val="00457CCC"/>
    <w:rsid w:val="004C158B"/>
    <w:rsid w:val="004D59BC"/>
    <w:rsid w:val="004E5CD0"/>
    <w:rsid w:val="004F168B"/>
    <w:rsid w:val="0054074A"/>
    <w:rsid w:val="00562B17"/>
    <w:rsid w:val="00584867"/>
    <w:rsid w:val="005A0BBC"/>
    <w:rsid w:val="0061614B"/>
    <w:rsid w:val="00620BDE"/>
    <w:rsid w:val="006253A7"/>
    <w:rsid w:val="006E17C0"/>
    <w:rsid w:val="00773ABD"/>
    <w:rsid w:val="007C63B9"/>
    <w:rsid w:val="007D2EAD"/>
    <w:rsid w:val="00826390"/>
    <w:rsid w:val="008F290B"/>
    <w:rsid w:val="009274C2"/>
    <w:rsid w:val="009C39A9"/>
    <w:rsid w:val="009C448E"/>
    <w:rsid w:val="00A02DDD"/>
    <w:rsid w:val="00A11068"/>
    <w:rsid w:val="00A8373F"/>
    <w:rsid w:val="00AA1D8D"/>
    <w:rsid w:val="00AC6730"/>
    <w:rsid w:val="00B376A0"/>
    <w:rsid w:val="00B427FE"/>
    <w:rsid w:val="00B47730"/>
    <w:rsid w:val="00BA1401"/>
    <w:rsid w:val="00BA582B"/>
    <w:rsid w:val="00BE393B"/>
    <w:rsid w:val="00C03A4D"/>
    <w:rsid w:val="00CB0664"/>
    <w:rsid w:val="00D53394"/>
    <w:rsid w:val="00D92B24"/>
    <w:rsid w:val="00DA3F26"/>
    <w:rsid w:val="00DD6243"/>
    <w:rsid w:val="00E06682"/>
    <w:rsid w:val="00E07759"/>
    <w:rsid w:val="00E26423"/>
    <w:rsid w:val="00E60CEF"/>
    <w:rsid w:val="00EC3FCD"/>
    <w:rsid w:val="00F0791E"/>
    <w:rsid w:val="00F57065"/>
    <w:rsid w:val="00F60A77"/>
    <w:rsid w:val="00FC693F"/>
    <w:rsid w:val="00FF5D92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2B3C4A-B045-40A8-80FC-26B8D772A0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E47FBB-9002-4BF3-99E8-9072A63991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customXml/itemProps4.xml><?xml version="1.0" encoding="utf-8"?>
<ds:datastoreItem xmlns:ds="http://schemas.openxmlformats.org/officeDocument/2006/customXml" ds:itemID="{2E9FC7AB-A162-4C03-83EF-C52E310D2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52</Words>
  <Characters>286</Characters>
  <Application>Microsoft Office Word</Application>
  <DocSecurity>0</DocSecurity>
  <Lines>2</Lines>
  <Paragraphs>1</Paragraphs>
  <ScaleCrop>false</ScaleCrop>
  <Manager/>
  <Company/>
  <LinksUpToDate>false</LinksUpToDate>
  <CharactersWithSpaces>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38</cp:revision>
  <dcterms:created xsi:type="dcterms:W3CDTF">2026-09-22T06:51:00Z</dcterms:created>
  <dcterms:modified xsi:type="dcterms:W3CDTF">2026-09-28T13:06:00Z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