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017E613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A82B56">
        <w:rPr>
          <w:b/>
          <w:bCs/>
          <w:color w:val="4A4A4A"/>
          <w:sz w:val="34"/>
          <w:szCs w:val="34"/>
          <w:lang w:val="es-ES"/>
        </w:rPr>
        <w:t>05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7026A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61CCF5F5" w:rsidR="001951D5" w:rsidRPr="0047026A" w:rsidRDefault="004327BA">
            <w:pPr>
              <w:spacing w:after="0"/>
              <w:rPr>
                <w:lang w:val="es-ES"/>
              </w:rPr>
            </w:pPr>
            <w:r w:rsidRPr="0047026A">
              <w:rPr>
                <w:b/>
                <w:color w:val="0524FF"/>
                <w:lang w:val="es-ES"/>
              </w:rPr>
              <w:t>FECHA</w:t>
            </w:r>
            <w:r w:rsidRPr="0047026A">
              <w:rPr>
                <w:b/>
                <w:color w:val="0524FF"/>
                <w:lang w:val="es-ES"/>
              </w:rPr>
              <w:br/>
            </w:r>
            <w:proofErr w:type="gramStart"/>
            <w:r w:rsidR="007B5124">
              <w:rPr>
                <w:b/>
                <w:color w:val="0524FF"/>
                <w:lang w:val="es-ES"/>
              </w:rPr>
              <w:t>Lunes</w:t>
            </w:r>
            <w:proofErr w:type="gramEnd"/>
            <w:r w:rsidR="007B5124">
              <w:rPr>
                <w:b/>
                <w:color w:val="0524FF"/>
                <w:lang w:val="es-ES"/>
              </w:rPr>
              <w:t xml:space="preserve"> 11 – </w:t>
            </w:r>
            <w:proofErr w:type="gramStart"/>
            <w:r w:rsidR="007B5124">
              <w:rPr>
                <w:b/>
                <w:color w:val="0524FF"/>
                <w:lang w:val="es-ES"/>
              </w:rPr>
              <w:t>Miércoles</w:t>
            </w:r>
            <w:proofErr w:type="gramEnd"/>
            <w:r w:rsidR="007B5124">
              <w:rPr>
                <w:b/>
                <w:color w:val="0524FF"/>
                <w:lang w:val="es-ES"/>
              </w:rPr>
              <w:t xml:space="preserve"> 13 de mayo de 2026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47F9F17" w14:textId="6E9D020A" w:rsidR="0036614A" w:rsidRPr="00C03A4D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</w:p>
          <w:p w14:paraId="15603D82" w14:textId="68B1BE6E" w:rsidR="001951D5" w:rsidRPr="00C03A4D" w:rsidRDefault="0036614A">
            <w:pPr>
              <w:spacing w:after="0"/>
              <w:rPr>
                <w:lang w:val="es-ES"/>
              </w:rPr>
            </w:pPr>
            <w:proofErr w:type="spellStart"/>
            <w:r>
              <w:rPr>
                <w:b/>
                <w:color w:val="0524FF"/>
                <w:lang w:val="es-ES"/>
              </w:rPr>
              <w:t>Assembly</w:t>
            </w:r>
            <w:proofErr w:type="spellEnd"/>
            <w:r>
              <w:rPr>
                <w:b/>
                <w:color w:val="0524FF"/>
                <w:lang w:val="es-ES"/>
              </w:rPr>
              <w:t xml:space="preserve"> </w:t>
            </w:r>
            <w:proofErr w:type="spellStart"/>
            <w:r>
              <w:rPr>
                <w:b/>
                <w:color w:val="0524FF"/>
                <w:lang w:val="es-ES"/>
              </w:rPr>
              <w:t>Citiverse</w:t>
            </w:r>
            <w:proofErr w:type="spellEnd"/>
            <w:r>
              <w:rPr>
                <w:b/>
                <w:color w:val="0524FF"/>
                <w:lang w:val="es-ES"/>
              </w:rPr>
              <w:t xml:space="preserve"> Ginebra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8E1DB1" w14:paraId="5735CF19" w14:textId="77777777">
        <w:tc>
          <w:tcPr>
            <w:tcW w:w="10312" w:type="dxa"/>
          </w:tcPr>
          <w:p w14:paraId="65449E23" w14:textId="6B146589" w:rsidR="001951D5" w:rsidRPr="00C03A4D" w:rsidRDefault="00883660">
            <w:pPr>
              <w:spacing w:after="0"/>
              <w:rPr>
                <w:lang w:val="es-ES"/>
              </w:rPr>
            </w:pPr>
            <w:r w:rsidRPr="00883660">
              <w:rPr>
                <w:color w:val="222222"/>
                <w:sz w:val="16"/>
                <w:lang w:val="es-ES"/>
              </w:rPr>
              <w:t xml:space="preserve">La 2nd </w:t>
            </w:r>
            <w:proofErr w:type="spellStart"/>
            <w:r w:rsidRPr="00883660">
              <w:rPr>
                <w:color w:val="222222"/>
                <w:sz w:val="16"/>
                <w:lang w:val="es-ES"/>
              </w:rPr>
              <w:t>Assembly</w:t>
            </w:r>
            <w:proofErr w:type="spellEnd"/>
            <w:r w:rsidRPr="00883660">
              <w:rPr>
                <w:color w:val="222222"/>
                <w:sz w:val="16"/>
                <w:lang w:val="es-ES"/>
              </w:rPr>
              <w:t xml:space="preserve"> </w:t>
            </w:r>
            <w:proofErr w:type="spellStart"/>
            <w:r w:rsidRPr="00883660">
              <w:rPr>
                <w:color w:val="222222"/>
                <w:sz w:val="16"/>
                <w:lang w:val="es-ES"/>
              </w:rPr>
              <w:t>Citiverse</w:t>
            </w:r>
            <w:proofErr w:type="spellEnd"/>
            <w:r w:rsidRPr="00883660">
              <w:rPr>
                <w:color w:val="222222"/>
                <w:sz w:val="16"/>
                <w:lang w:val="es-ES"/>
              </w:rPr>
              <w:t xml:space="preserve">, coorganizada por la Unión Internacional de Telecomunicaciones (UIT), la Comisión Europea, la Open &amp; Agile Smart Cities y la Centro Internacional de Computación de las Naciones Unidas, y con el apoyo de StandICT.eu 2029, </w:t>
            </w:r>
            <w:proofErr w:type="spellStart"/>
            <w:r w:rsidRPr="00883660">
              <w:rPr>
                <w:color w:val="222222"/>
                <w:sz w:val="16"/>
                <w:lang w:val="es-ES"/>
              </w:rPr>
              <w:t>reune</w:t>
            </w:r>
            <w:proofErr w:type="spellEnd"/>
            <w:r w:rsidRPr="00883660">
              <w:rPr>
                <w:color w:val="222222"/>
                <w:sz w:val="16"/>
                <w:lang w:val="es-ES"/>
              </w:rPr>
              <w:t xml:space="preserve"> a ciudades, administraciones públicas, industria, organismos de normalización, centros de investigación y academia con el objetivo de fortalecer la colaboración global en torno al </w:t>
            </w:r>
            <w:proofErr w:type="spellStart"/>
            <w:r w:rsidRPr="00883660">
              <w:rPr>
                <w:color w:val="222222"/>
                <w:sz w:val="16"/>
                <w:lang w:val="es-ES"/>
              </w:rPr>
              <w:t>citiverso</w:t>
            </w:r>
            <w:proofErr w:type="spellEnd"/>
            <w:r w:rsidRPr="00883660">
              <w:rPr>
                <w:color w:val="222222"/>
                <w:sz w:val="16"/>
                <w:lang w:val="es-ES"/>
              </w:rPr>
              <w:t xml:space="preserve">. 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5092032B" w:rsidR="001951D5" w:rsidRDefault="0047026A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206523DB" w:rsidR="001951D5" w:rsidRDefault="003B4F8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675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2AF69936" w:rsidR="001951D5" w:rsidRDefault="002A39C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226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33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6659A459" w:rsidR="001951D5" w:rsidRDefault="003040F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159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25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47026A" w14:paraId="6C931848" w14:textId="77777777" w:rsidTr="00881FCC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7CD20D" w14:textId="415641D8" w:rsidR="0047026A" w:rsidRDefault="00403DCC" w:rsidP="00881FCC">
            <w:pPr>
              <w:spacing w:after="0"/>
            </w:pPr>
            <w:r>
              <w:rPr>
                <w:b/>
                <w:color w:val="FFFFFF"/>
              </w:rPr>
              <w:t>ARTURO CASTELLO - SUBDIRECTOR</w:t>
            </w:r>
          </w:p>
        </w:tc>
      </w:tr>
      <w:tr w:rsidR="0047026A" w14:paraId="033B40F3" w14:textId="77777777" w:rsidTr="00881FC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178102" w14:textId="77777777" w:rsidR="0047026A" w:rsidRDefault="0047026A" w:rsidP="00881FCC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BD177F" w14:textId="3E5137D3" w:rsidR="0047026A" w:rsidRDefault="00F149CD" w:rsidP="00881FC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438</w:t>
            </w:r>
            <w:r w:rsidR="0047026A">
              <w:rPr>
                <w:b/>
                <w:color w:val="4A4A4A"/>
                <w:sz w:val="16"/>
              </w:rPr>
              <w:t>,00 €</w:t>
            </w:r>
          </w:p>
        </w:tc>
      </w:tr>
      <w:tr w:rsidR="0047026A" w14:paraId="56D36E3B" w14:textId="77777777" w:rsidTr="00881FC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376DA4" w14:textId="77777777" w:rsidR="0047026A" w:rsidRDefault="0047026A" w:rsidP="00881FCC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75EB5F" w14:textId="2EF90CA0" w:rsidR="0047026A" w:rsidRDefault="007D47A0" w:rsidP="00881FC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428</w:t>
            </w:r>
            <w:r w:rsidR="0047026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79</w:t>
            </w:r>
            <w:r w:rsidR="0047026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47026A" w14:paraId="73D91318" w14:textId="77777777" w:rsidTr="00881FC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38BBA8" w14:textId="77777777" w:rsidR="0047026A" w:rsidRDefault="0047026A" w:rsidP="00881FCC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83D6EE" w14:textId="2D9FA2CA" w:rsidR="0047026A" w:rsidRDefault="008E1DB1" w:rsidP="00881FC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80,25</w:t>
            </w:r>
            <w:r w:rsidR="0047026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0001" w14:textId="77777777" w:rsidR="003878A3" w:rsidRDefault="003878A3">
      <w:pPr>
        <w:spacing w:after="0" w:line="240" w:lineRule="auto"/>
      </w:pPr>
      <w:r>
        <w:separator/>
      </w:r>
    </w:p>
  </w:endnote>
  <w:endnote w:type="continuationSeparator" w:id="0">
    <w:p w14:paraId="628E18F1" w14:textId="77777777" w:rsidR="003878A3" w:rsidRDefault="00387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7026A" w:rsidRDefault="004327BA">
    <w:pPr>
      <w:pStyle w:val="Piedepgina"/>
      <w:jc w:val="center"/>
      <w:rPr>
        <w:lang w:val="es-ES"/>
      </w:rPr>
    </w:pPr>
    <w:r w:rsidRPr="0047026A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C7F34" w14:textId="77777777" w:rsidR="003878A3" w:rsidRDefault="003878A3">
      <w:pPr>
        <w:spacing w:after="0" w:line="240" w:lineRule="auto"/>
      </w:pPr>
      <w:r>
        <w:separator/>
      </w:r>
    </w:p>
  </w:footnote>
  <w:footnote w:type="continuationSeparator" w:id="0">
    <w:p w14:paraId="3E9FF61E" w14:textId="77777777" w:rsidR="003878A3" w:rsidRDefault="00387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27C"/>
    <w:rsid w:val="0006063C"/>
    <w:rsid w:val="0006130F"/>
    <w:rsid w:val="000845DA"/>
    <w:rsid w:val="0015074B"/>
    <w:rsid w:val="0017158E"/>
    <w:rsid w:val="001951D5"/>
    <w:rsid w:val="0029639D"/>
    <w:rsid w:val="002A39C1"/>
    <w:rsid w:val="003040F0"/>
    <w:rsid w:val="00326F90"/>
    <w:rsid w:val="0036614A"/>
    <w:rsid w:val="003878A3"/>
    <w:rsid w:val="003B4F8F"/>
    <w:rsid w:val="00403DCC"/>
    <w:rsid w:val="004327BA"/>
    <w:rsid w:val="0047026A"/>
    <w:rsid w:val="00562B17"/>
    <w:rsid w:val="006253A7"/>
    <w:rsid w:val="006715F1"/>
    <w:rsid w:val="007B5124"/>
    <w:rsid w:val="007D47A0"/>
    <w:rsid w:val="00883660"/>
    <w:rsid w:val="008867CE"/>
    <w:rsid w:val="008E1BA0"/>
    <w:rsid w:val="008E1DB1"/>
    <w:rsid w:val="009421BF"/>
    <w:rsid w:val="00A82B56"/>
    <w:rsid w:val="00AA1D8D"/>
    <w:rsid w:val="00B47730"/>
    <w:rsid w:val="00C03A4D"/>
    <w:rsid w:val="00CB0664"/>
    <w:rsid w:val="00CB53ED"/>
    <w:rsid w:val="00D90CAA"/>
    <w:rsid w:val="00F0791E"/>
    <w:rsid w:val="00F149CD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E5A73A-F9BC-4AC8-82D9-10C0B0832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8F215A-91EB-4D71-B180-4D3B67FFC9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8F12E7-CAF8-4AFB-B5A9-562B085C72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133</Words>
  <Characters>733</Characters>
  <Application>Microsoft Office Word</Application>
  <DocSecurity>0</DocSecurity>
  <Lines>6</Lines>
  <Paragraphs>1</Paragraphs>
  <ScaleCrop>false</ScaleCrop>
  <Manager/>
  <Company/>
  <LinksUpToDate>false</LinksUpToDate>
  <CharactersWithSpaces>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18</cp:revision>
  <dcterms:created xsi:type="dcterms:W3CDTF">2026-09-22T06:51:00Z</dcterms:created>
  <dcterms:modified xsi:type="dcterms:W3CDTF">2026-09-28T13:24:00Z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5" name="docLang">
    <vt:lpwstr>es</vt:lpwstr>
  </property>
</Properties>
</file>