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738A1B66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FD2F0E">
        <w:rPr>
          <w:b/>
          <w:bCs/>
          <w:color w:val="4A4A4A"/>
          <w:sz w:val="34"/>
          <w:szCs w:val="34"/>
          <w:lang w:val="es-ES"/>
        </w:rPr>
        <w:t>06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865A08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0688884A" w:rsidR="001951D5" w:rsidRPr="00865A08" w:rsidRDefault="004327BA">
            <w:pPr>
              <w:spacing w:after="0"/>
              <w:rPr>
                <w:lang w:val="es-ES"/>
              </w:rPr>
            </w:pPr>
            <w:r w:rsidRPr="00865A08">
              <w:rPr>
                <w:b/>
                <w:color w:val="0524FF"/>
                <w:lang w:val="es-ES"/>
              </w:rPr>
              <w:t>FECHA</w:t>
            </w:r>
            <w:r w:rsidRPr="00865A08">
              <w:rPr>
                <w:b/>
                <w:color w:val="0524FF"/>
                <w:lang w:val="es-ES"/>
              </w:rPr>
              <w:br/>
            </w:r>
            <w:r w:rsidR="00865A08">
              <w:rPr>
                <w:b/>
                <w:color w:val="0524FF"/>
                <w:lang w:val="es-ES"/>
              </w:rPr>
              <w:t xml:space="preserve">Lunes 22 </w:t>
            </w:r>
            <w:r w:rsidR="002C7854">
              <w:rPr>
                <w:b/>
                <w:color w:val="0524FF"/>
                <w:lang w:val="es-ES"/>
              </w:rPr>
              <w:t xml:space="preserve">- </w:t>
            </w:r>
            <w:r w:rsidR="00865A08">
              <w:rPr>
                <w:b/>
                <w:color w:val="0524FF"/>
                <w:lang w:val="es-ES"/>
              </w:rPr>
              <w:t>Jueves 26 de Junio de 2026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732C266F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D04D5F">
              <w:rPr>
                <w:b/>
                <w:color w:val="0524FF"/>
                <w:lang w:val="es-ES"/>
              </w:rPr>
              <w:t xml:space="preserve">Silicon Valley 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865A08" w14:paraId="5735CF19" w14:textId="77777777">
        <w:tc>
          <w:tcPr>
            <w:tcW w:w="10312" w:type="dxa"/>
          </w:tcPr>
          <w:p w14:paraId="65449E23" w14:textId="72373C80" w:rsidR="001951D5" w:rsidRPr="00C03A4D" w:rsidRDefault="00D67802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Visitar el ecosistema de innovación en Los </w:t>
            </w:r>
            <w:r w:rsidR="00F63BDF">
              <w:rPr>
                <w:color w:val="222222"/>
                <w:sz w:val="16"/>
                <w:lang w:val="es-ES"/>
              </w:rPr>
              <w:t>Á</w:t>
            </w:r>
            <w:r>
              <w:rPr>
                <w:color w:val="222222"/>
                <w:sz w:val="16"/>
                <w:lang w:val="es-ES"/>
              </w:rPr>
              <w:t>ngeles y San Francisco</w:t>
            </w:r>
            <w:r w:rsidR="007620AB">
              <w:rPr>
                <w:color w:val="222222"/>
                <w:sz w:val="16"/>
                <w:lang w:val="es-ES"/>
              </w:rPr>
              <w:t>. Viajan también Invest Valencia y Startup Valencia.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659E550F" w:rsidR="001951D5" w:rsidRDefault="007137B8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1A67666" w:rsidR="001951D5" w:rsidRDefault="007620AB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1187</w:t>
            </w:r>
            <w:r w:rsidR="004327BA">
              <w:rPr>
                <w:b/>
                <w:color w:val="4A4A4A"/>
                <w:sz w:val="16"/>
              </w:rPr>
              <w:t>,0</w:t>
            </w:r>
            <w:r>
              <w:rPr>
                <w:b/>
                <w:color w:val="4A4A4A"/>
                <w:sz w:val="16"/>
              </w:rPr>
              <w:t>6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  <w:tr w:rsidR="007137B8" w14:paraId="3AAB7821" w14:textId="77777777" w:rsidTr="00B568D0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5BB7EA" w14:textId="39EDAD60" w:rsidR="007137B8" w:rsidRDefault="007137B8" w:rsidP="00B568D0">
            <w:pPr>
              <w:spacing w:after="0"/>
            </w:pPr>
            <w:r>
              <w:rPr>
                <w:b/>
                <w:color w:val="FFFFFF"/>
              </w:rPr>
              <w:t>ARTURO CASTELLÓ - DIRECTOR</w:t>
            </w:r>
          </w:p>
        </w:tc>
      </w:tr>
      <w:tr w:rsidR="007137B8" w14:paraId="25AF3251" w14:textId="77777777" w:rsidTr="00B568D0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2C67F2" w14:textId="77777777" w:rsidR="007137B8" w:rsidRDefault="007137B8" w:rsidP="00B568D0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9CA693" w14:textId="2A18E3B3" w:rsidR="007137B8" w:rsidRDefault="00380AAB" w:rsidP="00B568D0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2428</w:t>
            </w:r>
            <w:r w:rsidR="007137B8">
              <w:rPr>
                <w:b/>
                <w:color w:val="4A4A4A"/>
                <w:sz w:val="16"/>
              </w:rPr>
              <w:t>,00 €</w:t>
            </w:r>
          </w:p>
        </w:tc>
      </w:tr>
      <w:tr w:rsidR="007137B8" w14:paraId="4ED47020" w14:textId="77777777" w:rsidTr="00B568D0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2A09E4" w14:textId="77777777" w:rsidR="007137B8" w:rsidRDefault="007137B8" w:rsidP="00B568D0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CA6012" w14:textId="43D38C86" w:rsidR="007137B8" w:rsidRDefault="00380AAB" w:rsidP="00B568D0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1187</w:t>
            </w:r>
            <w:r w:rsidR="007137B8">
              <w:rPr>
                <w:b/>
                <w:color w:val="4A4A4A"/>
                <w:sz w:val="16"/>
              </w:rPr>
              <w:t>,0</w:t>
            </w:r>
            <w:r w:rsidR="007620AB">
              <w:rPr>
                <w:b/>
                <w:color w:val="4A4A4A"/>
                <w:sz w:val="16"/>
              </w:rPr>
              <w:t>6</w:t>
            </w:r>
            <w:r w:rsidR="007137B8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7137B8" w14:paraId="59D9CBA2" w14:textId="77777777" w:rsidTr="00B568D0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DE5072" w14:textId="77777777" w:rsidR="007137B8" w:rsidRDefault="007137B8" w:rsidP="00B568D0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C0F091" w14:textId="06D9E7ED" w:rsidR="007137B8" w:rsidRDefault="006D01C1" w:rsidP="00B568D0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853</w:t>
            </w:r>
            <w:r w:rsidR="007137B8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17</w:t>
            </w:r>
            <w:r w:rsidR="007137B8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1365E158" w14:textId="77777777" w:rsidR="007137B8" w:rsidRDefault="007137B8" w:rsidP="007137B8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3736E" w14:textId="77777777" w:rsidR="001B755A" w:rsidRDefault="001B755A">
      <w:pPr>
        <w:spacing w:after="0" w:line="240" w:lineRule="auto"/>
      </w:pPr>
      <w:r>
        <w:separator/>
      </w:r>
    </w:p>
  </w:endnote>
  <w:endnote w:type="continuationSeparator" w:id="0">
    <w:p w14:paraId="41BCACD5" w14:textId="77777777" w:rsidR="001B755A" w:rsidRDefault="001B7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865A08" w:rsidRDefault="004327BA">
    <w:pPr>
      <w:pStyle w:val="Piedepgina"/>
      <w:jc w:val="center"/>
      <w:rPr>
        <w:lang w:val="es-ES"/>
      </w:rPr>
    </w:pPr>
    <w:r w:rsidRPr="00865A0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85D0C" w14:textId="77777777" w:rsidR="001B755A" w:rsidRDefault="001B755A">
      <w:pPr>
        <w:spacing w:after="0" w:line="240" w:lineRule="auto"/>
      </w:pPr>
      <w:r>
        <w:separator/>
      </w:r>
    </w:p>
  </w:footnote>
  <w:footnote w:type="continuationSeparator" w:id="0">
    <w:p w14:paraId="294850F6" w14:textId="77777777" w:rsidR="001B755A" w:rsidRDefault="001B7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58E"/>
    <w:rsid w:val="001951D5"/>
    <w:rsid w:val="001B755A"/>
    <w:rsid w:val="0029639D"/>
    <w:rsid w:val="002A5D25"/>
    <w:rsid w:val="002C7854"/>
    <w:rsid w:val="00326F90"/>
    <w:rsid w:val="00380AAB"/>
    <w:rsid w:val="004327BA"/>
    <w:rsid w:val="00486DD5"/>
    <w:rsid w:val="00562B17"/>
    <w:rsid w:val="006253A7"/>
    <w:rsid w:val="006D01C1"/>
    <w:rsid w:val="007137B8"/>
    <w:rsid w:val="007620AB"/>
    <w:rsid w:val="00865A08"/>
    <w:rsid w:val="008E1BA0"/>
    <w:rsid w:val="00AA1D8D"/>
    <w:rsid w:val="00B47730"/>
    <w:rsid w:val="00C03A4D"/>
    <w:rsid w:val="00CB0664"/>
    <w:rsid w:val="00D04D5F"/>
    <w:rsid w:val="00D67802"/>
    <w:rsid w:val="00F0791E"/>
    <w:rsid w:val="00F57065"/>
    <w:rsid w:val="00F63BDF"/>
    <w:rsid w:val="00FC693F"/>
    <w:rsid w:val="00FD2F0E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5C57D0-0D58-414C-B61A-911D0B05B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EB0E6B-71CE-4F5B-AE64-F6DEFAA46264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A29EA4-467F-4BCF-99A4-42E94B8DE1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445</Characters>
  <Application>Microsoft Office Word</Application>
  <DocSecurity>0</DocSecurity>
  <Lines>3</Lines>
  <Paragraphs>1</Paragraphs>
  <ScaleCrop>false</ScaleCrop>
  <Manager/>
  <Company/>
  <LinksUpToDate>false</LinksUpToDate>
  <CharactersWithSpaces>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12</cp:revision>
  <dcterms:created xsi:type="dcterms:W3CDTF">2026-09-22T06:51:00Z</dcterms:created>
  <dcterms:modified xsi:type="dcterms:W3CDTF">2026-09-28T10:38:00Z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