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D7CBF8A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(X/2026)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7C63B9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247F205B" w:rsidR="001951D5" w:rsidRPr="00F1085D" w:rsidRDefault="004327BA">
            <w:pPr>
              <w:spacing w:after="0"/>
              <w:rPr>
                <w:lang w:val="es-ES"/>
              </w:rPr>
            </w:pPr>
            <w:r w:rsidRPr="00F1085D">
              <w:rPr>
                <w:b/>
                <w:color w:val="0524FF"/>
                <w:lang w:val="es-ES"/>
              </w:rPr>
              <w:t>FECHA</w:t>
            </w:r>
            <w:r w:rsidRPr="00F1085D">
              <w:rPr>
                <w:b/>
                <w:color w:val="0524FF"/>
                <w:lang w:val="es-ES"/>
              </w:rPr>
              <w:br/>
            </w:r>
            <w:r w:rsidR="00DA3F26" w:rsidRPr="00F1085D">
              <w:rPr>
                <w:b/>
                <w:color w:val="0524FF"/>
                <w:lang w:val="es-ES"/>
              </w:rPr>
              <w:t>1</w:t>
            </w:r>
            <w:r w:rsidR="00F1085D" w:rsidRPr="00F1085D">
              <w:rPr>
                <w:b/>
                <w:color w:val="0524FF"/>
                <w:lang w:val="es-ES"/>
              </w:rPr>
              <w:t>8</w:t>
            </w:r>
            <w:r w:rsidR="00A11068" w:rsidRPr="00F1085D">
              <w:rPr>
                <w:b/>
                <w:color w:val="0524FF"/>
                <w:lang w:val="es-ES"/>
              </w:rPr>
              <w:t xml:space="preserve"> </w:t>
            </w:r>
            <w:r w:rsidR="00F1085D" w:rsidRPr="00F1085D">
              <w:rPr>
                <w:b/>
                <w:color w:val="0524FF"/>
                <w:lang w:val="es-ES"/>
              </w:rPr>
              <w:t xml:space="preserve">a 20 </w:t>
            </w:r>
            <w:r w:rsidR="00A11068" w:rsidRPr="00F1085D">
              <w:rPr>
                <w:b/>
                <w:color w:val="0524FF"/>
                <w:lang w:val="es-ES"/>
              </w:rPr>
              <w:t xml:space="preserve">de </w:t>
            </w:r>
            <w:proofErr w:type="gramStart"/>
            <w:r w:rsidR="00DA3F26" w:rsidRPr="00F1085D">
              <w:rPr>
                <w:b/>
                <w:color w:val="0524FF"/>
                <w:lang w:val="es-ES"/>
              </w:rPr>
              <w:t>Junio</w:t>
            </w:r>
            <w:proofErr w:type="gramEnd"/>
            <w:r w:rsidR="00DA3F26" w:rsidRPr="00F1085D">
              <w:rPr>
                <w:b/>
                <w:color w:val="0524FF"/>
                <w:lang w:val="es-ES"/>
              </w:rPr>
              <w:t xml:space="preserve"> </w:t>
            </w:r>
            <w:r w:rsidR="00A11068" w:rsidRPr="00F1085D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68C65F62" w:rsidR="001951D5" w:rsidRPr="007C63B9" w:rsidRDefault="004327BA">
            <w:pPr>
              <w:spacing w:after="0"/>
              <w:rPr>
                <w:b/>
                <w:color w:val="0524FF"/>
                <w:lang w:val="en-GB"/>
              </w:rPr>
            </w:pPr>
            <w:r w:rsidRPr="007C63B9">
              <w:rPr>
                <w:b/>
                <w:color w:val="0524FF"/>
                <w:lang w:val="en-GB"/>
              </w:rPr>
              <w:t>ACCIÓN</w:t>
            </w:r>
            <w:r w:rsidRPr="007C63B9">
              <w:rPr>
                <w:b/>
                <w:color w:val="0524FF"/>
                <w:lang w:val="en-GB"/>
              </w:rPr>
              <w:br/>
            </w:r>
            <w:proofErr w:type="spellStart"/>
            <w:r w:rsidR="005D12A5">
              <w:rPr>
                <w:b/>
                <w:color w:val="0524FF"/>
                <w:lang w:val="en-GB"/>
              </w:rPr>
              <w:t>Ámsterdam</w:t>
            </w:r>
            <w:proofErr w:type="spellEnd"/>
            <w:r w:rsidR="005D12A5">
              <w:rPr>
                <w:b/>
                <w:color w:val="0524FF"/>
                <w:lang w:val="en-GB"/>
              </w:rPr>
              <w:t xml:space="preserve"> – The Next Web</w:t>
            </w:r>
          </w:p>
        </w:tc>
      </w:tr>
    </w:tbl>
    <w:p w14:paraId="672A6659" w14:textId="4F3B9D1A" w:rsidR="001951D5" w:rsidRPr="007C63B9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B90013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27F443B0" w14:textId="3B9C578E" w:rsidR="000D6176" w:rsidRPr="000D6176" w:rsidRDefault="000D6176" w:rsidP="000D6176">
            <w:pPr>
              <w:spacing w:after="0"/>
              <w:rPr>
                <w:color w:val="222222"/>
                <w:sz w:val="16"/>
                <w:lang w:val="es-ES"/>
              </w:rPr>
            </w:pPr>
            <w:r>
              <w:rPr>
                <w:rFonts w:ascii="Times New Roman" w:eastAsia="Times New Roman" w:hAnsi="Times New Roman" w:cs="Times New Roman"/>
                <w:color w:val="4C4C4C"/>
                <w:sz w:val="14"/>
                <w:szCs w:val="14"/>
                <w:lang w:val="ca-ES-valencia" w:eastAsia="es-ES"/>
              </w:rPr>
              <w:t>Entre los objetivos de este viaje está</w:t>
            </w:r>
            <w:r w:rsidRPr="000D6176">
              <w:rPr>
                <w:rFonts w:ascii="Times New Roman" w:eastAsia="Times New Roman" w:hAnsi="Times New Roman" w:cs="Times New Roman"/>
                <w:color w:val="4C4C4C"/>
                <w:sz w:val="14"/>
                <w:szCs w:val="14"/>
                <w:lang w:val="ca-ES-valencia" w:eastAsia="es-ES"/>
              </w:rPr>
              <w:t xml:space="preserve"> </w:t>
            </w:r>
            <w:r w:rsidRPr="000D6176">
              <w:rPr>
                <w:color w:val="222222"/>
                <w:sz w:val="16"/>
                <w:lang w:val="ca-ES-valencia"/>
              </w:rPr>
              <w:t> mostrar a los asistentes del evento las diferentes oportunidades que ofrece la ciudad de València a las startups y agentes facilitadores que quieran establecerse en su territorio</w:t>
            </w:r>
          </w:p>
          <w:p w14:paraId="60D56D1C" w14:textId="77777777" w:rsidR="000D6176" w:rsidRPr="000D6176" w:rsidRDefault="000D6176" w:rsidP="000D6176">
            <w:pPr>
              <w:spacing w:after="0"/>
              <w:rPr>
                <w:color w:val="222222"/>
                <w:sz w:val="16"/>
                <w:lang w:val="es-ES"/>
              </w:rPr>
            </w:pPr>
            <w:r w:rsidRPr="000D6176">
              <w:rPr>
                <w:color w:val="222222"/>
                <w:sz w:val="16"/>
                <w:lang w:val="ca-ES-valencia"/>
              </w:rPr>
              <w:t>·        participar en diferentes actividades, dentro del stand asignado a la Fundación / València Innovation Capital y side events como The Assembly, el día 19 de junio y el Breakfast "València City: Where Startups Grow and Investors Thrive", el día 20 de junio </w:t>
            </w:r>
          </w:p>
          <w:p w14:paraId="76C7B185" w14:textId="77777777" w:rsidR="000D6176" w:rsidRPr="000D6176" w:rsidRDefault="000D6176" w:rsidP="000D6176">
            <w:pPr>
              <w:spacing w:after="0"/>
              <w:rPr>
                <w:color w:val="222222"/>
                <w:sz w:val="16"/>
                <w:lang w:val="es-ES"/>
              </w:rPr>
            </w:pPr>
            <w:r w:rsidRPr="000D6176">
              <w:rPr>
                <w:color w:val="222222"/>
                <w:sz w:val="16"/>
                <w:lang w:val="ca-ES-valencia"/>
              </w:rPr>
              <w:t>·        establecer contactos de alto nivel tanto con el sector público como el privado</w:t>
            </w:r>
          </w:p>
          <w:p w14:paraId="65F2402A" w14:textId="77777777" w:rsidR="000D6176" w:rsidRPr="000D6176" w:rsidRDefault="000D6176" w:rsidP="000D6176">
            <w:pPr>
              <w:spacing w:after="0"/>
              <w:rPr>
                <w:color w:val="222222"/>
                <w:sz w:val="16"/>
                <w:lang w:val="es-ES"/>
              </w:rPr>
            </w:pPr>
            <w:r w:rsidRPr="000D6176">
              <w:rPr>
                <w:color w:val="222222"/>
                <w:sz w:val="16"/>
                <w:lang w:val="ca-ES-valencia"/>
              </w:rPr>
              <w:t>·        dar soporte a agentes facilitadores del emprendimiento en Valencia y startups del ecosistema valenciano que han asistido al evento</w:t>
            </w:r>
          </w:p>
          <w:p w14:paraId="65449E23" w14:textId="303EA1A6" w:rsidR="001951D5" w:rsidRPr="00014E92" w:rsidRDefault="000D6176">
            <w:pPr>
              <w:spacing w:after="0"/>
              <w:rPr>
                <w:color w:val="222222"/>
                <w:sz w:val="16"/>
                <w:lang w:val="es-ES"/>
              </w:rPr>
            </w:pPr>
            <w:r w:rsidRPr="000D6176">
              <w:rPr>
                <w:color w:val="222222"/>
                <w:sz w:val="16"/>
                <w:lang w:val="ca-ES-valencia"/>
              </w:rPr>
              <w:t>·        ofrecer espacio expositivo, mediante booths y stands a 8 startups</w:t>
            </w:r>
            <w:r w:rsidR="00020602">
              <w:rPr>
                <w:color w:val="222222"/>
                <w:sz w:val="16"/>
                <w:lang w:val="ca-ES-valencia"/>
              </w:rPr>
              <w:t>.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152877F1" w:rsidR="001951D5" w:rsidRDefault="005D12A5">
            <w:pPr>
              <w:spacing w:after="0"/>
            </w:pPr>
            <w:r>
              <w:rPr>
                <w:b/>
                <w:color w:val="FFFFFF"/>
              </w:rPr>
              <w:t>ARTURO CASTELLÓ</w:t>
            </w:r>
            <w:r w:rsidR="00B90013">
              <w:rPr>
                <w:b/>
                <w:color w:val="FFFFFF"/>
              </w:rPr>
              <w:t xml:space="preserve"> - SUBDIRECTOR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6B2CD8F3" w:rsidR="001951D5" w:rsidRDefault="00A81DB2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</w:t>
            </w:r>
            <w:r w:rsidR="000F2D5A">
              <w:rPr>
                <w:b/>
                <w:color w:val="4A4A4A"/>
                <w:sz w:val="16"/>
              </w:rPr>
              <w:t>31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5824C6"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339B156C" w:rsidR="001951D5" w:rsidRDefault="00C049F2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559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63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377C78DE" w:rsidR="001951D5" w:rsidRDefault="005824C6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224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60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790F2F" w14:paraId="54C361C7" w14:textId="77777777" w:rsidTr="000B03FC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0429C5" w14:textId="3BB92758" w:rsidR="00790F2F" w:rsidRDefault="00790F2F" w:rsidP="000B03FC">
            <w:pPr>
              <w:spacing w:after="0"/>
            </w:pPr>
            <w:r>
              <w:rPr>
                <w:b/>
                <w:color w:val="FFFFFF"/>
              </w:rPr>
              <w:t>LUCÍA CALABRIA</w:t>
            </w:r>
            <w:r>
              <w:rPr>
                <w:b/>
                <w:color w:val="FFFFFF"/>
              </w:rPr>
              <w:t>- SUBDIRECTOR</w:t>
            </w:r>
            <w:r>
              <w:rPr>
                <w:b/>
                <w:color w:val="FFFFFF"/>
              </w:rPr>
              <w:t>A</w:t>
            </w:r>
          </w:p>
        </w:tc>
      </w:tr>
      <w:tr w:rsidR="00790F2F" w14:paraId="5A01A11D" w14:textId="77777777" w:rsidTr="000B03F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8AE8C1" w14:textId="77777777" w:rsidR="00790F2F" w:rsidRDefault="00790F2F" w:rsidP="000B03FC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102FAB" w14:textId="3BB30EFA" w:rsidR="00790F2F" w:rsidRDefault="00A81DB2" w:rsidP="000B03F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</w:t>
            </w:r>
            <w:r w:rsidR="000F2D5A">
              <w:rPr>
                <w:b/>
                <w:color w:val="4A4A4A"/>
                <w:sz w:val="16"/>
              </w:rPr>
              <w:t>3</w:t>
            </w:r>
            <w:r>
              <w:rPr>
                <w:b/>
                <w:color w:val="4A4A4A"/>
                <w:sz w:val="16"/>
              </w:rPr>
              <w:t>1</w:t>
            </w:r>
            <w:r w:rsidR="00790F2F">
              <w:rPr>
                <w:b/>
                <w:color w:val="4A4A4A"/>
                <w:sz w:val="16"/>
              </w:rPr>
              <w:t>,00 €</w:t>
            </w:r>
          </w:p>
        </w:tc>
      </w:tr>
      <w:tr w:rsidR="00790F2F" w14:paraId="7C4772F2" w14:textId="77777777" w:rsidTr="000B03F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8EC841" w14:textId="77777777" w:rsidR="00790F2F" w:rsidRDefault="00790F2F" w:rsidP="000B03FC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A51C9B" w14:textId="3E35A2D6" w:rsidR="00790F2F" w:rsidRDefault="00C049F2" w:rsidP="000B03F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559</w:t>
            </w:r>
            <w:r w:rsidR="00790F2F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63</w:t>
            </w:r>
            <w:r w:rsidR="00790F2F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790F2F" w14:paraId="3F66DF94" w14:textId="77777777" w:rsidTr="000B03FC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11ABDE" w14:textId="77777777" w:rsidR="00790F2F" w:rsidRDefault="00790F2F" w:rsidP="000B03FC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FB4A87" w14:textId="3669ADD7" w:rsidR="00790F2F" w:rsidRDefault="00790F2F" w:rsidP="000B03F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224,</w:t>
            </w:r>
            <w:r w:rsidR="00A81DB2">
              <w:rPr>
                <w:b/>
                <w:color w:val="4A4A4A"/>
                <w:sz w:val="16"/>
              </w:rPr>
              <w:t>93</w:t>
            </w:r>
            <w:r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689C15FE" w14:textId="77777777" w:rsidR="00790F2F" w:rsidRDefault="00790F2F" w:rsidP="00790F2F"/>
    <w:p w14:paraId="3FBCD8A2" w14:textId="77777777" w:rsidR="00562B17" w:rsidRDefault="00562B17"/>
    <w:sectPr w:rsidR="00562B17" w:rsidSect="00034616">
      <w:headerReference w:type="default" r:id="rId9"/>
      <w:footerReference w:type="default" r:id="rId10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2E0FE" w14:textId="77777777" w:rsidR="00062E7D" w:rsidRDefault="00062E7D">
      <w:pPr>
        <w:spacing w:after="0" w:line="240" w:lineRule="auto"/>
      </w:pPr>
      <w:r>
        <w:separator/>
      </w:r>
    </w:p>
  </w:endnote>
  <w:endnote w:type="continuationSeparator" w:id="0">
    <w:p w14:paraId="462E9924" w14:textId="77777777" w:rsidR="00062E7D" w:rsidRDefault="00062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FC856" w14:textId="77777777" w:rsidR="00062E7D" w:rsidRDefault="00062E7D">
      <w:pPr>
        <w:spacing w:after="0" w:line="240" w:lineRule="auto"/>
      </w:pPr>
      <w:r>
        <w:separator/>
      </w:r>
    </w:p>
  </w:footnote>
  <w:footnote w:type="continuationSeparator" w:id="0">
    <w:p w14:paraId="0C40CE96" w14:textId="77777777" w:rsidR="00062E7D" w:rsidRDefault="00062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4E92"/>
    <w:rsid w:val="00016C4F"/>
    <w:rsid w:val="00020602"/>
    <w:rsid w:val="00034616"/>
    <w:rsid w:val="0006063C"/>
    <w:rsid w:val="00062E7D"/>
    <w:rsid w:val="000D6176"/>
    <w:rsid w:val="000F2D5A"/>
    <w:rsid w:val="0015074B"/>
    <w:rsid w:val="0017158E"/>
    <w:rsid w:val="001951D5"/>
    <w:rsid w:val="001F62CA"/>
    <w:rsid w:val="002367E1"/>
    <w:rsid w:val="0029639D"/>
    <w:rsid w:val="002C6D3E"/>
    <w:rsid w:val="00326F90"/>
    <w:rsid w:val="004327BA"/>
    <w:rsid w:val="00452879"/>
    <w:rsid w:val="004D59BC"/>
    <w:rsid w:val="004F168B"/>
    <w:rsid w:val="0054074A"/>
    <w:rsid w:val="005526CD"/>
    <w:rsid w:val="00562B17"/>
    <w:rsid w:val="005824C6"/>
    <w:rsid w:val="005D12A5"/>
    <w:rsid w:val="0061614B"/>
    <w:rsid w:val="006253A7"/>
    <w:rsid w:val="006E17C0"/>
    <w:rsid w:val="00790F2F"/>
    <w:rsid w:val="007C63B9"/>
    <w:rsid w:val="007D2EAD"/>
    <w:rsid w:val="009274C2"/>
    <w:rsid w:val="00A05D0D"/>
    <w:rsid w:val="00A11068"/>
    <w:rsid w:val="00A81DB2"/>
    <w:rsid w:val="00AA1D8D"/>
    <w:rsid w:val="00AC6730"/>
    <w:rsid w:val="00B47730"/>
    <w:rsid w:val="00B90013"/>
    <w:rsid w:val="00BA1401"/>
    <w:rsid w:val="00C03A4D"/>
    <w:rsid w:val="00C049F2"/>
    <w:rsid w:val="00CB0664"/>
    <w:rsid w:val="00D53394"/>
    <w:rsid w:val="00DA3F26"/>
    <w:rsid w:val="00DD6243"/>
    <w:rsid w:val="00E06682"/>
    <w:rsid w:val="00E26423"/>
    <w:rsid w:val="00E60CEF"/>
    <w:rsid w:val="00F0791E"/>
    <w:rsid w:val="00F1085D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E7680CF482CD409D49F99C79659434" ma:contentTypeVersion="21" ma:contentTypeDescription="Crear nuevo documento." ma:contentTypeScope="" ma:versionID="acf6850a4a0c542f6756a8445fff5250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56d17962f0cdb868c55aba6c644cf0f5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32CC4D-ADF8-492E-BB38-78565DF4F703}"/>
</file>

<file path=customXml/itemProps3.xml><?xml version="1.0" encoding="utf-8"?>
<ds:datastoreItem xmlns:ds="http://schemas.openxmlformats.org/officeDocument/2006/customXml" ds:itemID="{AFDA28B5-0889-49E5-956C-8A46F89DB6A0}"/>
</file>

<file path=customXml/itemProps4.xml><?xml version="1.0" encoding="utf-8"?>
<ds:datastoreItem xmlns:ds="http://schemas.openxmlformats.org/officeDocument/2006/customXml" ds:itemID="{82DEB4C7-3AD8-4C37-A77A-FC9CD844ED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183</Words>
  <Characters>1009</Characters>
  <Application>Microsoft Office Word</Application>
  <DocSecurity>0</DocSecurity>
  <Lines>8</Lines>
  <Paragraphs>2</Paragraphs>
  <ScaleCrop>false</ScaleCrop>
  <Manager/>
  <Company/>
  <LinksUpToDate>false</LinksUpToDate>
  <CharactersWithSpaces>1190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Josefina Serrano</cp:lastModifiedBy>
  <cp:revision>27</cp:revision>
  <dcterms:created xsi:type="dcterms:W3CDTF">2026-09-22T06:51:00Z</dcterms:created>
  <dcterms:modified xsi:type="dcterms:W3CDTF">2026-09-28T07:12:00Z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</Properties>
</file>