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8D6A779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F006DB">
        <w:rPr>
          <w:b/>
          <w:bCs/>
          <w:color w:val="4A4A4A"/>
          <w:sz w:val="34"/>
          <w:szCs w:val="34"/>
          <w:lang w:val="es-ES"/>
        </w:rPr>
        <w:t>04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006DB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1339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0E63F96C" w:rsidR="001951D5" w:rsidRPr="00413393" w:rsidRDefault="004327BA">
            <w:pPr>
              <w:spacing w:after="0"/>
              <w:rPr>
                <w:lang w:val="es-ES"/>
              </w:rPr>
            </w:pPr>
            <w:r w:rsidRPr="00413393">
              <w:rPr>
                <w:b/>
                <w:color w:val="0524FF"/>
                <w:lang w:val="es-ES"/>
              </w:rPr>
              <w:t>FECHA</w:t>
            </w:r>
            <w:r w:rsidRPr="00413393">
              <w:rPr>
                <w:b/>
                <w:color w:val="0524FF"/>
                <w:lang w:val="es-ES"/>
              </w:rPr>
              <w:br/>
            </w:r>
            <w:r w:rsidR="00413393" w:rsidRPr="00413393">
              <w:rPr>
                <w:b/>
                <w:color w:val="0524FF"/>
                <w:lang w:val="es-ES"/>
              </w:rPr>
              <w:t>1</w:t>
            </w:r>
            <w:r w:rsidR="00413393">
              <w:rPr>
                <w:b/>
                <w:color w:val="0524FF"/>
                <w:lang w:val="es-ES"/>
              </w:rPr>
              <w:t>6 a 21 abril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776A5C6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413393">
              <w:rPr>
                <w:b/>
                <w:color w:val="0524FF"/>
                <w:lang w:val="es-ES"/>
              </w:rPr>
              <w:t>Viaje a Miami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F006DB" w14:paraId="5735CF19" w14:textId="77777777">
        <w:tc>
          <w:tcPr>
            <w:tcW w:w="10312" w:type="dxa"/>
          </w:tcPr>
          <w:p w14:paraId="65449E23" w14:textId="2F648647" w:rsidR="001951D5" w:rsidRPr="00C03A4D" w:rsidRDefault="00DC36BB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Asistencia de la vicepresidenta a EMERGE MIAMI</w:t>
            </w:r>
            <w:r w:rsidR="00AB1161">
              <w:rPr>
                <w:color w:val="222222"/>
                <w:sz w:val="16"/>
                <w:lang w:val="es-ES"/>
              </w:rPr>
              <w:t xml:space="preserve"> y a la feria tecnológica de la región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BBDE9E4" w:rsidR="001951D5" w:rsidRDefault="005101E3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E71FDB2" w:rsidR="001951D5" w:rsidRDefault="004643F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2147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764AAA9" w:rsidR="001951D5" w:rsidRDefault="004643F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142</w:t>
            </w:r>
            <w:r w:rsidR="00A46102">
              <w:rPr>
                <w:b/>
                <w:color w:val="4A4A4A"/>
                <w:sz w:val="16"/>
              </w:rPr>
              <w:t>7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A46102">
              <w:rPr>
                <w:b/>
                <w:color w:val="4A4A4A"/>
                <w:sz w:val="16"/>
              </w:rPr>
              <w:t>8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F238B58" w:rsidR="001951D5" w:rsidRDefault="00ED13D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173,98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993C2" w14:textId="77777777" w:rsidR="00F94117" w:rsidRDefault="00F94117">
      <w:pPr>
        <w:spacing w:after="0" w:line="240" w:lineRule="auto"/>
      </w:pPr>
      <w:r>
        <w:separator/>
      </w:r>
    </w:p>
  </w:endnote>
  <w:endnote w:type="continuationSeparator" w:id="0">
    <w:p w14:paraId="785FA0C0" w14:textId="77777777" w:rsidR="00F94117" w:rsidRDefault="00F9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13393" w:rsidRDefault="004327BA">
    <w:pPr>
      <w:pStyle w:val="Piedepgina"/>
      <w:jc w:val="center"/>
      <w:rPr>
        <w:lang w:val="es-ES"/>
      </w:rPr>
    </w:pPr>
    <w:r w:rsidRPr="00413393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DD38" w14:textId="77777777" w:rsidR="00F94117" w:rsidRDefault="00F94117">
      <w:pPr>
        <w:spacing w:after="0" w:line="240" w:lineRule="auto"/>
      </w:pPr>
      <w:r>
        <w:separator/>
      </w:r>
    </w:p>
  </w:footnote>
  <w:footnote w:type="continuationSeparator" w:id="0">
    <w:p w14:paraId="4E3C3FDB" w14:textId="77777777" w:rsidR="00F94117" w:rsidRDefault="00F94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29639D"/>
    <w:rsid w:val="00326F90"/>
    <w:rsid w:val="00413393"/>
    <w:rsid w:val="004327BA"/>
    <w:rsid w:val="004643FF"/>
    <w:rsid w:val="005101E3"/>
    <w:rsid w:val="00562B17"/>
    <w:rsid w:val="006253A7"/>
    <w:rsid w:val="00732260"/>
    <w:rsid w:val="00806FA6"/>
    <w:rsid w:val="008A7EF1"/>
    <w:rsid w:val="00A46102"/>
    <w:rsid w:val="00AA1D8D"/>
    <w:rsid w:val="00AB1161"/>
    <w:rsid w:val="00AC497C"/>
    <w:rsid w:val="00B47730"/>
    <w:rsid w:val="00BC359D"/>
    <w:rsid w:val="00C03A4D"/>
    <w:rsid w:val="00CA3578"/>
    <w:rsid w:val="00CB0664"/>
    <w:rsid w:val="00DC36BB"/>
    <w:rsid w:val="00ED13DF"/>
    <w:rsid w:val="00F006DB"/>
    <w:rsid w:val="00F0791E"/>
    <w:rsid w:val="00F57065"/>
    <w:rsid w:val="00F94117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B96F78-2C71-4BFB-9DD2-0F8E21C49D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087C03-5892-466B-A70A-492B1DF7E603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E29758-B43E-45A6-81B1-DD0C8952E8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317</Characters>
  <Application>Microsoft Office Word</Application>
  <DocSecurity>0</DocSecurity>
  <Lines>2</Lines>
  <Paragraphs>1</Paragraphs>
  <ScaleCrop>false</ScaleCrop>
  <Manager/>
  <Company/>
  <LinksUpToDate>false</LinksUpToDate>
  <CharactersWithSpaces>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11</cp:revision>
  <dcterms:created xsi:type="dcterms:W3CDTF">2026-09-22T06:51:00Z</dcterms:created>
  <dcterms:modified xsi:type="dcterms:W3CDTF">2026-09-28T15:04:00Z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