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279F152A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123F55">
        <w:rPr>
          <w:b/>
          <w:bCs/>
          <w:color w:val="4A4A4A"/>
          <w:sz w:val="34"/>
          <w:szCs w:val="34"/>
          <w:lang w:val="es-ES"/>
        </w:rPr>
        <w:t>11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351986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057003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5DF57ADF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AC4F01">
              <w:rPr>
                <w:b/>
                <w:color w:val="0524FF"/>
                <w:lang w:val="es-ES"/>
              </w:rPr>
              <w:t>1</w:t>
            </w:r>
            <w:r w:rsidR="00057003">
              <w:rPr>
                <w:b/>
                <w:color w:val="0524FF"/>
                <w:lang w:val="es-ES"/>
              </w:rPr>
              <w:t>1</w:t>
            </w:r>
            <w:r w:rsidR="00E1145C">
              <w:rPr>
                <w:b/>
                <w:color w:val="0524FF"/>
                <w:lang w:val="es-ES"/>
              </w:rPr>
              <w:t xml:space="preserve"> </w:t>
            </w:r>
            <w:r w:rsidR="0027367B">
              <w:rPr>
                <w:b/>
                <w:color w:val="0524FF"/>
                <w:lang w:val="es-ES"/>
              </w:rPr>
              <w:t xml:space="preserve">a </w:t>
            </w:r>
            <w:r w:rsidR="00057003">
              <w:rPr>
                <w:b/>
                <w:color w:val="0524FF"/>
                <w:lang w:val="es-ES"/>
              </w:rPr>
              <w:t>13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033DCE">
              <w:rPr>
                <w:b/>
                <w:color w:val="0524FF"/>
                <w:lang w:val="es-ES"/>
              </w:rPr>
              <w:t>n</w:t>
            </w:r>
            <w:r w:rsidR="00E1145C">
              <w:rPr>
                <w:b/>
                <w:color w:val="0524FF"/>
                <w:lang w:val="es-ES"/>
              </w:rPr>
              <w:t>o</w:t>
            </w:r>
            <w:r w:rsidR="00033DCE">
              <w:rPr>
                <w:b/>
                <w:color w:val="0524FF"/>
                <w:lang w:val="es-ES"/>
              </w:rPr>
              <w:t>viembre</w:t>
            </w:r>
            <w:r w:rsidR="00A11068" w:rsidRPr="00457CCC">
              <w:rPr>
                <w:b/>
                <w:color w:val="0524FF"/>
                <w:lang w:val="es-ES"/>
              </w:rPr>
              <w:t xml:space="preserve">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0CC492A9" w:rsidR="001951D5" w:rsidRPr="00E0034F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E0034F">
              <w:rPr>
                <w:b/>
                <w:color w:val="0524FF"/>
                <w:lang w:val="es-ES"/>
              </w:rPr>
              <w:t>ACCIÓN</w:t>
            </w:r>
            <w:r w:rsidRPr="00E0034F">
              <w:rPr>
                <w:b/>
                <w:color w:val="0524FF"/>
                <w:lang w:val="es-ES"/>
              </w:rPr>
              <w:br/>
            </w:r>
            <w:r w:rsidR="00B435C3" w:rsidRPr="00E0034F">
              <w:rPr>
                <w:b/>
                <w:color w:val="0524FF"/>
                <w:lang w:val="es-ES"/>
              </w:rPr>
              <w:t>Vi</w:t>
            </w:r>
            <w:r w:rsidR="004A7D4D">
              <w:rPr>
                <w:b/>
                <w:color w:val="0524FF"/>
                <w:lang w:val="es-ES"/>
              </w:rPr>
              <w:t xml:space="preserve">aje a </w:t>
            </w:r>
            <w:r w:rsidR="00033DCE">
              <w:rPr>
                <w:b/>
                <w:color w:val="0524FF"/>
                <w:lang w:val="es-ES"/>
              </w:rPr>
              <w:t>Lisboa – Web Summit</w:t>
            </w:r>
            <w:r w:rsidR="00290DB9">
              <w:rPr>
                <w:b/>
                <w:color w:val="0524FF"/>
                <w:lang w:val="es-ES"/>
              </w:rPr>
              <w:t xml:space="preserve"> Lisboa 2025</w:t>
            </w:r>
          </w:p>
        </w:tc>
      </w:tr>
    </w:tbl>
    <w:p w14:paraId="672A6659" w14:textId="77777777" w:rsidR="001951D5" w:rsidRPr="00E0034F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351986" w14:paraId="5735CF19" w14:textId="77777777">
        <w:tc>
          <w:tcPr>
            <w:tcW w:w="10312" w:type="dxa"/>
          </w:tcPr>
          <w:p w14:paraId="7277BE97" w14:textId="77777777" w:rsidR="00093D6A" w:rsidRDefault="00093D6A">
            <w:pPr>
              <w:spacing w:after="0"/>
              <w:rPr>
                <w:lang w:val="es-ES"/>
              </w:rPr>
            </w:pPr>
            <w:r w:rsidRPr="00093D6A">
              <w:rPr>
                <w:lang w:val="es-ES"/>
              </w:rPr>
              <w:t> "promover Valencia como centro de innovación y emprendimiento tecnológico a nivel internacional, atraer talento e inversiones, y fomentar la colaboración entre el ecosistema valenciano y otros ecosistemas de innovación a nivel global"-</w:t>
            </w:r>
          </w:p>
          <w:p w14:paraId="556BB386" w14:textId="77777777" w:rsidR="00990B19" w:rsidRPr="00990B19" w:rsidRDefault="00990B19" w:rsidP="00990B19">
            <w:pPr>
              <w:numPr>
                <w:ilvl w:val="0"/>
                <w:numId w:val="10"/>
              </w:numPr>
              <w:spacing w:after="0"/>
              <w:rPr>
                <w:lang w:val="es-ES"/>
              </w:rPr>
            </w:pPr>
            <w:r w:rsidRPr="00990B19">
              <w:rPr>
                <w:lang w:val="es-ES"/>
              </w:rPr>
              <w:t>mostrar a los asistentes del evento las diferentes oportunidades que ofrece la ciudad de València a las startups y agentes facilitadores que quieran establecerse en su territorio.</w:t>
            </w:r>
          </w:p>
          <w:p w14:paraId="1FD311D8" w14:textId="77777777" w:rsidR="00990B19" w:rsidRPr="00990B19" w:rsidRDefault="00990B19" w:rsidP="00990B19">
            <w:pPr>
              <w:numPr>
                <w:ilvl w:val="0"/>
                <w:numId w:val="11"/>
              </w:numPr>
              <w:spacing w:after="0"/>
              <w:rPr>
                <w:lang w:val="es-ES"/>
              </w:rPr>
            </w:pPr>
            <w:r w:rsidRPr="00990B19">
              <w:rPr>
                <w:lang w:val="es-ES"/>
              </w:rPr>
              <w:t xml:space="preserve">Participar en diferentes actividades como charlas, workshops o demos dentro del stand asignado a la Fundación Valencia </w:t>
            </w:r>
            <w:proofErr w:type="spellStart"/>
            <w:r w:rsidRPr="00990B19">
              <w:rPr>
                <w:lang w:val="es-ES"/>
              </w:rPr>
              <w:t>Innovation</w:t>
            </w:r>
            <w:proofErr w:type="spellEnd"/>
            <w:r w:rsidRPr="00990B19">
              <w:rPr>
                <w:lang w:val="es-ES"/>
              </w:rPr>
              <w:t xml:space="preserve"> Capital.</w:t>
            </w:r>
          </w:p>
          <w:p w14:paraId="65449E23" w14:textId="236B9191" w:rsidR="00990B19" w:rsidRPr="00093D6A" w:rsidRDefault="00990B19">
            <w:pPr>
              <w:spacing w:after="0"/>
              <w:rPr>
                <w:lang w:val="es-ES"/>
              </w:rPr>
            </w:pPr>
          </w:p>
        </w:tc>
      </w:tr>
    </w:tbl>
    <w:p w14:paraId="0A37501D" w14:textId="77777777" w:rsidR="001951D5" w:rsidRPr="00093D6A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61D1AB0C" w:rsidR="001951D5" w:rsidRDefault="005E1321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6869950D" w:rsidR="001951D5" w:rsidRDefault="008A21A5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1142,</w:t>
            </w:r>
            <w:r w:rsidR="005B0760">
              <w:rPr>
                <w:b/>
                <w:color w:val="4A4A4A"/>
                <w:sz w:val="16"/>
              </w:rPr>
              <w:t>0</w:t>
            </w:r>
            <w:r w:rsidR="00B72AA3">
              <w:rPr>
                <w:b/>
                <w:color w:val="4A4A4A"/>
                <w:sz w:val="16"/>
              </w:rPr>
              <w:t>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4671E836" w:rsidR="001951D5" w:rsidRDefault="006E074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28</w:t>
            </w:r>
            <w:r w:rsidR="008C2D2E">
              <w:rPr>
                <w:b/>
                <w:color w:val="4A4A4A"/>
                <w:sz w:val="16"/>
              </w:rPr>
              <w:t>6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8C2D2E">
              <w:rPr>
                <w:b/>
                <w:color w:val="4A4A4A"/>
                <w:sz w:val="16"/>
              </w:rPr>
              <w:t>5</w:t>
            </w:r>
            <w:r w:rsidR="008D4747">
              <w:rPr>
                <w:b/>
                <w:color w:val="4A4A4A"/>
                <w:sz w:val="16"/>
              </w:rPr>
              <w:t>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4ED54B8E" w:rsidR="001951D5" w:rsidRDefault="000C029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5E1321" w14:paraId="3B31C9BC" w14:textId="77777777" w:rsidTr="001A028C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F30C75" w14:textId="31B6A371" w:rsidR="005E1321" w:rsidRDefault="005E1321" w:rsidP="001A028C">
            <w:pPr>
              <w:spacing w:after="0"/>
            </w:pPr>
            <w:r>
              <w:rPr>
                <w:b/>
                <w:color w:val="FFFFFF"/>
              </w:rPr>
              <w:t>LUCÍA CALABRIA - SUBDIRECTORA</w:t>
            </w:r>
          </w:p>
        </w:tc>
      </w:tr>
      <w:tr w:rsidR="005E1321" w14:paraId="52B25224" w14:textId="77777777" w:rsidTr="001A028C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14F3FD" w14:textId="77777777" w:rsidR="005E1321" w:rsidRDefault="005E1321" w:rsidP="001A028C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E0D759" w14:textId="38526401" w:rsidR="005E1321" w:rsidRDefault="00010607" w:rsidP="001A028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15</w:t>
            </w:r>
            <w:r w:rsidR="00E075C1">
              <w:rPr>
                <w:b/>
                <w:color w:val="4A4A4A"/>
                <w:sz w:val="16"/>
              </w:rPr>
              <w:t>6</w:t>
            </w:r>
            <w:r w:rsidR="005E1321">
              <w:rPr>
                <w:b/>
                <w:color w:val="4A4A4A"/>
                <w:sz w:val="16"/>
              </w:rPr>
              <w:t>.00 €</w:t>
            </w:r>
          </w:p>
        </w:tc>
      </w:tr>
      <w:tr w:rsidR="005E1321" w14:paraId="5C6F7E6B" w14:textId="77777777" w:rsidTr="001A028C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060A45" w14:textId="77777777" w:rsidR="005E1321" w:rsidRDefault="005E1321" w:rsidP="001A028C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C4AEB7" w14:textId="379347B9" w:rsidR="005E1321" w:rsidRDefault="005E1321" w:rsidP="001A028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6</w:t>
            </w:r>
            <w:r w:rsidR="00E075C1">
              <w:rPr>
                <w:b/>
                <w:color w:val="4A4A4A"/>
                <w:sz w:val="16"/>
              </w:rPr>
              <w:t>78</w:t>
            </w:r>
            <w:r>
              <w:rPr>
                <w:b/>
                <w:color w:val="4A4A4A"/>
                <w:sz w:val="16"/>
              </w:rPr>
              <w:t>,0</w:t>
            </w:r>
            <w:r w:rsidR="00E075C1">
              <w:rPr>
                <w:b/>
                <w:color w:val="4A4A4A"/>
                <w:sz w:val="16"/>
              </w:rPr>
              <w:t>5</w:t>
            </w:r>
            <w:r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5E1321" w14:paraId="69697EE1" w14:textId="77777777" w:rsidTr="001A028C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51A3D7" w14:textId="77777777" w:rsidR="005E1321" w:rsidRDefault="005E1321" w:rsidP="001A028C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074833" w14:textId="23940DD8" w:rsidR="005E1321" w:rsidRDefault="003E5A79" w:rsidP="001A028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24</w:t>
            </w:r>
            <w:r w:rsidR="00562FA1">
              <w:rPr>
                <w:b/>
                <w:color w:val="4A4A4A"/>
                <w:sz w:val="16"/>
              </w:rPr>
              <w:t>7</w:t>
            </w:r>
            <w:r w:rsidR="005E1321">
              <w:rPr>
                <w:b/>
                <w:color w:val="4A4A4A"/>
                <w:sz w:val="16"/>
              </w:rPr>
              <w:t>,</w:t>
            </w:r>
            <w:r w:rsidR="00DB4C87">
              <w:rPr>
                <w:b/>
                <w:color w:val="4A4A4A"/>
                <w:sz w:val="16"/>
              </w:rPr>
              <w:t>85</w:t>
            </w:r>
            <w:r w:rsidR="005E1321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F77F3" w14:textId="77777777" w:rsidR="00995334" w:rsidRDefault="00995334">
      <w:pPr>
        <w:spacing w:after="0" w:line="240" w:lineRule="auto"/>
      </w:pPr>
      <w:r>
        <w:separator/>
      </w:r>
    </w:p>
  </w:endnote>
  <w:endnote w:type="continuationSeparator" w:id="0">
    <w:p w14:paraId="54636610" w14:textId="77777777" w:rsidR="00995334" w:rsidRDefault="00995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56AE9" w14:textId="77777777" w:rsidR="00995334" w:rsidRDefault="00995334">
      <w:pPr>
        <w:spacing w:after="0" w:line="240" w:lineRule="auto"/>
      </w:pPr>
      <w:r>
        <w:separator/>
      </w:r>
    </w:p>
  </w:footnote>
  <w:footnote w:type="continuationSeparator" w:id="0">
    <w:p w14:paraId="27174186" w14:textId="77777777" w:rsidR="00995334" w:rsidRDefault="00995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2DE6F23"/>
    <w:multiLevelType w:val="multilevel"/>
    <w:tmpl w:val="D28AA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977BD3"/>
    <w:multiLevelType w:val="multilevel"/>
    <w:tmpl w:val="25E2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  <w:num w:numId="10" w16cid:durableId="1292323636">
    <w:abstractNumId w:val="9"/>
  </w:num>
  <w:num w:numId="11" w16cid:durableId="6445108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607"/>
    <w:rsid w:val="00012254"/>
    <w:rsid w:val="00015703"/>
    <w:rsid w:val="00016C4F"/>
    <w:rsid w:val="00033DCE"/>
    <w:rsid w:val="00034616"/>
    <w:rsid w:val="00057003"/>
    <w:rsid w:val="0006063C"/>
    <w:rsid w:val="00074558"/>
    <w:rsid w:val="00093D6A"/>
    <w:rsid w:val="000B238C"/>
    <w:rsid w:val="000C0298"/>
    <w:rsid w:val="00123F55"/>
    <w:rsid w:val="0015074B"/>
    <w:rsid w:val="00150D11"/>
    <w:rsid w:val="00151662"/>
    <w:rsid w:val="0017158E"/>
    <w:rsid w:val="00182CA1"/>
    <w:rsid w:val="001951D5"/>
    <w:rsid w:val="001B4406"/>
    <w:rsid w:val="001B60B0"/>
    <w:rsid w:val="001C5FF6"/>
    <w:rsid w:val="00202605"/>
    <w:rsid w:val="00210D2C"/>
    <w:rsid w:val="002367E1"/>
    <w:rsid w:val="002370B1"/>
    <w:rsid w:val="002501E9"/>
    <w:rsid w:val="002505B5"/>
    <w:rsid w:val="002550D7"/>
    <w:rsid w:val="0027367B"/>
    <w:rsid w:val="00284F8B"/>
    <w:rsid w:val="00290265"/>
    <w:rsid w:val="00290DB9"/>
    <w:rsid w:val="0029639D"/>
    <w:rsid w:val="002B6276"/>
    <w:rsid w:val="00326F90"/>
    <w:rsid w:val="00351986"/>
    <w:rsid w:val="0039639B"/>
    <w:rsid w:val="003E5A79"/>
    <w:rsid w:val="004232DC"/>
    <w:rsid w:val="004327BA"/>
    <w:rsid w:val="00452879"/>
    <w:rsid w:val="00457CCC"/>
    <w:rsid w:val="004758B7"/>
    <w:rsid w:val="00494D7E"/>
    <w:rsid w:val="004A7D4D"/>
    <w:rsid w:val="004B5330"/>
    <w:rsid w:val="004C158B"/>
    <w:rsid w:val="004D59BC"/>
    <w:rsid w:val="004E153E"/>
    <w:rsid w:val="004E5CD0"/>
    <w:rsid w:val="004F168B"/>
    <w:rsid w:val="0054074A"/>
    <w:rsid w:val="00562B17"/>
    <w:rsid w:val="00562FA1"/>
    <w:rsid w:val="00584867"/>
    <w:rsid w:val="005A0BBC"/>
    <w:rsid w:val="005B0760"/>
    <w:rsid w:val="005E1321"/>
    <w:rsid w:val="005E4746"/>
    <w:rsid w:val="0061614B"/>
    <w:rsid w:val="006253A7"/>
    <w:rsid w:val="006E0748"/>
    <w:rsid w:val="006E17C0"/>
    <w:rsid w:val="006F49F2"/>
    <w:rsid w:val="00715AC1"/>
    <w:rsid w:val="007477E9"/>
    <w:rsid w:val="00757486"/>
    <w:rsid w:val="007C63B9"/>
    <w:rsid w:val="007D2EAD"/>
    <w:rsid w:val="007E1A8E"/>
    <w:rsid w:val="00826390"/>
    <w:rsid w:val="00860734"/>
    <w:rsid w:val="008943E4"/>
    <w:rsid w:val="008A21A5"/>
    <w:rsid w:val="008B052D"/>
    <w:rsid w:val="008C2D2E"/>
    <w:rsid w:val="008D3944"/>
    <w:rsid w:val="008D4747"/>
    <w:rsid w:val="008F290B"/>
    <w:rsid w:val="009274C2"/>
    <w:rsid w:val="00953A20"/>
    <w:rsid w:val="00962A22"/>
    <w:rsid w:val="00990B19"/>
    <w:rsid w:val="00995334"/>
    <w:rsid w:val="009C448E"/>
    <w:rsid w:val="00A11068"/>
    <w:rsid w:val="00A17CBA"/>
    <w:rsid w:val="00A51E33"/>
    <w:rsid w:val="00A563AA"/>
    <w:rsid w:val="00A8373F"/>
    <w:rsid w:val="00AA1649"/>
    <w:rsid w:val="00AA1D8D"/>
    <w:rsid w:val="00AC4F01"/>
    <w:rsid w:val="00AC6730"/>
    <w:rsid w:val="00B376A0"/>
    <w:rsid w:val="00B427FE"/>
    <w:rsid w:val="00B435C3"/>
    <w:rsid w:val="00B47730"/>
    <w:rsid w:val="00B72AA3"/>
    <w:rsid w:val="00BA1401"/>
    <w:rsid w:val="00BA582B"/>
    <w:rsid w:val="00BB032E"/>
    <w:rsid w:val="00BC0AB5"/>
    <w:rsid w:val="00BC6B1C"/>
    <w:rsid w:val="00BD51B9"/>
    <w:rsid w:val="00C03A4D"/>
    <w:rsid w:val="00C93C0E"/>
    <w:rsid w:val="00CB0664"/>
    <w:rsid w:val="00D53394"/>
    <w:rsid w:val="00DA3F26"/>
    <w:rsid w:val="00DB4C87"/>
    <w:rsid w:val="00DD6243"/>
    <w:rsid w:val="00DF67E5"/>
    <w:rsid w:val="00E0034F"/>
    <w:rsid w:val="00E06682"/>
    <w:rsid w:val="00E075C1"/>
    <w:rsid w:val="00E07759"/>
    <w:rsid w:val="00E1145C"/>
    <w:rsid w:val="00E26423"/>
    <w:rsid w:val="00E4068D"/>
    <w:rsid w:val="00E60CEF"/>
    <w:rsid w:val="00F0791E"/>
    <w:rsid w:val="00F57065"/>
    <w:rsid w:val="00F81153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890E86-3C50-4763-8618-02A3B8D495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C85E63-ABEA-46D7-829C-69791196282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4.xml><?xml version="1.0" encoding="utf-8"?>
<ds:datastoreItem xmlns:ds="http://schemas.openxmlformats.org/officeDocument/2006/customXml" ds:itemID="{17E6851C-CF21-469E-BBF7-FE9118ED5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150</Words>
  <Characters>829</Characters>
  <Application>Microsoft Office Word</Application>
  <DocSecurity>0</DocSecurity>
  <Lines>6</Lines>
  <Paragraphs>1</Paragraphs>
  <ScaleCrop>false</ScaleCrop>
  <Manager/>
  <Company/>
  <LinksUpToDate>false</LinksUpToDate>
  <CharactersWithSpaces>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84</cp:revision>
  <dcterms:created xsi:type="dcterms:W3CDTF">2026-09-22T06:51:00Z</dcterms:created>
  <dcterms:modified xsi:type="dcterms:W3CDTF">2026-09-28T11:54:00Z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