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7C4AAA7C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 xml:space="preserve">Ficha de viaje de órganos de gobierno y directivos </w:t>
      </w:r>
      <w:r w:rsidR="009F1178">
        <w:rPr>
          <w:b/>
          <w:bCs/>
          <w:color w:val="4A4A4A"/>
          <w:sz w:val="34"/>
          <w:szCs w:val="34"/>
          <w:lang w:val="es-ES"/>
        </w:rPr>
        <w:t>(05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9F1178">
        <w:rPr>
          <w:b/>
          <w:bCs/>
          <w:color w:val="4A4A4A"/>
          <w:sz w:val="34"/>
          <w:szCs w:val="34"/>
          <w:lang w:val="es-ES"/>
        </w:rPr>
        <w:t>5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4A7D4D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A02E4DE" w14:textId="77777777" w:rsidR="002550D7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>FECHA</w:t>
            </w:r>
          </w:p>
          <w:p w14:paraId="669D1E82" w14:textId="3554BD6A" w:rsidR="001951D5" w:rsidRPr="00457CCC" w:rsidRDefault="00457CCC">
            <w:pPr>
              <w:spacing w:after="0"/>
              <w:rPr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 xml:space="preserve"> </w:t>
            </w:r>
            <w:r w:rsidR="004A7D4D">
              <w:rPr>
                <w:b/>
                <w:color w:val="0524FF"/>
                <w:lang w:val="es-ES"/>
              </w:rPr>
              <w:t>09</w:t>
            </w:r>
            <w:r w:rsidR="0027367B">
              <w:rPr>
                <w:b/>
                <w:color w:val="0524FF"/>
                <w:lang w:val="es-ES"/>
              </w:rPr>
              <w:t xml:space="preserve"> a </w:t>
            </w:r>
            <w:r w:rsidR="004A7D4D">
              <w:rPr>
                <w:b/>
                <w:color w:val="0524FF"/>
                <w:lang w:val="es-ES"/>
              </w:rPr>
              <w:t>10</w:t>
            </w:r>
            <w:r w:rsidR="00A11068" w:rsidRPr="00457CCC">
              <w:rPr>
                <w:b/>
                <w:color w:val="0524FF"/>
                <w:lang w:val="es-ES"/>
              </w:rPr>
              <w:t xml:space="preserve"> de </w:t>
            </w:r>
            <w:r w:rsidR="00B435C3">
              <w:rPr>
                <w:b/>
                <w:color w:val="0524FF"/>
                <w:lang w:val="es-ES"/>
              </w:rPr>
              <w:t>may</w:t>
            </w:r>
            <w:r w:rsidR="0027367B">
              <w:rPr>
                <w:b/>
                <w:color w:val="0524FF"/>
                <w:lang w:val="es-ES"/>
              </w:rPr>
              <w:t>o</w:t>
            </w:r>
            <w:r w:rsidR="00DA3F26" w:rsidRPr="00457CCC">
              <w:rPr>
                <w:b/>
                <w:color w:val="0524FF"/>
                <w:lang w:val="es-ES"/>
              </w:rPr>
              <w:t xml:space="preserve"> </w:t>
            </w:r>
            <w:r w:rsidR="00A11068" w:rsidRPr="00457CCC">
              <w:rPr>
                <w:b/>
                <w:color w:val="0524FF"/>
                <w:lang w:val="es-ES"/>
              </w:rPr>
              <w:t>de 2025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5611D68C" w:rsidR="001951D5" w:rsidRPr="00E0034F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E0034F">
              <w:rPr>
                <w:b/>
                <w:color w:val="0524FF"/>
                <w:lang w:val="es-ES"/>
              </w:rPr>
              <w:t>ACCIÓN</w:t>
            </w:r>
            <w:r w:rsidRPr="00E0034F">
              <w:rPr>
                <w:b/>
                <w:color w:val="0524FF"/>
                <w:lang w:val="es-ES"/>
              </w:rPr>
              <w:br/>
            </w:r>
            <w:r w:rsidR="00B435C3" w:rsidRPr="00E0034F">
              <w:rPr>
                <w:b/>
                <w:color w:val="0524FF"/>
                <w:lang w:val="es-ES"/>
              </w:rPr>
              <w:t>Vi</w:t>
            </w:r>
            <w:r w:rsidR="004A7D4D">
              <w:rPr>
                <w:b/>
                <w:color w:val="0524FF"/>
                <w:lang w:val="es-ES"/>
              </w:rPr>
              <w:t>aje a Burgos</w:t>
            </w:r>
          </w:p>
        </w:tc>
      </w:tr>
    </w:tbl>
    <w:p w14:paraId="672A6659" w14:textId="77777777" w:rsidR="001951D5" w:rsidRPr="00E0034F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9F1178" w14:paraId="5735CF19" w14:textId="77777777">
        <w:tc>
          <w:tcPr>
            <w:tcW w:w="10312" w:type="dxa"/>
          </w:tcPr>
          <w:p w14:paraId="58B3B3D4" w14:textId="77777777" w:rsidR="00012254" w:rsidRPr="00DA3F26" w:rsidRDefault="00012254">
            <w:pPr>
              <w:spacing w:after="0"/>
              <w:rPr>
                <w:color w:val="222222"/>
                <w:sz w:val="16"/>
                <w:lang w:val="es-ES"/>
              </w:rPr>
            </w:pPr>
          </w:p>
          <w:p w14:paraId="65449E23" w14:textId="2E14505D" w:rsidR="001951D5" w:rsidRPr="00757486" w:rsidRDefault="00757486">
            <w:pPr>
              <w:spacing w:after="0"/>
              <w:rPr>
                <w:lang w:val="es-ES"/>
              </w:rPr>
            </w:pPr>
            <w:r>
              <w:rPr>
                <w:color w:val="222222"/>
                <w:sz w:val="16"/>
                <w:lang w:val="es-ES"/>
              </w:rPr>
              <w:t xml:space="preserve"> </w:t>
            </w:r>
            <w:r w:rsidR="00953A20">
              <w:rPr>
                <w:color w:val="222222"/>
                <w:sz w:val="16"/>
                <w:lang w:val="es-ES"/>
              </w:rPr>
              <w:t>P</w:t>
            </w:r>
            <w:r w:rsidRPr="00757486">
              <w:rPr>
                <w:color w:val="222222"/>
                <w:sz w:val="16"/>
                <w:lang w:val="es-ES"/>
              </w:rPr>
              <w:t>articipa</w:t>
            </w:r>
            <w:r w:rsidR="006F49F2">
              <w:rPr>
                <w:color w:val="222222"/>
                <w:sz w:val="16"/>
                <w:lang w:val="es-ES"/>
              </w:rPr>
              <w:t xml:space="preserve"> como jurado</w:t>
            </w:r>
            <w:r w:rsidRPr="00757486">
              <w:rPr>
                <w:color w:val="222222"/>
                <w:sz w:val="16"/>
                <w:lang w:val="es-ES"/>
              </w:rPr>
              <w:t xml:space="preserve"> en el evento </w:t>
            </w:r>
            <w:r w:rsidR="00150D11">
              <w:rPr>
                <w:color w:val="222222"/>
                <w:sz w:val="16"/>
                <w:lang w:val="es-ES"/>
              </w:rPr>
              <w:t>ASTI Robotics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4ADB32B1" w:rsidR="001951D5" w:rsidRDefault="00E4068D">
            <w:pPr>
              <w:spacing w:after="0"/>
            </w:pPr>
            <w:r>
              <w:rPr>
                <w:b/>
                <w:color w:val="FFFFFF"/>
              </w:rPr>
              <w:t>ARTURO CASTELLÓ</w:t>
            </w:r>
            <w:r w:rsidR="00457CCC">
              <w:rPr>
                <w:b/>
                <w:color w:val="FFFFFF"/>
              </w:rPr>
              <w:t xml:space="preserve"> - </w:t>
            </w:r>
            <w:r>
              <w:rPr>
                <w:b/>
                <w:color w:val="FFFFFF"/>
              </w:rPr>
              <w:t>SUB</w:t>
            </w:r>
            <w:r w:rsidR="00457CCC">
              <w:rPr>
                <w:b/>
                <w:color w:val="FFFFFF"/>
              </w:rPr>
              <w:t>DIRECTOR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7B0FFF24" w:rsidR="001951D5" w:rsidRDefault="00150D11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195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38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0EDE87F7" w:rsidR="001951D5" w:rsidRDefault="00150D11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138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4758B7">
              <w:rPr>
                <w:b/>
                <w:color w:val="4A4A4A"/>
                <w:sz w:val="16"/>
              </w:rPr>
              <w:t>4</w:t>
            </w:r>
            <w:r w:rsidR="00074558">
              <w:rPr>
                <w:b/>
                <w:color w:val="4A4A4A"/>
                <w:sz w:val="16"/>
              </w:rPr>
              <w:t>8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767B42D5" w:rsidR="001951D5" w:rsidRDefault="00182CA1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52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6F49F2">
              <w:rPr>
                <w:b/>
                <w:color w:val="4A4A4A"/>
                <w:sz w:val="16"/>
              </w:rPr>
              <w:t>30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2A07EB7E" w14:textId="77777777" w:rsidR="00290265" w:rsidRDefault="00290265" w:rsidP="00290265"/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565E8" w14:textId="77777777" w:rsidR="00296355" w:rsidRDefault="00296355">
      <w:pPr>
        <w:spacing w:after="0" w:line="240" w:lineRule="auto"/>
      </w:pPr>
      <w:r>
        <w:separator/>
      </w:r>
    </w:p>
  </w:endnote>
  <w:endnote w:type="continuationSeparator" w:id="0">
    <w:p w14:paraId="5837385C" w14:textId="77777777" w:rsidR="00296355" w:rsidRDefault="00296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A11068" w:rsidRDefault="004327BA">
    <w:pPr>
      <w:pStyle w:val="Piedepgina"/>
      <w:jc w:val="center"/>
      <w:rPr>
        <w:lang w:val="es-ES"/>
      </w:rPr>
    </w:pPr>
    <w:r w:rsidRPr="00A11068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170C4" w14:textId="77777777" w:rsidR="00296355" w:rsidRDefault="00296355">
      <w:pPr>
        <w:spacing w:after="0" w:line="240" w:lineRule="auto"/>
      </w:pPr>
      <w:r>
        <w:separator/>
      </w:r>
    </w:p>
  </w:footnote>
  <w:footnote w:type="continuationSeparator" w:id="0">
    <w:p w14:paraId="3F453A90" w14:textId="77777777" w:rsidR="00296355" w:rsidRDefault="00296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254"/>
    <w:rsid w:val="00016C4F"/>
    <w:rsid w:val="00034616"/>
    <w:rsid w:val="0006063C"/>
    <w:rsid w:val="00074558"/>
    <w:rsid w:val="0015074B"/>
    <w:rsid w:val="00150D11"/>
    <w:rsid w:val="00151662"/>
    <w:rsid w:val="0017158E"/>
    <w:rsid w:val="00182CA1"/>
    <w:rsid w:val="001951D5"/>
    <w:rsid w:val="001B4406"/>
    <w:rsid w:val="001B60B0"/>
    <w:rsid w:val="00202605"/>
    <w:rsid w:val="00210D2C"/>
    <w:rsid w:val="002367E1"/>
    <w:rsid w:val="002505B5"/>
    <w:rsid w:val="002550D7"/>
    <w:rsid w:val="0027367B"/>
    <w:rsid w:val="00290265"/>
    <w:rsid w:val="00296355"/>
    <w:rsid w:val="0029639D"/>
    <w:rsid w:val="002B6276"/>
    <w:rsid w:val="00326F90"/>
    <w:rsid w:val="0039639B"/>
    <w:rsid w:val="004232DC"/>
    <w:rsid w:val="004327BA"/>
    <w:rsid w:val="00452879"/>
    <w:rsid w:val="00457CCC"/>
    <w:rsid w:val="004758B7"/>
    <w:rsid w:val="00494D7E"/>
    <w:rsid w:val="004A7D4D"/>
    <w:rsid w:val="004C158B"/>
    <w:rsid w:val="004D59BC"/>
    <w:rsid w:val="004E5CD0"/>
    <w:rsid w:val="004F168B"/>
    <w:rsid w:val="0054074A"/>
    <w:rsid w:val="00562B17"/>
    <w:rsid w:val="00584867"/>
    <w:rsid w:val="005A0BBC"/>
    <w:rsid w:val="005E4746"/>
    <w:rsid w:val="0061614B"/>
    <w:rsid w:val="006253A7"/>
    <w:rsid w:val="006E17C0"/>
    <w:rsid w:val="006F49F2"/>
    <w:rsid w:val="00757486"/>
    <w:rsid w:val="007C63B9"/>
    <w:rsid w:val="007D2EAD"/>
    <w:rsid w:val="007E1A8E"/>
    <w:rsid w:val="00826390"/>
    <w:rsid w:val="008F290B"/>
    <w:rsid w:val="009274C2"/>
    <w:rsid w:val="00953A20"/>
    <w:rsid w:val="009C448E"/>
    <w:rsid w:val="009F1178"/>
    <w:rsid w:val="00A11068"/>
    <w:rsid w:val="00A8373F"/>
    <w:rsid w:val="00AA1D8D"/>
    <w:rsid w:val="00AC6730"/>
    <w:rsid w:val="00B376A0"/>
    <w:rsid w:val="00B427FE"/>
    <w:rsid w:val="00B435C3"/>
    <w:rsid w:val="00B47730"/>
    <w:rsid w:val="00BA1401"/>
    <w:rsid w:val="00BA582B"/>
    <w:rsid w:val="00BC0AB5"/>
    <w:rsid w:val="00BC6B1C"/>
    <w:rsid w:val="00C03A4D"/>
    <w:rsid w:val="00CB0664"/>
    <w:rsid w:val="00D53394"/>
    <w:rsid w:val="00DA3F26"/>
    <w:rsid w:val="00DD6243"/>
    <w:rsid w:val="00DF67E5"/>
    <w:rsid w:val="00E0034F"/>
    <w:rsid w:val="00E06682"/>
    <w:rsid w:val="00E07759"/>
    <w:rsid w:val="00E26423"/>
    <w:rsid w:val="00E4068D"/>
    <w:rsid w:val="00E60CEF"/>
    <w:rsid w:val="00F0791E"/>
    <w:rsid w:val="00F57065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9DE168-72C5-4439-841D-F426264AAFC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3.xml><?xml version="1.0" encoding="utf-8"?>
<ds:datastoreItem xmlns:ds="http://schemas.openxmlformats.org/officeDocument/2006/customXml" ds:itemID="{355DF2AA-D06D-4766-8B89-5ED06B9FBC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2EED57-C252-4D0C-A802-B1D806AFE05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52</Words>
  <Characters>290</Characters>
  <Application>Microsoft Office Word</Application>
  <DocSecurity>0</DocSecurity>
  <Lines>2</Lines>
  <Paragraphs>1</Paragraphs>
  <ScaleCrop>false</ScaleCrop>
  <Manager/>
  <Company/>
  <LinksUpToDate>false</LinksUpToDate>
  <CharactersWithSpaces>341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47</cp:revision>
  <dcterms:created xsi:type="dcterms:W3CDTF">2026-09-22T06:51:00Z</dcterms:created>
  <dcterms:modified xsi:type="dcterms:W3CDTF">2026-09-28T12:22:00Z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  <property fmtid="{D5CDD505-2E9C-101B-9397-08002B2CF9AE}" pid="4" name="docLang">
    <vt:lpwstr>es</vt:lpwstr>
  </property>
</Properties>
</file>