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540E1380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A17DAD">
        <w:rPr>
          <w:b/>
          <w:bCs/>
          <w:color w:val="4A4A4A"/>
          <w:sz w:val="34"/>
          <w:szCs w:val="34"/>
          <w:lang w:val="es-ES"/>
        </w:rPr>
        <w:t>06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B23CA3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B23CA3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A02E4DE" w14:textId="77777777" w:rsidR="002550D7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>FECHA</w:t>
            </w:r>
          </w:p>
          <w:p w14:paraId="669D1E82" w14:textId="1D9D7110" w:rsidR="001951D5" w:rsidRPr="00457CCC" w:rsidRDefault="00457CCC">
            <w:pPr>
              <w:spacing w:after="0"/>
              <w:rPr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 xml:space="preserve"> </w:t>
            </w:r>
            <w:r w:rsidR="00AC4F01">
              <w:rPr>
                <w:b/>
                <w:color w:val="0524FF"/>
                <w:lang w:val="es-ES"/>
              </w:rPr>
              <w:t>19</w:t>
            </w:r>
            <w:r w:rsidR="00E1145C">
              <w:rPr>
                <w:b/>
                <w:color w:val="0524FF"/>
                <w:lang w:val="es-ES"/>
              </w:rPr>
              <w:t xml:space="preserve"> </w:t>
            </w:r>
            <w:r w:rsidR="0027367B">
              <w:rPr>
                <w:b/>
                <w:color w:val="0524FF"/>
                <w:lang w:val="es-ES"/>
              </w:rPr>
              <w:t xml:space="preserve">a </w:t>
            </w:r>
            <w:r w:rsidR="00A563AA">
              <w:rPr>
                <w:b/>
                <w:color w:val="0524FF"/>
                <w:lang w:val="es-ES"/>
              </w:rPr>
              <w:t>22</w:t>
            </w:r>
            <w:r w:rsidR="00A11068" w:rsidRPr="00457CCC">
              <w:rPr>
                <w:b/>
                <w:color w:val="0524FF"/>
                <w:lang w:val="es-ES"/>
              </w:rPr>
              <w:t xml:space="preserve"> de </w:t>
            </w:r>
            <w:r w:rsidR="00E1145C">
              <w:rPr>
                <w:b/>
                <w:color w:val="0524FF"/>
                <w:lang w:val="es-ES"/>
              </w:rPr>
              <w:t>junio</w:t>
            </w:r>
            <w:r w:rsidR="00DA3F26" w:rsidRPr="00457CCC">
              <w:rPr>
                <w:b/>
                <w:color w:val="0524FF"/>
                <w:lang w:val="es-ES"/>
              </w:rPr>
              <w:t xml:space="preserve"> </w:t>
            </w:r>
            <w:r w:rsidR="00A11068" w:rsidRPr="00457CCC">
              <w:rPr>
                <w:b/>
                <w:color w:val="0524FF"/>
                <w:lang w:val="es-ES"/>
              </w:rPr>
              <w:t>de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3B568FBA" w:rsidR="001951D5" w:rsidRPr="00E0034F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E0034F">
              <w:rPr>
                <w:b/>
                <w:color w:val="0524FF"/>
                <w:lang w:val="es-ES"/>
              </w:rPr>
              <w:t>ACCIÓN</w:t>
            </w:r>
            <w:r w:rsidRPr="00E0034F">
              <w:rPr>
                <w:b/>
                <w:color w:val="0524FF"/>
                <w:lang w:val="es-ES"/>
              </w:rPr>
              <w:br/>
            </w:r>
            <w:r w:rsidR="00B435C3" w:rsidRPr="00E0034F">
              <w:rPr>
                <w:b/>
                <w:color w:val="0524FF"/>
                <w:lang w:val="es-ES"/>
              </w:rPr>
              <w:t>Vi</w:t>
            </w:r>
            <w:r w:rsidR="004A7D4D">
              <w:rPr>
                <w:b/>
                <w:color w:val="0524FF"/>
                <w:lang w:val="es-ES"/>
              </w:rPr>
              <w:t xml:space="preserve">aje a </w:t>
            </w:r>
            <w:r w:rsidR="00A563AA">
              <w:rPr>
                <w:b/>
                <w:color w:val="0524FF"/>
                <w:lang w:val="es-ES"/>
              </w:rPr>
              <w:t>Cracovia</w:t>
            </w:r>
            <w:r w:rsidR="00015703">
              <w:rPr>
                <w:b/>
                <w:color w:val="0524FF"/>
                <w:lang w:val="es-ES"/>
              </w:rPr>
              <w:t xml:space="preserve"> – Urban Future Red de Ciudades</w:t>
            </w:r>
          </w:p>
        </w:tc>
      </w:tr>
    </w:tbl>
    <w:p w14:paraId="672A6659" w14:textId="77777777" w:rsidR="001951D5" w:rsidRPr="00E0034F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AC4F01" w14:paraId="5735CF19" w14:textId="77777777">
        <w:tc>
          <w:tcPr>
            <w:tcW w:w="10312" w:type="dxa"/>
          </w:tcPr>
          <w:p w14:paraId="65449E23" w14:textId="31D6F603" w:rsidR="001951D5" w:rsidRPr="00284F8B" w:rsidRDefault="00757486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 xml:space="preserve"> </w:t>
            </w:r>
            <w:r w:rsidR="00284F8B" w:rsidRPr="00284F8B">
              <w:rPr>
                <w:color w:val="222222"/>
                <w:sz w:val="16"/>
                <w:lang w:val="es-ES"/>
              </w:rPr>
              <w:br/>
              <w:t xml:space="preserve">Este desplazamiento </w:t>
            </w:r>
            <w:proofErr w:type="gramStart"/>
            <w:r w:rsidR="00284F8B" w:rsidRPr="00284F8B">
              <w:rPr>
                <w:color w:val="222222"/>
                <w:sz w:val="16"/>
                <w:lang w:val="es-ES"/>
              </w:rPr>
              <w:t>se enmarca dentro de</w:t>
            </w:r>
            <w:proofErr w:type="gramEnd"/>
            <w:r w:rsidR="00284F8B" w:rsidRPr="00284F8B">
              <w:rPr>
                <w:color w:val="222222"/>
                <w:sz w:val="16"/>
                <w:lang w:val="es-ES"/>
              </w:rPr>
              <w:t xml:space="preserve"> la red </w:t>
            </w:r>
            <w:proofErr w:type="spellStart"/>
            <w:r w:rsidR="00284F8B" w:rsidRPr="00284F8B">
              <w:rPr>
                <w:color w:val="222222"/>
                <w:sz w:val="16"/>
                <w:lang w:val="es-ES"/>
              </w:rPr>
              <w:t>ICapital</w:t>
            </w:r>
            <w:proofErr w:type="spellEnd"/>
            <w:r w:rsidR="00284F8B" w:rsidRPr="00284F8B">
              <w:rPr>
                <w:color w:val="222222"/>
                <w:sz w:val="16"/>
                <w:lang w:val="es-ES"/>
              </w:rPr>
              <w:t xml:space="preserve"> a la que pertenece la ciudad de Valencia, con la posibilidad de crear sinergias entre ciudades.</w:t>
            </w:r>
            <w:r w:rsidR="008943E4">
              <w:rPr>
                <w:color w:val="222222"/>
                <w:sz w:val="16"/>
                <w:lang w:val="es-ES"/>
              </w:rPr>
              <w:t xml:space="preserve"> Alianza con la ciudad de </w:t>
            </w:r>
            <w:proofErr w:type="spellStart"/>
            <w:r w:rsidR="008943E4">
              <w:rPr>
                <w:color w:val="222222"/>
                <w:sz w:val="16"/>
                <w:lang w:val="es-ES"/>
              </w:rPr>
              <w:t>Leopolis</w:t>
            </w:r>
            <w:proofErr w:type="spellEnd"/>
            <w:r w:rsidR="008943E4">
              <w:rPr>
                <w:color w:val="222222"/>
                <w:sz w:val="16"/>
                <w:lang w:val="es-ES"/>
              </w:rPr>
              <w:t>.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4ADB32B1" w:rsidR="001951D5" w:rsidRDefault="00E4068D">
            <w:pPr>
              <w:spacing w:after="0"/>
            </w:pPr>
            <w:r>
              <w:rPr>
                <w:b/>
                <w:color w:val="FFFFFF"/>
              </w:rPr>
              <w:t>ARTURO CASTELLÓ</w:t>
            </w:r>
            <w:r w:rsidR="00457CCC">
              <w:rPr>
                <w:b/>
                <w:color w:val="FFFFFF"/>
              </w:rPr>
              <w:t xml:space="preserve"> - </w:t>
            </w:r>
            <w:r>
              <w:rPr>
                <w:b/>
                <w:color w:val="FFFFFF"/>
              </w:rPr>
              <w:t>SUB</w:t>
            </w:r>
            <w:r w:rsidR="00457CCC">
              <w:rPr>
                <w:b/>
                <w:color w:val="FFFFFF"/>
              </w:rPr>
              <w:t>DIRECTOR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0610E9D5" w:rsidR="001951D5" w:rsidRDefault="00A563A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456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B72AA3"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53FB90AD" w:rsidR="001951D5" w:rsidRDefault="00A563A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1C5FF6"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53415516" w:rsidR="001951D5" w:rsidRDefault="00782341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184,36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2A07EB7E" w14:textId="77777777" w:rsidR="00290265" w:rsidRDefault="00290265" w:rsidP="00290265"/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DC564" w14:textId="77777777" w:rsidR="009B39BB" w:rsidRDefault="009B39BB">
      <w:pPr>
        <w:spacing w:after="0" w:line="240" w:lineRule="auto"/>
      </w:pPr>
      <w:r>
        <w:separator/>
      </w:r>
    </w:p>
  </w:endnote>
  <w:endnote w:type="continuationSeparator" w:id="0">
    <w:p w14:paraId="67B762A7" w14:textId="77777777" w:rsidR="009B39BB" w:rsidRDefault="009B3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A11068" w:rsidRDefault="004327BA">
    <w:pPr>
      <w:pStyle w:val="Piedepgina"/>
      <w:jc w:val="center"/>
      <w:rPr>
        <w:lang w:val="es-ES"/>
      </w:rPr>
    </w:pPr>
    <w:r w:rsidRPr="00A1106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B7F53" w14:textId="77777777" w:rsidR="009B39BB" w:rsidRDefault="009B39BB">
      <w:pPr>
        <w:spacing w:after="0" w:line="240" w:lineRule="auto"/>
      </w:pPr>
      <w:r>
        <w:separator/>
      </w:r>
    </w:p>
  </w:footnote>
  <w:footnote w:type="continuationSeparator" w:id="0">
    <w:p w14:paraId="05F03B16" w14:textId="77777777" w:rsidR="009B39BB" w:rsidRDefault="009B3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54"/>
    <w:rsid w:val="00015703"/>
    <w:rsid w:val="00016C4F"/>
    <w:rsid w:val="00026339"/>
    <w:rsid w:val="00034616"/>
    <w:rsid w:val="0006063C"/>
    <w:rsid w:val="00074558"/>
    <w:rsid w:val="0015074B"/>
    <w:rsid w:val="00150D11"/>
    <w:rsid w:val="00151662"/>
    <w:rsid w:val="0017158E"/>
    <w:rsid w:val="00182CA1"/>
    <w:rsid w:val="001951D5"/>
    <w:rsid w:val="001B4406"/>
    <w:rsid w:val="001B60B0"/>
    <w:rsid w:val="001C5FF6"/>
    <w:rsid w:val="00202605"/>
    <w:rsid w:val="00210D2C"/>
    <w:rsid w:val="002367E1"/>
    <w:rsid w:val="002501E9"/>
    <w:rsid w:val="002505B5"/>
    <w:rsid w:val="002550D7"/>
    <w:rsid w:val="0027367B"/>
    <w:rsid w:val="00284F8B"/>
    <w:rsid w:val="00290265"/>
    <w:rsid w:val="0029639D"/>
    <w:rsid w:val="002B6276"/>
    <w:rsid w:val="00326F90"/>
    <w:rsid w:val="0039639B"/>
    <w:rsid w:val="004232DC"/>
    <w:rsid w:val="004327BA"/>
    <w:rsid w:val="00452879"/>
    <w:rsid w:val="00457CCC"/>
    <w:rsid w:val="004758B7"/>
    <w:rsid w:val="00494D7E"/>
    <w:rsid w:val="004A7D4D"/>
    <w:rsid w:val="004B5330"/>
    <w:rsid w:val="004C158B"/>
    <w:rsid w:val="004D59BC"/>
    <w:rsid w:val="004E153E"/>
    <w:rsid w:val="004E5CD0"/>
    <w:rsid w:val="004F168B"/>
    <w:rsid w:val="0054074A"/>
    <w:rsid w:val="00562B17"/>
    <w:rsid w:val="00584867"/>
    <w:rsid w:val="005A0BBC"/>
    <w:rsid w:val="005E4746"/>
    <w:rsid w:val="0061614B"/>
    <w:rsid w:val="006253A7"/>
    <w:rsid w:val="006E17C0"/>
    <w:rsid w:val="006F49F2"/>
    <w:rsid w:val="00757486"/>
    <w:rsid w:val="00782341"/>
    <w:rsid w:val="007C63B9"/>
    <w:rsid w:val="007D2EAD"/>
    <w:rsid w:val="007E1A8E"/>
    <w:rsid w:val="00826390"/>
    <w:rsid w:val="00860734"/>
    <w:rsid w:val="008943E4"/>
    <w:rsid w:val="008D3944"/>
    <w:rsid w:val="008F290B"/>
    <w:rsid w:val="009274C2"/>
    <w:rsid w:val="00953A20"/>
    <w:rsid w:val="00962A22"/>
    <w:rsid w:val="009B39BB"/>
    <w:rsid w:val="009C448E"/>
    <w:rsid w:val="00A11068"/>
    <w:rsid w:val="00A17DAD"/>
    <w:rsid w:val="00A563AA"/>
    <w:rsid w:val="00A8373F"/>
    <w:rsid w:val="00AA1649"/>
    <w:rsid w:val="00AA1D8D"/>
    <w:rsid w:val="00AC4F01"/>
    <w:rsid w:val="00AC6730"/>
    <w:rsid w:val="00B23CA3"/>
    <w:rsid w:val="00B376A0"/>
    <w:rsid w:val="00B427FE"/>
    <w:rsid w:val="00B435C3"/>
    <w:rsid w:val="00B47730"/>
    <w:rsid w:val="00B72AA3"/>
    <w:rsid w:val="00BA1401"/>
    <w:rsid w:val="00BA582B"/>
    <w:rsid w:val="00BB032E"/>
    <w:rsid w:val="00BC0AB5"/>
    <w:rsid w:val="00BC6B1C"/>
    <w:rsid w:val="00BD51B9"/>
    <w:rsid w:val="00C03A4D"/>
    <w:rsid w:val="00C841AB"/>
    <w:rsid w:val="00CB0664"/>
    <w:rsid w:val="00D53394"/>
    <w:rsid w:val="00D90E5C"/>
    <w:rsid w:val="00DA3F26"/>
    <w:rsid w:val="00DD6243"/>
    <w:rsid w:val="00DF67E5"/>
    <w:rsid w:val="00E0034F"/>
    <w:rsid w:val="00E06682"/>
    <w:rsid w:val="00E07759"/>
    <w:rsid w:val="00E1145C"/>
    <w:rsid w:val="00E26423"/>
    <w:rsid w:val="00E4068D"/>
    <w:rsid w:val="00E60CEF"/>
    <w:rsid w:val="00F0791E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4AFCDB-F427-4382-B6CA-689B8372C0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EEF892-53B8-4E1A-876A-DDA8B7FF641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22BC8E-61FD-47CF-9491-CE1C48CC2B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79</Words>
  <Characters>436</Characters>
  <Application>Microsoft Office Word</Application>
  <DocSecurity>0</DocSecurity>
  <Lines>3</Lines>
  <Paragraphs>1</Paragraphs>
  <ScaleCrop>false</ScaleCrop>
  <Manager/>
  <Company/>
  <LinksUpToDate>false</LinksUpToDate>
  <CharactersWithSpaces>514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64</cp:revision>
  <dcterms:created xsi:type="dcterms:W3CDTF">2026-09-22T06:51:00Z</dcterms:created>
  <dcterms:modified xsi:type="dcterms:W3CDTF">2026-09-28T12:31:00Z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  <property fmtid="{D5CDD505-2E9C-101B-9397-08002B2CF9AE}" pid="4" name="docLang">
    <vt:lpwstr>es</vt:lpwstr>
  </property>
</Properties>
</file>