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3C7B94C0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AE71C1">
        <w:rPr>
          <w:b/>
          <w:bCs/>
          <w:color w:val="4A4A4A"/>
          <w:sz w:val="34"/>
          <w:szCs w:val="34"/>
          <w:lang w:val="es-ES"/>
        </w:rPr>
        <w:t>06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F266B1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AE71C1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02E4DE" w14:textId="77777777" w:rsidR="002550D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>FECHA</w:t>
            </w:r>
          </w:p>
          <w:p w14:paraId="669D1E82" w14:textId="3684ADEE" w:rsidR="001951D5" w:rsidRPr="00457CCC" w:rsidRDefault="00457CCC">
            <w:pPr>
              <w:spacing w:after="0"/>
              <w:rPr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 xml:space="preserve"> </w:t>
            </w:r>
            <w:r w:rsidR="004A7D4D">
              <w:rPr>
                <w:b/>
                <w:color w:val="0524FF"/>
                <w:lang w:val="es-ES"/>
              </w:rPr>
              <w:t>0</w:t>
            </w:r>
            <w:r w:rsidR="00E1145C">
              <w:rPr>
                <w:b/>
                <w:color w:val="0524FF"/>
                <w:lang w:val="es-ES"/>
              </w:rPr>
              <w:t xml:space="preserve">2 </w:t>
            </w:r>
            <w:r w:rsidR="0027367B">
              <w:rPr>
                <w:b/>
                <w:color w:val="0524FF"/>
                <w:lang w:val="es-ES"/>
              </w:rPr>
              <w:t xml:space="preserve">a </w:t>
            </w:r>
            <w:r w:rsidR="00E1145C">
              <w:rPr>
                <w:b/>
                <w:color w:val="0524FF"/>
                <w:lang w:val="es-ES"/>
              </w:rPr>
              <w:t>04</w:t>
            </w:r>
            <w:r w:rsidR="00A11068" w:rsidRPr="00457CCC">
              <w:rPr>
                <w:b/>
                <w:color w:val="0524FF"/>
                <w:lang w:val="es-ES"/>
              </w:rPr>
              <w:t xml:space="preserve"> de </w:t>
            </w:r>
            <w:r w:rsidR="00E1145C">
              <w:rPr>
                <w:b/>
                <w:color w:val="0524FF"/>
                <w:lang w:val="es-ES"/>
              </w:rPr>
              <w:t>junio</w:t>
            </w:r>
            <w:r w:rsidR="00DA3F26" w:rsidRPr="00457CCC">
              <w:rPr>
                <w:b/>
                <w:color w:val="0524FF"/>
                <w:lang w:val="es-ES"/>
              </w:rPr>
              <w:t xml:space="preserve"> </w:t>
            </w:r>
            <w:r w:rsidR="00A11068" w:rsidRPr="00457CCC">
              <w:rPr>
                <w:b/>
                <w:color w:val="0524FF"/>
                <w:lang w:val="es-ES"/>
              </w:rPr>
              <w:t>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723B888C" w:rsidR="001951D5" w:rsidRPr="00E0034F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E0034F">
              <w:rPr>
                <w:b/>
                <w:color w:val="0524FF"/>
                <w:lang w:val="es-ES"/>
              </w:rPr>
              <w:t>ACCIÓN</w:t>
            </w:r>
            <w:r w:rsidRPr="00E0034F">
              <w:rPr>
                <w:b/>
                <w:color w:val="0524FF"/>
                <w:lang w:val="es-ES"/>
              </w:rPr>
              <w:br/>
            </w:r>
            <w:r w:rsidR="00B435C3" w:rsidRPr="00E0034F">
              <w:rPr>
                <w:b/>
                <w:color w:val="0524FF"/>
                <w:lang w:val="es-ES"/>
              </w:rPr>
              <w:t>Vi</w:t>
            </w:r>
            <w:r w:rsidR="004A7D4D">
              <w:rPr>
                <w:b/>
                <w:color w:val="0524FF"/>
                <w:lang w:val="es-ES"/>
              </w:rPr>
              <w:t xml:space="preserve">aje a </w:t>
            </w:r>
            <w:r w:rsidR="00E1145C">
              <w:rPr>
                <w:b/>
                <w:color w:val="0524FF"/>
                <w:lang w:val="es-ES"/>
              </w:rPr>
              <w:t>Copenhaguen (Dinamarca)</w:t>
            </w:r>
          </w:p>
        </w:tc>
      </w:tr>
    </w:tbl>
    <w:p w14:paraId="672A6659" w14:textId="77777777" w:rsidR="001951D5" w:rsidRPr="00E0034F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AE71C1" w14:paraId="5735CF19" w14:textId="77777777">
        <w:tc>
          <w:tcPr>
            <w:tcW w:w="10312" w:type="dxa"/>
          </w:tcPr>
          <w:p w14:paraId="58B3B3D4" w14:textId="77777777" w:rsidR="00012254" w:rsidRPr="00DA3F26" w:rsidRDefault="00012254">
            <w:pPr>
              <w:spacing w:after="0"/>
              <w:rPr>
                <w:color w:val="222222"/>
                <w:sz w:val="16"/>
                <w:lang w:val="es-ES"/>
              </w:rPr>
            </w:pPr>
          </w:p>
          <w:p w14:paraId="65449E23" w14:textId="540A7006" w:rsidR="001951D5" w:rsidRPr="008D3944" w:rsidRDefault="00757486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 xml:space="preserve"> </w:t>
            </w:r>
            <w:r w:rsidR="00BD51B9">
              <w:rPr>
                <w:color w:val="222222"/>
                <w:sz w:val="16"/>
                <w:lang w:val="es-ES"/>
              </w:rPr>
              <w:t>Asistencia al EBAN Congress</w:t>
            </w:r>
            <w:r w:rsidR="008D3944">
              <w:rPr>
                <w:color w:val="222222"/>
                <w:sz w:val="16"/>
                <w:lang w:val="es-ES"/>
              </w:rPr>
              <w:t xml:space="preserve"> </w:t>
            </w:r>
            <w:r w:rsidR="008D3944" w:rsidRPr="008D3944">
              <w:rPr>
                <w:color w:val="222222"/>
                <w:sz w:val="16"/>
                <w:lang w:val="es-ES"/>
              </w:rPr>
              <w:t xml:space="preserve">El motivo </w:t>
            </w:r>
            <w:r w:rsidR="001C5FF6">
              <w:rPr>
                <w:color w:val="222222"/>
                <w:sz w:val="16"/>
                <w:lang w:val="es-ES"/>
              </w:rPr>
              <w:t>es un</w:t>
            </w:r>
            <w:r w:rsidR="008D3944" w:rsidRPr="008D3944">
              <w:rPr>
                <w:color w:val="222222"/>
                <w:sz w:val="16"/>
                <w:lang w:val="es-ES"/>
              </w:rPr>
              <w:t xml:space="preserve"> congreso que reúne a los principales inversores ángeles  capitalistas de riesgo y emprendedores de Europa para compartir sus conocimientos, experiencias y crear oportunidades de colaboración. 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4ADB32B1" w:rsidR="001951D5" w:rsidRDefault="00E4068D">
            <w:pPr>
              <w:spacing w:after="0"/>
            </w:pPr>
            <w:r>
              <w:rPr>
                <w:b/>
                <w:color w:val="FFFFFF"/>
              </w:rPr>
              <w:t>ARTURO CASTELLÓ</w:t>
            </w:r>
            <w:r w:rsidR="00457CCC">
              <w:rPr>
                <w:b/>
                <w:color w:val="FFFFFF"/>
              </w:rPr>
              <w:t xml:space="preserve"> - </w:t>
            </w:r>
            <w:r>
              <w:rPr>
                <w:b/>
                <w:color w:val="FFFFFF"/>
              </w:rPr>
              <w:t>SUB</w:t>
            </w:r>
            <w:r w:rsidR="00457CCC">
              <w:rPr>
                <w:b/>
                <w:color w:val="FFFFFF"/>
              </w:rPr>
              <w:t>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3EF17B23" w:rsidR="001951D5" w:rsidRDefault="00150D1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</w:t>
            </w:r>
            <w:r w:rsidR="00B72AA3">
              <w:rPr>
                <w:b/>
                <w:color w:val="4A4A4A"/>
                <w:sz w:val="16"/>
              </w:rPr>
              <w:t>569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B72AA3"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766454B9" w:rsidR="001951D5" w:rsidRDefault="001C5FF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553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4DCEB311" w:rsidR="001951D5" w:rsidRDefault="00BB032E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240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E1145C">
              <w:rPr>
                <w:b/>
                <w:color w:val="4A4A4A"/>
                <w:sz w:val="16"/>
              </w:rPr>
              <w:t>12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2A07EB7E" w14:textId="77777777" w:rsidR="00290265" w:rsidRDefault="00290265" w:rsidP="00290265"/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CC128" w14:textId="77777777" w:rsidR="004D39B9" w:rsidRDefault="004D39B9">
      <w:pPr>
        <w:spacing w:after="0" w:line="240" w:lineRule="auto"/>
      </w:pPr>
      <w:r>
        <w:separator/>
      </w:r>
    </w:p>
  </w:endnote>
  <w:endnote w:type="continuationSeparator" w:id="0">
    <w:p w14:paraId="60C72B1E" w14:textId="77777777" w:rsidR="004D39B9" w:rsidRDefault="004D3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439FB" w14:textId="77777777" w:rsidR="004D39B9" w:rsidRDefault="004D39B9">
      <w:pPr>
        <w:spacing w:after="0" w:line="240" w:lineRule="auto"/>
      </w:pPr>
      <w:r>
        <w:separator/>
      </w:r>
    </w:p>
  </w:footnote>
  <w:footnote w:type="continuationSeparator" w:id="0">
    <w:p w14:paraId="200A60DC" w14:textId="77777777" w:rsidR="004D39B9" w:rsidRDefault="004D3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6C4F"/>
    <w:rsid w:val="00034616"/>
    <w:rsid w:val="0006063C"/>
    <w:rsid w:val="00074558"/>
    <w:rsid w:val="0015074B"/>
    <w:rsid w:val="00150D11"/>
    <w:rsid w:val="00151662"/>
    <w:rsid w:val="0017158E"/>
    <w:rsid w:val="00182CA1"/>
    <w:rsid w:val="001951D5"/>
    <w:rsid w:val="001B4406"/>
    <w:rsid w:val="001B60B0"/>
    <w:rsid w:val="001C5FF6"/>
    <w:rsid w:val="00202605"/>
    <w:rsid w:val="00210D2C"/>
    <w:rsid w:val="002367E1"/>
    <w:rsid w:val="002501E9"/>
    <w:rsid w:val="002505B5"/>
    <w:rsid w:val="002550D7"/>
    <w:rsid w:val="0027367B"/>
    <w:rsid w:val="00290265"/>
    <w:rsid w:val="0029639D"/>
    <w:rsid w:val="002B6276"/>
    <w:rsid w:val="00326F90"/>
    <w:rsid w:val="0039639B"/>
    <w:rsid w:val="004232DC"/>
    <w:rsid w:val="004327BA"/>
    <w:rsid w:val="00452879"/>
    <w:rsid w:val="00457CCC"/>
    <w:rsid w:val="004758B7"/>
    <w:rsid w:val="00494D7E"/>
    <w:rsid w:val="004A7D4D"/>
    <w:rsid w:val="004B5330"/>
    <w:rsid w:val="004C158B"/>
    <w:rsid w:val="004D39B9"/>
    <w:rsid w:val="004D59BC"/>
    <w:rsid w:val="004E5CD0"/>
    <w:rsid w:val="004F168B"/>
    <w:rsid w:val="0054074A"/>
    <w:rsid w:val="00562B17"/>
    <w:rsid w:val="00584867"/>
    <w:rsid w:val="005A0BBC"/>
    <w:rsid w:val="005E4746"/>
    <w:rsid w:val="0061614B"/>
    <w:rsid w:val="006253A7"/>
    <w:rsid w:val="006E17C0"/>
    <w:rsid w:val="006F49F2"/>
    <w:rsid w:val="00757486"/>
    <w:rsid w:val="007C63B9"/>
    <w:rsid w:val="007D2EAD"/>
    <w:rsid w:val="007E1A8E"/>
    <w:rsid w:val="00826390"/>
    <w:rsid w:val="008D3944"/>
    <w:rsid w:val="008F290B"/>
    <w:rsid w:val="009274C2"/>
    <w:rsid w:val="00953A20"/>
    <w:rsid w:val="009C448E"/>
    <w:rsid w:val="00A11068"/>
    <w:rsid w:val="00A8373F"/>
    <w:rsid w:val="00AA1649"/>
    <w:rsid w:val="00AA1D8D"/>
    <w:rsid w:val="00AC6730"/>
    <w:rsid w:val="00AE71C1"/>
    <w:rsid w:val="00B376A0"/>
    <w:rsid w:val="00B427FE"/>
    <w:rsid w:val="00B435C3"/>
    <w:rsid w:val="00B47730"/>
    <w:rsid w:val="00B72AA3"/>
    <w:rsid w:val="00BA1401"/>
    <w:rsid w:val="00BA582B"/>
    <w:rsid w:val="00BB032E"/>
    <w:rsid w:val="00BC0AB5"/>
    <w:rsid w:val="00BC6B1C"/>
    <w:rsid w:val="00BD51B9"/>
    <w:rsid w:val="00C03A4D"/>
    <w:rsid w:val="00CB0664"/>
    <w:rsid w:val="00D53394"/>
    <w:rsid w:val="00DA3F26"/>
    <w:rsid w:val="00DD6243"/>
    <w:rsid w:val="00DF67E5"/>
    <w:rsid w:val="00E0034F"/>
    <w:rsid w:val="00E06682"/>
    <w:rsid w:val="00E07759"/>
    <w:rsid w:val="00E1145C"/>
    <w:rsid w:val="00E26423"/>
    <w:rsid w:val="00E4068D"/>
    <w:rsid w:val="00E60CEF"/>
    <w:rsid w:val="00F0791E"/>
    <w:rsid w:val="00F266B1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92226B-7BED-47AA-9547-2807EB12C9A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2.xml><?xml version="1.0" encoding="utf-8"?>
<ds:datastoreItem xmlns:ds="http://schemas.openxmlformats.org/officeDocument/2006/customXml" ds:itemID="{B6A8CC64-1EC3-41E8-9C5D-E0B088A2C6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C39815-DA44-42BE-A2E8-0F898C5ABE6B}"/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84</Words>
  <Characters>466</Characters>
  <Application>Microsoft Office Word</Application>
  <DocSecurity>0</DocSecurity>
  <Lines>3</Lines>
  <Paragraphs>1</Paragraphs>
  <ScaleCrop>false</ScaleCrop>
  <Manager/>
  <Company/>
  <LinksUpToDate>false</LinksUpToDate>
  <CharactersWithSpaces>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55</cp:revision>
  <dcterms:created xsi:type="dcterms:W3CDTF">2026-09-22T06:51:00Z</dcterms:created>
  <dcterms:modified xsi:type="dcterms:W3CDTF">2026-09-28T12:24:00Z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  <property fmtid="{D5CDD505-2E9C-101B-9397-08002B2CF9AE}" pid="5" name="docLang">
    <vt:lpwstr>es</vt:lpwstr>
  </property>
</Properties>
</file>