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7F2652D9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9B064D">
        <w:rPr>
          <w:b/>
          <w:bCs/>
          <w:color w:val="4A4A4A"/>
          <w:sz w:val="34"/>
          <w:szCs w:val="34"/>
          <w:lang w:val="es-ES"/>
        </w:rPr>
        <w:t>11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F006DB">
        <w:rPr>
          <w:b/>
          <w:bCs/>
          <w:color w:val="4A4A4A"/>
          <w:sz w:val="34"/>
          <w:szCs w:val="34"/>
          <w:lang w:val="es-ES"/>
        </w:rPr>
        <w:t>4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413393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7004E4A7" w:rsidR="001951D5" w:rsidRPr="00413393" w:rsidRDefault="004327BA">
            <w:pPr>
              <w:spacing w:after="0"/>
              <w:rPr>
                <w:lang w:val="es-ES"/>
              </w:rPr>
            </w:pPr>
            <w:r w:rsidRPr="00413393">
              <w:rPr>
                <w:b/>
                <w:color w:val="0524FF"/>
                <w:lang w:val="es-ES"/>
              </w:rPr>
              <w:t>FECHA</w:t>
            </w:r>
            <w:r w:rsidRPr="00413393">
              <w:rPr>
                <w:b/>
                <w:color w:val="0524FF"/>
                <w:lang w:val="es-ES"/>
              </w:rPr>
              <w:br/>
            </w:r>
            <w:r w:rsidR="009B064D">
              <w:rPr>
                <w:b/>
                <w:color w:val="0524FF"/>
                <w:lang w:val="es-ES"/>
              </w:rPr>
              <w:t>11 a</w:t>
            </w:r>
            <w:r w:rsidR="00413393">
              <w:rPr>
                <w:b/>
                <w:color w:val="0524FF"/>
                <w:lang w:val="es-ES"/>
              </w:rPr>
              <w:t xml:space="preserve"> </w:t>
            </w:r>
            <w:r w:rsidR="009B064D">
              <w:rPr>
                <w:b/>
                <w:color w:val="0524FF"/>
                <w:lang w:val="es-ES"/>
              </w:rPr>
              <w:t>14 novie</w:t>
            </w:r>
            <w:r w:rsidR="00092752">
              <w:rPr>
                <w:b/>
                <w:color w:val="0524FF"/>
                <w:lang w:val="es-ES"/>
              </w:rPr>
              <w:t>mbre</w:t>
            </w:r>
            <w:r w:rsidR="00413393">
              <w:rPr>
                <w:b/>
                <w:color w:val="0524FF"/>
                <w:lang w:val="es-ES"/>
              </w:rPr>
              <w:t xml:space="preserve"> de 2024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62B8FBB9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9B064D">
              <w:rPr>
                <w:b/>
                <w:color w:val="0524FF"/>
                <w:lang w:val="es-ES"/>
              </w:rPr>
              <w:t>Web</w:t>
            </w:r>
            <w:r w:rsidR="008C4DC9" w:rsidRPr="008C4DC9">
              <w:rPr>
                <w:b/>
                <w:color w:val="0524FF"/>
                <w:lang w:val="es-ES"/>
              </w:rPr>
              <w:t xml:space="preserve"> Summit 2024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9B064D" w14:paraId="5735CF19" w14:textId="77777777">
        <w:tc>
          <w:tcPr>
            <w:tcW w:w="10312" w:type="dxa"/>
          </w:tcPr>
          <w:p w14:paraId="65449E23" w14:textId="35C91AF6" w:rsidR="001951D5" w:rsidRPr="00C03A4D" w:rsidRDefault="00DB0C68" w:rsidP="00092752">
            <w:pPr>
              <w:spacing w:after="0"/>
              <w:rPr>
                <w:lang w:val="es-ES"/>
              </w:rPr>
            </w:pPr>
            <w:r w:rsidRPr="00DB0C68">
              <w:rPr>
                <w:color w:val="222222"/>
                <w:sz w:val="16"/>
                <w:lang w:val="es-ES"/>
              </w:rPr>
              <w:t>Web Summit Lisboa 2024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14AF8" w14:paraId="46A6D545" w14:textId="77777777" w:rsidTr="00526C27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ACC24C" w14:textId="77777777" w:rsidR="00114AF8" w:rsidRDefault="00114AF8" w:rsidP="00526C27">
            <w:pPr>
              <w:spacing w:after="0"/>
            </w:pPr>
            <w:r>
              <w:rPr>
                <w:b/>
                <w:color w:val="FFFFFF"/>
              </w:rPr>
              <w:t>DAVID ROSA - SUBDIRECTOR</w:t>
            </w:r>
          </w:p>
        </w:tc>
      </w:tr>
      <w:tr w:rsidR="00114AF8" w14:paraId="2F2E598C" w14:textId="77777777" w:rsidTr="00526C27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5094FB" w14:textId="77777777" w:rsidR="00114AF8" w:rsidRDefault="00114AF8" w:rsidP="00526C27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701DA6" w14:textId="77777777" w:rsidR="00114AF8" w:rsidRDefault="00114AF8" w:rsidP="00526C2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706,05 €</w:t>
            </w:r>
          </w:p>
        </w:tc>
      </w:tr>
      <w:tr w:rsidR="00114AF8" w14:paraId="30B6F3BC" w14:textId="77777777" w:rsidTr="00526C27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2E2D99" w14:textId="77777777" w:rsidR="00114AF8" w:rsidRDefault="00114AF8" w:rsidP="00526C27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9802FA" w14:textId="77777777" w:rsidR="00114AF8" w:rsidRDefault="00114AF8" w:rsidP="00526C2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888,14 €</w:t>
            </w:r>
          </w:p>
        </w:tc>
      </w:tr>
      <w:tr w:rsidR="00114AF8" w14:paraId="0E279AEF" w14:textId="77777777" w:rsidTr="00526C27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B12EA3" w14:textId="77777777" w:rsidR="00114AF8" w:rsidRDefault="00114AF8" w:rsidP="00526C27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571E06" w14:textId="77777777" w:rsidR="00114AF8" w:rsidRDefault="00114AF8" w:rsidP="00526C2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276,18 €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F0578" w14:textId="77777777" w:rsidR="007333AB" w:rsidRDefault="007333AB">
      <w:pPr>
        <w:spacing w:after="0" w:line="240" w:lineRule="auto"/>
      </w:pPr>
      <w:r>
        <w:separator/>
      </w:r>
    </w:p>
  </w:endnote>
  <w:endnote w:type="continuationSeparator" w:id="0">
    <w:p w14:paraId="38BA28D6" w14:textId="77777777" w:rsidR="007333AB" w:rsidRDefault="00733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413393" w:rsidRDefault="004327BA">
    <w:pPr>
      <w:pStyle w:val="Piedepgina"/>
      <w:jc w:val="center"/>
      <w:rPr>
        <w:lang w:val="es-ES"/>
      </w:rPr>
    </w:pPr>
    <w:r w:rsidRPr="00413393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B7BF6" w14:textId="77777777" w:rsidR="007333AB" w:rsidRDefault="007333AB">
      <w:pPr>
        <w:spacing w:after="0" w:line="240" w:lineRule="auto"/>
      </w:pPr>
      <w:r>
        <w:separator/>
      </w:r>
    </w:p>
  </w:footnote>
  <w:footnote w:type="continuationSeparator" w:id="0">
    <w:p w14:paraId="1A690F1E" w14:textId="77777777" w:rsidR="007333AB" w:rsidRDefault="00733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4AE"/>
    <w:rsid w:val="00034616"/>
    <w:rsid w:val="0006063C"/>
    <w:rsid w:val="00092752"/>
    <w:rsid w:val="00114AF8"/>
    <w:rsid w:val="0015074B"/>
    <w:rsid w:val="0015434D"/>
    <w:rsid w:val="00162DA5"/>
    <w:rsid w:val="0017158E"/>
    <w:rsid w:val="001951D5"/>
    <w:rsid w:val="00197A4C"/>
    <w:rsid w:val="001B6134"/>
    <w:rsid w:val="00245680"/>
    <w:rsid w:val="0029639D"/>
    <w:rsid w:val="00321B02"/>
    <w:rsid w:val="00326F90"/>
    <w:rsid w:val="00365536"/>
    <w:rsid w:val="00413393"/>
    <w:rsid w:val="004327BA"/>
    <w:rsid w:val="004643FF"/>
    <w:rsid w:val="005101E3"/>
    <w:rsid w:val="00562B17"/>
    <w:rsid w:val="006253A7"/>
    <w:rsid w:val="00647AD6"/>
    <w:rsid w:val="00732260"/>
    <w:rsid w:val="007333AB"/>
    <w:rsid w:val="00806FA6"/>
    <w:rsid w:val="008A264A"/>
    <w:rsid w:val="008A702A"/>
    <w:rsid w:val="008A7EF1"/>
    <w:rsid w:val="008C4DC9"/>
    <w:rsid w:val="009B064D"/>
    <w:rsid w:val="00A46102"/>
    <w:rsid w:val="00AA1D8D"/>
    <w:rsid w:val="00AB1161"/>
    <w:rsid w:val="00AC497C"/>
    <w:rsid w:val="00AE4CEF"/>
    <w:rsid w:val="00B47730"/>
    <w:rsid w:val="00B51168"/>
    <w:rsid w:val="00BC359D"/>
    <w:rsid w:val="00C03A4D"/>
    <w:rsid w:val="00CA3578"/>
    <w:rsid w:val="00CB0664"/>
    <w:rsid w:val="00DB0C68"/>
    <w:rsid w:val="00DC36BB"/>
    <w:rsid w:val="00E271EF"/>
    <w:rsid w:val="00ED13DF"/>
    <w:rsid w:val="00EF5A69"/>
    <w:rsid w:val="00F006DB"/>
    <w:rsid w:val="00F0791E"/>
    <w:rsid w:val="00F57065"/>
    <w:rsid w:val="00F94117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E7680CF482CD409D49F99C79659434" ma:contentTypeVersion="21" ma:contentTypeDescription="Crear nuevo documento." ma:contentTypeScope="" ma:versionID="acf6850a4a0c542f6756a8445fff5250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56d17962f0cdb868c55aba6c644cf0f5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E29758-B43E-45A6-81B1-DD0C8952E8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1D529F-41FC-462B-B47C-4036D4ECC71D}"/>
</file>

<file path=customXml/itemProps4.xml><?xml version="1.0" encoding="utf-8"?>
<ds:datastoreItem xmlns:ds="http://schemas.openxmlformats.org/officeDocument/2006/customXml" ds:itemID="{87B96F78-2C71-4BFB-9DD2-0F8E21C49D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45</Words>
  <Characters>248</Characters>
  <Application>Microsoft Office Word</Application>
  <DocSecurity>0</DocSecurity>
  <Lines>2</Lines>
  <Paragraphs>1</Paragraphs>
  <ScaleCrop>false</ScaleCrop>
  <Manager/>
  <Company/>
  <LinksUpToDate>false</LinksUpToDate>
  <CharactersWithSpaces>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26</cp:revision>
  <dcterms:created xsi:type="dcterms:W3CDTF">2026-09-22T06:51:00Z</dcterms:created>
  <dcterms:modified xsi:type="dcterms:W3CDTF">2026-09-28T15:37:00Z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