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2B68E996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F006DB">
        <w:rPr>
          <w:b/>
          <w:bCs/>
          <w:color w:val="4A4A4A"/>
          <w:sz w:val="34"/>
          <w:szCs w:val="34"/>
          <w:lang w:val="es-ES"/>
        </w:rPr>
        <w:t>0</w:t>
      </w:r>
      <w:r w:rsidR="00092752">
        <w:rPr>
          <w:b/>
          <w:bCs/>
          <w:color w:val="4A4A4A"/>
          <w:sz w:val="34"/>
          <w:szCs w:val="34"/>
          <w:lang w:val="es-ES"/>
        </w:rPr>
        <w:t>9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F006DB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1339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67687D4D" w:rsidR="001951D5" w:rsidRPr="00413393" w:rsidRDefault="004327BA">
            <w:pPr>
              <w:spacing w:after="0"/>
              <w:rPr>
                <w:lang w:val="es-ES"/>
              </w:rPr>
            </w:pPr>
            <w:r w:rsidRPr="00413393">
              <w:rPr>
                <w:b/>
                <w:color w:val="0524FF"/>
                <w:lang w:val="es-ES"/>
              </w:rPr>
              <w:t>FECHA</w:t>
            </w:r>
            <w:r w:rsidRPr="00413393">
              <w:rPr>
                <w:b/>
                <w:color w:val="0524FF"/>
                <w:lang w:val="es-ES"/>
              </w:rPr>
              <w:br/>
            </w:r>
            <w:r w:rsidR="00092752">
              <w:rPr>
                <w:b/>
                <w:color w:val="0524FF"/>
                <w:lang w:val="es-ES"/>
              </w:rPr>
              <w:t>23</w:t>
            </w:r>
            <w:r w:rsidR="00413393">
              <w:rPr>
                <w:b/>
                <w:color w:val="0524FF"/>
                <w:lang w:val="es-ES"/>
              </w:rPr>
              <w:t xml:space="preserve"> a 2</w:t>
            </w:r>
            <w:r w:rsidR="00092752">
              <w:rPr>
                <w:b/>
                <w:color w:val="0524FF"/>
                <w:lang w:val="es-ES"/>
              </w:rPr>
              <w:t>5</w:t>
            </w:r>
            <w:r w:rsidR="00413393">
              <w:rPr>
                <w:b/>
                <w:color w:val="0524FF"/>
                <w:lang w:val="es-ES"/>
              </w:rPr>
              <w:t xml:space="preserve"> </w:t>
            </w:r>
            <w:proofErr w:type="spellStart"/>
            <w:r w:rsidR="00092752">
              <w:rPr>
                <w:b/>
                <w:color w:val="0524FF"/>
                <w:lang w:val="es-ES"/>
              </w:rPr>
              <w:t>sepriembre</w:t>
            </w:r>
            <w:proofErr w:type="spellEnd"/>
            <w:r w:rsidR="00413393">
              <w:rPr>
                <w:b/>
                <w:color w:val="0524FF"/>
                <w:lang w:val="es-ES"/>
              </w:rPr>
              <w:t xml:space="preserve">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389483D5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647AD6" w:rsidRPr="00647AD6">
              <w:rPr>
                <w:b/>
                <w:color w:val="0524FF"/>
                <w:lang w:val="es-ES"/>
              </w:rPr>
              <w:t xml:space="preserve">Foro </w:t>
            </w:r>
            <w:proofErr w:type="spellStart"/>
            <w:r w:rsidR="00647AD6" w:rsidRPr="00647AD6">
              <w:rPr>
                <w:b/>
                <w:color w:val="0524FF"/>
                <w:lang w:val="es-ES"/>
              </w:rPr>
              <w:t>Greencities</w:t>
            </w:r>
            <w:proofErr w:type="spellEnd"/>
            <w:r w:rsidR="00647AD6" w:rsidRPr="00647AD6">
              <w:rPr>
                <w:b/>
                <w:color w:val="0524FF"/>
                <w:lang w:val="es-ES"/>
              </w:rPr>
              <w:t xml:space="preserve"> 2024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647AD6" w14:paraId="5735CF19" w14:textId="77777777">
        <w:tc>
          <w:tcPr>
            <w:tcW w:w="10312" w:type="dxa"/>
          </w:tcPr>
          <w:p w14:paraId="65449E23" w14:textId="408A595D" w:rsidR="001951D5" w:rsidRPr="00C03A4D" w:rsidRDefault="00092752" w:rsidP="00092752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P</w:t>
            </w:r>
            <w:r w:rsidRPr="00092752">
              <w:rPr>
                <w:color w:val="222222"/>
                <w:sz w:val="16"/>
                <w:lang w:val="es-ES"/>
              </w:rPr>
              <w:t>articipa</w:t>
            </w:r>
            <w:r>
              <w:rPr>
                <w:color w:val="222222"/>
                <w:sz w:val="16"/>
                <w:lang w:val="es-ES"/>
              </w:rPr>
              <w:t>ción</w:t>
            </w:r>
            <w:r w:rsidRPr="00092752">
              <w:rPr>
                <w:color w:val="222222"/>
                <w:sz w:val="16"/>
                <w:lang w:val="es-ES"/>
              </w:rPr>
              <w:t xml:space="preserve"> en el evento "Foro </w:t>
            </w:r>
            <w:proofErr w:type="spellStart"/>
            <w:r w:rsidRPr="00092752">
              <w:rPr>
                <w:color w:val="222222"/>
                <w:sz w:val="16"/>
                <w:lang w:val="es-ES"/>
              </w:rPr>
              <w:t>Greencities</w:t>
            </w:r>
            <w:proofErr w:type="spellEnd"/>
            <w:r w:rsidRPr="00092752">
              <w:rPr>
                <w:color w:val="222222"/>
                <w:sz w:val="16"/>
                <w:lang w:val="es-ES"/>
              </w:rPr>
              <w:t xml:space="preserve"> 2024" que se celebró en Málaga los días 23 al 25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92752">
              <w:rPr>
                <w:color w:val="222222"/>
                <w:sz w:val="16"/>
                <w:lang w:val="es-ES"/>
              </w:rPr>
              <w:t>de septiembre de 2024.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61ADCB51" w:rsidR="001951D5" w:rsidRDefault="00197A4C">
            <w:pPr>
              <w:spacing w:after="0"/>
            </w:pPr>
            <w:r>
              <w:rPr>
                <w:b/>
                <w:color w:val="FFFFFF"/>
              </w:rPr>
              <w:t>DAVID ROSA - SUDIRECTOR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6B22070B" w:rsidR="001951D5" w:rsidRDefault="00162DA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162,05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5EF75A9E" w:rsidR="001951D5" w:rsidRDefault="00E271E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395,36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6F0B7876" w:rsidR="001951D5" w:rsidRDefault="00EF5A69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333,49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35418" w14:textId="77777777" w:rsidR="0015434D" w:rsidRDefault="0015434D">
      <w:pPr>
        <w:spacing w:after="0" w:line="240" w:lineRule="auto"/>
      </w:pPr>
      <w:r>
        <w:separator/>
      </w:r>
    </w:p>
  </w:endnote>
  <w:endnote w:type="continuationSeparator" w:id="0">
    <w:p w14:paraId="72562FB9" w14:textId="77777777" w:rsidR="0015434D" w:rsidRDefault="00154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13393" w:rsidRDefault="004327BA">
    <w:pPr>
      <w:pStyle w:val="Piedepgina"/>
      <w:jc w:val="center"/>
      <w:rPr>
        <w:lang w:val="es-ES"/>
      </w:rPr>
    </w:pPr>
    <w:r w:rsidRPr="00413393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63731" w14:textId="77777777" w:rsidR="0015434D" w:rsidRDefault="0015434D">
      <w:pPr>
        <w:spacing w:after="0" w:line="240" w:lineRule="auto"/>
      </w:pPr>
      <w:r>
        <w:separator/>
      </w:r>
    </w:p>
  </w:footnote>
  <w:footnote w:type="continuationSeparator" w:id="0">
    <w:p w14:paraId="1BC1F87A" w14:textId="77777777" w:rsidR="0015434D" w:rsidRDefault="00154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752"/>
    <w:rsid w:val="0015074B"/>
    <w:rsid w:val="0015434D"/>
    <w:rsid w:val="00162DA5"/>
    <w:rsid w:val="0017158E"/>
    <w:rsid w:val="001951D5"/>
    <w:rsid w:val="00197A4C"/>
    <w:rsid w:val="001B6134"/>
    <w:rsid w:val="0029639D"/>
    <w:rsid w:val="00326F90"/>
    <w:rsid w:val="00413393"/>
    <w:rsid w:val="004327BA"/>
    <w:rsid w:val="004643FF"/>
    <w:rsid w:val="005101E3"/>
    <w:rsid w:val="00562B17"/>
    <w:rsid w:val="006253A7"/>
    <w:rsid w:val="00647AD6"/>
    <w:rsid w:val="00732260"/>
    <w:rsid w:val="00806FA6"/>
    <w:rsid w:val="008A7EF1"/>
    <w:rsid w:val="00A46102"/>
    <w:rsid w:val="00AA1D8D"/>
    <w:rsid w:val="00AB1161"/>
    <w:rsid w:val="00AC497C"/>
    <w:rsid w:val="00B47730"/>
    <w:rsid w:val="00BC359D"/>
    <w:rsid w:val="00C03A4D"/>
    <w:rsid w:val="00CA3578"/>
    <w:rsid w:val="00CB0664"/>
    <w:rsid w:val="00DC36BB"/>
    <w:rsid w:val="00E271EF"/>
    <w:rsid w:val="00ED13DF"/>
    <w:rsid w:val="00EF5A69"/>
    <w:rsid w:val="00F006DB"/>
    <w:rsid w:val="00F0791E"/>
    <w:rsid w:val="00F57065"/>
    <w:rsid w:val="00F94117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E7680CF482CD409D49F99C79659434" ma:contentTypeVersion="21" ma:contentTypeDescription="Crear nuevo documento." ma:contentTypeScope="" ma:versionID="acf6850a4a0c542f6756a8445fff5250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56d17962f0cdb868c55aba6c644cf0f5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E29758-B43E-45A6-81B1-DD0C8952E8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B18353-8FF6-42BD-BAFC-25E5E7A6AD68}"/>
</file>

<file path=customXml/itemProps4.xml><?xml version="1.0" encoding="utf-8"?>
<ds:datastoreItem xmlns:ds="http://schemas.openxmlformats.org/officeDocument/2006/customXml" ds:itemID="{87B96F78-2C71-4BFB-9DD2-0F8E21C49D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63</Words>
  <Characters>348</Characters>
  <Application>Microsoft Office Word</Application>
  <DocSecurity>0</DocSecurity>
  <Lines>2</Lines>
  <Paragraphs>1</Paragraphs>
  <ScaleCrop>false</ScaleCrop>
  <Manager/>
  <Company/>
  <LinksUpToDate>false</LinksUpToDate>
  <CharactersWithSpaces>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17</cp:revision>
  <dcterms:created xsi:type="dcterms:W3CDTF">2026-09-22T06:51:00Z</dcterms:created>
  <dcterms:modified xsi:type="dcterms:W3CDTF">2026-09-28T15:26:00Z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