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1AE33A9E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16740B">
        <w:rPr>
          <w:b/>
          <w:bCs/>
          <w:color w:val="4A4A4A"/>
          <w:sz w:val="34"/>
          <w:szCs w:val="34"/>
          <w:lang w:val="es-ES"/>
        </w:rPr>
        <w:t>05</w:t>
      </w:r>
      <w:r w:rsidRPr="1EE1BDF1">
        <w:rPr>
          <w:b/>
          <w:bCs/>
          <w:color w:val="4A4A4A"/>
          <w:sz w:val="34"/>
          <w:szCs w:val="34"/>
          <w:lang w:val="es-ES"/>
        </w:rPr>
        <w:t>/202</w:t>
      </w:r>
      <w:r w:rsidR="006A4DE3">
        <w:rPr>
          <w:b/>
          <w:bCs/>
          <w:color w:val="4A4A4A"/>
          <w:sz w:val="34"/>
          <w:szCs w:val="34"/>
          <w:lang w:val="es-ES"/>
        </w:rPr>
        <w:t>5</w:t>
      </w:r>
      <w:r w:rsidRPr="1EE1BDF1">
        <w:rPr>
          <w:b/>
          <w:bCs/>
          <w:color w:val="4A4A4A"/>
          <w:sz w:val="34"/>
          <w:szCs w:val="34"/>
          <w:lang w:val="es-ES"/>
        </w:rPr>
        <w:t>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6A4DE3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69D1E82" w14:textId="2232A450" w:rsidR="001951D5" w:rsidRPr="00F1085D" w:rsidRDefault="004327BA">
            <w:pPr>
              <w:spacing w:after="0"/>
              <w:rPr>
                <w:lang w:val="es-ES"/>
              </w:rPr>
            </w:pPr>
            <w:r w:rsidRPr="00F1085D">
              <w:rPr>
                <w:b/>
                <w:color w:val="0524FF"/>
                <w:lang w:val="es-ES"/>
              </w:rPr>
              <w:t>FECHA</w:t>
            </w:r>
            <w:r w:rsidRPr="00F1085D">
              <w:rPr>
                <w:b/>
                <w:color w:val="0524FF"/>
                <w:lang w:val="es-ES"/>
              </w:rPr>
              <w:br/>
            </w:r>
            <w:r w:rsidR="00DA3F26" w:rsidRPr="00F1085D">
              <w:rPr>
                <w:b/>
                <w:color w:val="0524FF"/>
                <w:lang w:val="es-ES"/>
              </w:rPr>
              <w:t>1</w:t>
            </w:r>
            <w:r w:rsidR="00F63A97">
              <w:rPr>
                <w:b/>
                <w:color w:val="0524FF"/>
                <w:lang w:val="es-ES"/>
              </w:rPr>
              <w:t>9</w:t>
            </w:r>
            <w:r w:rsidR="00A11068" w:rsidRPr="00F1085D">
              <w:rPr>
                <w:b/>
                <w:color w:val="0524FF"/>
                <w:lang w:val="es-ES"/>
              </w:rPr>
              <w:t xml:space="preserve"> </w:t>
            </w:r>
            <w:r w:rsidR="00F1085D" w:rsidRPr="00F1085D">
              <w:rPr>
                <w:b/>
                <w:color w:val="0524FF"/>
                <w:lang w:val="es-ES"/>
              </w:rPr>
              <w:t>a 2</w:t>
            </w:r>
            <w:r w:rsidR="00F63A97">
              <w:rPr>
                <w:b/>
                <w:color w:val="0524FF"/>
                <w:lang w:val="es-ES"/>
              </w:rPr>
              <w:t>4</w:t>
            </w:r>
            <w:r w:rsidR="00F1085D" w:rsidRPr="00F1085D">
              <w:rPr>
                <w:b/>
                <w:color w:val="0524FF"/>
                <w:lang w:val="es-ES"/>
              </w:rPr>
              <w:t xml:space="preserve"> </w:t>
            </w:r>
            <w:r w:rsidR="00A11068" w:rsidRPr="00F1085D">
              <w:rPr>
                <w:b/>
                <w:color w:val="0524FF"/>
                <w:lang w:val="es-ES"/>
              </w:rPr>
              <w:t xml:space="preserve">de </w:t>
            </w:r>
            <w:r w:rsidR="00F63A97">
              <w:rPr>
                <w:b/>
                <w:color w:val="0524FF"/>
                <w:lang w:val="es-ES"/>
              </w:rPr>
              <w:t>mayo</w:t>
            </w:r>
            <w:r w:rsidR="00DA3F26" w:rsidRPr="00F1085D">
              <w:rPr>
                <w:b/>
                <w:color w:val="0524FF"/>
                <w:lang w:val="es-ES"/>
              </w:rPr>
              <w:t xml:space="preserve"> </w:t>
            </w:r>
            <w:r w:rsidR="00A11068" w:rsidRPr="00F1085D">
              <w:rPr>
                <w:b/>
                <w:color w:val="0524FF"/>
                <w:lang w:val="es-ES"/>
              </w:rPr>
              <w:t>de 2025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260926DD" w:rsidR="001951D5" w:rsidRPr="00942537" w:rsidRDefault="004327BA">
            <w:pPr>
              <w:spacing w:after="0"/>
              <w:rPr>
                <w:b/>
                <w:color w:val="0524FF"/>
                <w:lang w:val="es-ES"/>
              </w:rPr>
            </w:pPr>
            <w:r w:rsidRPr="00942537">
              <w:rPr>
                <w:b/>
                <w:color w:val="0524FF"/>
                <w:lang w:val="es-ES"/>
              </w:rPr>
              <w:t>ACCIÓN</w:t>
            </w:r>
            <w:r w:rsidRPr="00942537">
              <w:rPr>
                <w:b/>
                <w:color w:val="0524FF"/>
                <w:lang w:val="es-ES"/>
              </w:rPr>
              <w:br/>
            </w:r>
            <w:r w:rsidR="00942537" w:rsidRPr="00942537">
              <w:rPr>
                <w:b/>
                <w:color w:val="0524FF"/>
                <w:lang w:val="es-ES"/>
              </w:rPr>
              <w:t xml:space="preserve">Desplazamiento a </w:t>
            </w:r>
            <w:proofErr w:type="spellStart"/>
            <w:r w:rsidR="00942537" w:rsidRPr="00942537">
              <w:rPr>
                <w:b/>
                <w:color w:val="0524FF"/>
                <w:lang w:val="es-ES"/>
              </w:rPr>
              <w:t>Lodz</w:t>
            </w:r>
            <w:proofErr w:type="spellEnd"/>
            <w:r w:rsidR="00942537" w:rsidRPr="00942537">
              <w:rPr>
                <w:b/>
                <w:color w:val="0524FF"/>
                <w:lang w:val="es-ES"/>
              </w:rPr>
              <w:t xml:space="preserve"> (P</w:t>
            </w:r>
            <w:r w:rsidR="00942537">
              <w:rPr>
                <w:b/>
                <w:color w:val="0524FF"/>
                <w:lang w:val="es-ES"/>
              </w:rPr>
              <w:t>olonia)</w:t>
            </w:r>
          </w:p>
        </w:tc>
      </w:tr>
    </w:tbl>
    <w:p w14:paraId="672A6659" w14:textId="4F3B9D1A" w:rsidR="001951D5" w:rsidRPr="00942537" w:rsidRDefault="001951D5">
      <w:pPr>
        <w:spacing w:after="0"/>
        <w:rPr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942537" w14:paraId="5735CF19" w14:textId="77777777">
        <w:tc>
          <w:tcPr>
            <w:tcW w:w="10312" w:type="dxa"/>
          </w:tcPr>
          <w:p w14:paraId="58B3B3D4" w14:textId="77777777" w:rsidR="00012254" w:rsidRPr="00DA3F26" w:rsidRDefault="00012254">
            <w:pPr>
              <w:spacing w:after="0"/>
              <w:rPr>
                <w:color w:val="222222"/>
                <w:sz w:val="16"/>
                <w:lang w:val="es-ES"/>
              </w:rPr>
            </w:pPr>
          </w:p>
          <w:p w14:paraId="27F443B0" w14:textId="57D1BF22" w:rsidR="00AD229A" w:rsidRDefault="00122CE1" w:rsidP="00AD229A">
            <w:pPr>
              <w:spacing w:after="0"/>
              <w:rPr>
                <w:color w:val="222222"/>
                <w:sz w:val="16"/>
                <w:lang w:val="ca-ES-valencia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z w:val="14"/>
                <w:szCs w:val="14"/>
                <w:lang w:val="es-ES" w:eastAsia="es-ES"/>
              </w:rPr>
              <w:t>C</w:t>
            </w:r>
            <w:r w:rsidR="00F63A97" w:rsidRPr="00F63A97">
              <w:rPr>
                <w:rFonts w:ascii="Times New Roman" w:eastAsia="Times New Roman" w:hAnsi="Times New Roman" w:cs="Times New Roman"/>
                <w:color w:val="4C4C4C"/>
                <w:sz w:val="14"/>
                <w:szCs w:val="14"/>
                <w:lang w:val="es-ES" w:eastAsia="es-ES"/>
              </w:rPr>
              <w:t xml:space="preserve">onferencia Urban Futures que tiene lugar en </w:t>
            </w:r>
            <w:proofErr w:type="spellStart"/>
            <w:r w:rsidR="00F63A97" w:rsidRPr="00F63A97">
              <w:rPr>
                <w:rFonts w:ascii="Times New Roman" w:eastAsia="Times New Roman" w:hAnsi="Times New Roman" w:cs="Times New Roman"/>
                <w:color w:val="4C4C4C"/>
                <w:sz w:val="14"/>
                <w:szCs w:val="14"/>
                <w:lang w:val="es-ES" w:eastAsia="es-ES"/>
              </w:rPr>
              <w:t>Lodz</w:t>
            </w:r>
            <w:proofErr w:type="spellEnd"/>
            <w:r>
              <w:rPr>
                <w:rFonts w:ascii="Times New Roman" w:eastAsia="Times New Roman" w:hAnsi="Times New Roman" w:cs="Times New Roman"/>
                <w:color w:val="4C4C4C"/>
                <w:sz w:val="14"/>
                <w:szCs w:val="14"/>
                <w:lang w:val="es-ES" w:eastAsia="es-ES"/>
              </w:rPr>
              <w:t xml:space="preserve"> (Polonia</w:t>
            </w:r>
            <w:proofErr w:type="gramStart"/>
            <w:r>
              <w:rPr>
                <w:rFonts w:ascii="Times New Roman" w:eastAsia="Times New Roman" w:hAnsi="Times New Roman" w:cs="Times New Roman"/>
                <w:color w:val="4C4C4C"/>
                <w:sz w:val="14"/>
                <w:szCs w:val="14"/>
                <w:lang w:val="es-ES" w:eastAsia="es-ES"/>
              </w:rPr>
              <w:t>)</w:t>
            </w:r>
            <w:r w:rsidR="00F63A97" w:rsidRPr="00F63A97">
              <w:rPr>
                <w:rFonts w:ascii="Times New Roman" w:eastAsia="Times New Roman" w:hAnsi="Times New Roman" w:cs="Times New Roman"/>
                <w:color w:val="4C4C4C"/>
                <w:sz w:val="14"/>
                <w:szCs w:val="14"/>
                <w:lang w:val="es-ES" w:eastAsia="es-ES"/>
              </w:rPr>
              <w:t xml:space="preserve"> .</w:t>
            </w:r>
            <w:proofErr w:type="gramEnd"/>
            <w:r w:rsidR="00F63A97" w:rsidRPr="00F63A97">
              <w:rPr>
                <w:rFonts w:ascii="Times New Roman" w:eastAsia="Times New Roman" w:hAnsi="Times New Roman" w:cs="Times New Roman"/>
                <w:color w:val="4C4C4C"/>
                <w:sz w:val="14"/>
                <w:szCs w:val="14"/>
                <w:lang w:val="es-ES" w:eastAsia="es-ES"/>
              </w:rPr>
              <w:t xml:space="preserve"> En el contexto de esta conferencia tendrá lugar también un encuentro de la red </w:t>
            </w:r>
            <w:proofErr w:type="spellStart"/>
            <w:r w:rsidR="00F63A97" w:rsidRPr="00F63A97">
              <w:rPr>
                <w:rFonts w:ascii="Times New Roman" w:eastAsia="Times New Roman" w:hAnsi="Times New Roman" w:cs="Times New Roman"/>
                <w:color w:val="4C4C4C"/>
                <w:sz w:val="14"/>
                <w:szCs w:val="14"/>
                <w:lang w:val="es-ES" w:eastAsia="es-ES"/>
              </w:rPr>
              <w:t>ICapital</w:t>
            </w:r>
            <w:proofErr w:type="spellEnd"/>
            <w:r w:rsidR="00F63A97" w:rsidRPr="00F63A97">
              <w:rPr>
                <w:rFonts w:ascii="Times New Roman" w:eastAsia="Times New Roman" w:hAnsi="Times New Roman" w:cs="Times New Roman"/>
                <w:color w:val="4C4C4C"/>
                <w:sz w:val="14"/>
                <w:szCs w:val="14"/>
                <w:lang w:val="es-ES" w:eastAsia="es-ES"/>
              </w:rPr>
              <w:t xml:space="preserve"> a la que la ciudad de Valencia pertenece, con posibilidad de crear sinergias entre ciudades de la red, también se pretende dar publicidad al proyecto de Sandbox de la ciudad de Valencia. </w:t>
            </w:r>
          </w:p>
          <w:p w14:paraId="65449E23" w14:textId="4EE5D96B" w:rsidR="001951D5" w:rsidRPr="00014E92" w:rsidRDefault="00020602">
            <w:pPr>
              <w:spacing w:after="0"/>
              <w:rPr>
                <w:color w:val="222222"/>
                <w:sz w:val="16"/>
                <w:lang w:val="es-ES"/>
              </w:rPr>
            </w:pPr>
            <w:r>
              <w:rPr>
                <w:color w:val="222222"/>
                <w:sz w:val="16"/>
                <w:lang w:val="ca-ES-valencia"/>
              </w:rPr>
              <w:t>.</w:t>
            </w:r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152877F1" w:rsidR="001951D5" w:rsidRDefault="005D12A5">
            <w:pPr>
              <w:spacing w:after="0"/>
            </w:pPr>
            <w:r>
              <w:rPr>
                <w:b/>
                <w:color w:val="FFFFFF"/>
              </w:rPr>
              <w:t>ARTURO CASTELLÓ</w:t>
            </w:r>
            <w:r w:rsidR="00B90013">
              <w:rPr>
                <w:b/>
                <w:color w:val="FFFFFF"/>
              </w:rPr>
              <w:t xml:space="preserve"> - SUBDIRECTOR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224F4AAD" w:rsidR="001951D5" w:rsidRDefault="00F71754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1058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99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20E8883E" w:rsidR="001951D5" w:rsidRDefault="00511BF6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338,07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5388DD31" w:rsidR="001951D5" w:rsidRDefault="005824C6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2</w:t>
            </w:r>
            <w:r w:rsidR="00157DC0">
              <w:rPr>
                <w:b/>
                <w:color w:val="4A4A4A"/>
                <w:sz w:val="16"/>
              </w:rPr>
              <w:t>50</w:t>
            </w:r>
            <w:r w:rsidR="004327BA">
              <w:rPr>
                <w:b/>
                <w:color w:val="4A4A4A"/>
                <w:sz w:val="16"/>
              </w:rPr>
              <w:t>,</w:t>
            </w:r>
            <w:r w:rsidR="00157DC0">
              <w:rPr>
                <w:b/>
                <w:color w:val="4A4A4A"/>
                <w:sz w:val="16"/>
              </w:rPr>
              <w:t>15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</w:tbl>
    <w:p w14:paraId="689C15FE" w14:textId="77777777" w:rsidR="00790F2F" w:rsidRDefault="00790F2F" w:rsidP="00790F2F"/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0683C" w14:textId="77777777" w:rsidR="00D11291" w:rsidRDefault="00D11291">
      <w:pPr>
        <w:spacing w:after="0" w:line="240" w:lineRule="auto"/>
      </w:pPr>
      <w:r>
        <w:separator/>
      </w:r>
    </w:p>
  </w:endnote>
  <w:endnote w:type="continuationSeparator" w:id="0">
    <w:p w14:paraId="6500A17F" w14:textId="77777777" w:rsidR="00D11291" w:rsidRDefault="00D112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A11068" w:rsidRDefault="004327BA">
    <w:pPr>
      <w:pStyle w:val="Piedepgina"/>
      <w:jc w:val="center"/>
      <w:rPr>
        <w:lang w:val="es-ES"/>
      </w:rPr>
    </w:pPr>
    <w:r w:rsidRPr="00A11068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58319" w14:textId="77777777" w:rsidR="00D11291" w:rsidRDefault="00D11291">
      <w:pPr>
        <w:spacing w:after="0" w:line="240" w:lineRule="auto"/>
      </w:pPr>
      <w:r>
        <w:separator/>
      </w:r>
    </w:p>
  </w:footnote>
  <w:footnote w:type="continuationSeparator" w:id="0">
    <w:p w14:paraId="5F9CCD75" w14:textId="77777777" w:rsidR="00D11291" w:rsidRDefault="00D112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254"/>
    <w:rsid w:val="00014E92"/>
    <w:rsid w:val="00016C4F"/>
    <w:rsid w:val="00020602"/>
    <w:rsid w:val="00034616"/>
    <w:rsid w:val="0006063C"/>
    <w:rsid w:val="00062E7D"/>
    <w:rsid w:val="000D6176"/>
    <w:rsid w:val="000F2D5A"/>
    <w:rsid w:val="00122CE1"/>
    <w:rsid w:val="0015074B"/>
    <w:rsid w:val="00151A6F"/>
    <w:rsid w:val="00157DC0"/>
    <w:rsid w:val="0016740B"/>
    <w:rsid w:val="0017158E"/>
    <w:rsid w:val="001951D5"/>
    <w:rsid w:val="001F62CA"/>
    <w:rsid w:val="002367E1"/>
    <w:rsid w:val="00290AE5"/>
    <w:rsid w:val="0029639D"/>
    <w:rsid w:val="002C6D3E"/>
    <w:rsid w:val="00326F90"/>
    <w:rsid w:val="004232DC"/>
    <w:rsid w:val="004327BA"/>
    <w:rsid w:val="00452879"/>
    <w:rsid w:val="004D59BC"/>
    <w:rsid w:val="004F168B"/>
    <w:rsid w:val="00511BF6"/>
    <w:rsid w:val="0054074A"/>
    <w:rsid w:val="005526CD"/>
    <w:rsid w:val="00562B17"/>
    <w:rsid w:val="005824C6"/>
    <w:rsid w:val="005C48F7"/>
    <w:rsid w:val="005D12A5"/>
    <w:rsid w:val="0061614B"/>
    <w:rsid w:val="006253A7"/>
    <w:rsid w:val="006A4DE3"/>
    <w:rsid w:val="006E17C0"/>
    <w:rsid w:val="00730D0B"/>
    <w:rsid w:val="00750BDB"/>
    <w:rsid w:val="00790F2F"/>
    <w:rsid w:val="007C63B9"/>
    <w:rsid w:val="007D2EAD"/>
    <w:rsid w:val="009274C2"/>
    <w:rsid w:val="00942537"/>
    <w:rsid w:val="009E5AEF"/>
    <w:rsid w:val="00A05D0D"/>
    <w:rsid w:val="00A11068"/>
    <w:rsid w:val="00A81DB2"/>
    <w:rsid w:val="00AA1D8D"/>
    <w:rsid w:val="00AC6730"/>
    <w:rsid w:val="00AD229A"/>
    <w:rsid w:val="00B14AF6"/>
    <w:rsid w:val="00B47730"/>
    <w:rsid w:val="00B90013"/>
    <w:rsid w:val="00BA1401"/>
    <w:rsid w:val="00C03A4D"/>
    <w:rsid w:val="00C049F2"/>
    <w:rsid w:val="00CB0664"/>
    <w:rsid w:val="00D11291"/>
    <w:rsid w:val="00D53394"/>
    <w:rsid w:val="00DA3F26"/>
    <w:rsid w:val="00DD6243"/>
    <w:rsid w:val="00E06682"/>
    <w:rsid w:val="00E26423"/>
    <w:rsid w:val="00E60CEF"/>
    <w:rsid w:val="00F0791E"/>
    <w:rsid w:val="00F1085D"/>
    <w:rsid w:val="00F57065"/>
    <w:rsid w:val="00F63A97"/>
    <w:rsid w:val="00F71754"/>
    <w:rsid w:val="00FC693F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E8F056C-58B9-4ED2-8331-6BC7C0BE24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914ba67-df02-42bb-95f8-0b416e1c5afa"/>
    <ds:schemaRef ds:uri="66b9bb20-c38a-4224-82c8-e2f80ecaa4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A21E5E-693E-465A-AD86-D7EFBB490B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12C13F-C869-463D-9803-F352945FA95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100</Words>
  <Characters>550</Characters>
  <Application>Microsoft Office Word</Application>
  <DocSecurity>0</DocSecurity>
  <Lines>4</Lines>
  <Paragraphs>1</Paragraphs>
  <ScaleCrop>false</ScaleCrop>
  <Manager/>
  <Company/>
  <LinksUpToDate>false</LinksUpToDate>
  <CharactersWithSpaces>649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40</cp:revision>
  <dcterms:created xsi:type="dcterms:W3CDTF">2026-09-22T06:51:00Z</dcterms:created>
  <dcterms:modified xsi:type="dcterms:W3CDTF">2026-09-28T11:54:00Z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MediaServiceImageTags">
    <vt:lpwstr/>
  </property>
  <property fmtid="{D5CDD505-2E9C-101B-9397-08002B2CF9AE}" pid="5" name="docLang">
    <vt:lpwstr>es</vt:lpwstr>
  </property>
</Properties>
</file>