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4AE0DB8C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E731F9">
        <w:rPr>
          <w:b/>
          <w:bCs/>
          <w:color w:val="4A4A4A"/>
          <w:sz w:val="34"/>
          <w:szCs w:val="34"/>
          <w:lang w:val="es-ES"/>
        </w:rPr>
        <w:t>11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E731F9">
        <w:rPr>
          <w:b/>
          <w:bCs/>
          <w:color w:val="4A4A4A"/>
          <w:sz w:val="34"/>
          <w:szCs w:val="34"/>
          <w:lang w:val="es-ES"/>
        </w:rPr>
        <w:t>5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7C63B9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A02E4DE" w14:textId="77777777" w:rsidR="002550D7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457CCC">
              <w:rPr>
                <w:b/>
                <w:color w:val="0524FF"/>
                <w:lang w:val="es-ES"/>
              </w:rPr>
              <w:t>FECHA</w:t>
            </w:r>
          </w:p>
          <w:p w14:paraId="669D1E82" w14:textId="261A22A7" w:rsidR="001951D5" w:rsidRPr="00457CCC" w:rsidRDefault="00457CCC">
            <w:pPr>
              <w:spacing w:after="0"/>
              <w:rPr>
                <w:lang w:val="es-ES"/>
              </w:rPr>
            </w:pPr>
            <w:r w:rsidRPr="00457CCC">
              <w:rPr>
                <w:b/>
                <w:color w:val="0524FF"/>
                <w:lang w:val="es-ES"/>
              </w:rPr>
              <w:t xml:space="preserve"> 1</w:t>
            </w:r>
            <w:r w:rsidR="0027367B">
              <w:rPr>
                <w:b/>
                <w:color w:val="0524FF"/>
                <w:lang w:val="es-ES"/>
              </w:rPr>
              <w:t xml:space="preserve">8 a </w:t>
            </w:r>
            <w:r w:rsidR="004C7A23">
              <w:rPr>
                <w:b/>
                <w:color w:val="0524FF"/>
                <w:lang w:val="es-ES"/>
              </w:rPr>
              <w:t>20</w:t>
            </w:r>
            <w:r w:rsidR="00A11068" w:rsidRPr="00457CCC">
              <w:rPr>
                <w:b/>
                <w:color w:val="0524FF"/>
                <w:lang w:val="es-ES"/>
              </w:rPr>
              <w:t xml:space="preserve"> de </w:t>
            </w:r>
            <w:r w:rsidR="004C7A23">
              <w:rPr>
                <w:b/>
                <w:color w:val="0524FF"/>
                <w:lang w:val="es-ES"/>
              </w:rPr>
              <w:t>noviembre</w:t>
            </w:r>
            <w:r w:rsidR="00DA3F26" w:rsidRPr="00457CCC">
              <w:rPr>
                <w:b/>
                <w:color w:val="0524FF"/>
                <w:lang w:val="es-ES"/>
              </w:rPr>
              <w:t xml:space="preserve"> </w:t>
            </w:r>
            <w:r w:rsidR="00A11068" w:rsidRPr="00457CCC">
              <w:rPr>
                <w:b/>
                <w:color w:val="0524FF"/>
                <w:lang w:val="es-ES"/>
              </w:rPr>
              <w:t xml:space="preserve"> 2025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06B74F06" w:rsidR="001951D5" w:rsidRPr="007C63B9" w:rsidRDefault="004327BA">
            <w:pPr>
              <w:spacing w:after="0"/>
              <w:rPr>
                <w:b/>
                <w:color w:val="0524FF"/>
                <w:lang w:val="en-GB"/>
              </w:rPr>
            </w:pPr>
            <w:r w:rsidRPr="007C63B9">
              <w:rPr>
                <w:b/>
                <w:color w:val="0524FF"/>
                <w:lang w:val="en-GB"/>
              </w:rPr>
              <w:t>ACCIÓN</w:t>
            </w:r>
            <w:r w:rsidRPr="007C63B9">
              <w:rPr>
                <w:b/>
                <w:color w:val="0524FF"/>
                <w:lang w:val="en-GB"/>
              </w:rPr>
              <w:br/>
            </w:r>
            <w:r w:rsidR="004C7A23">
              <w:rPr>
                <w:b/>
                <w:color w:val="0524FF"/>
                <w:lang w:val="en-GB"/>
              </w:rPr>
              <w:t>Viaje a Helsinki</w:t>
            </w:r>
          </w:p>
        </w:tc>
      </w:tr>
    </w:tbl>
    <w:p w14:paraId="672A6659" w14:textId="77777777" w:rsidR="001951D5" w:rsidRPr="007C63B9" w:rsidRDefault="001951D5">
      <w:pPr>
        <w:spacing w:after="0"/>
        <w:rPr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7A764D" w14:paraId="5735CF19" w14:textId="77777777">
        <w:tc>
          <w:tcPr>
            <w:tcW w:w="10312" w:type="dxa"/>
          </w:tcPr>
          <w:p w14:paraId="58B3B3D4" w14:textId="77777777" w:rsidR="00012254" w:rsidRPr="00DA3F26" w:rsidRDefault="00012254">
            <w:pPr>
              <w:spacing w:after="0"/>
              <w:rPr>
                <w:color w:val="222222"/>
                <w:sz w:val="16"/>
                <w:lang w:val="es-ES"/>
              </w:rPr>
            </w:pPr>
          </w:p>
          <w:p w14:paraId="65449E23" w14:textId="138B6032" w:rsidR="001951D5" w:rsidRPr="00452879" w:rsidRDefault="004D59BC">
            <w:pPr>
              <w:spacing w:after="0"/>
              <w:rPr>
                <w:lang w:val="es-ES"/>
              </w:rPr>
            </w:pPr>
            <w:r>
              <w:rPr>
                <w:color w:val="222222"/>
                <w:sz w:val="16"/>
                <w:lang w:val="es-ES"/>
              </w:rPr>
              <w:t>A</w:t>
            </w:r>
            <w:r w:rsidR="00452879" w:rsidRPr="00452879">
              <w:rPr>
                <w:color w:val="222222"/>
                <w:sz w:val="16"/>
                <w:lang w:val="es-ES"/>
              </w:rPr>
              <w:t>sist</w:t>
            </w:r>
            <w:r w:rsidR="00BA582B">
              <w:rPr>
                <w:color w:val="222222"/>
                <w:sz w:val="16"/>
                <w:lang w:val="es-ES"/>
              </w:rPr>
              <w:t>encia a</w:t>
            </w:r>
            <w:r w:rsidR="004C7A23">
              <w:rPr>
                <w:color w:val="222222"/>
                <w:sz w:val="16"/>
                <w:lang w:val="es-ES"/>
              </w:rPr>
              <w:t>l evento SLUSH en Helsinki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115ABC74" w:rsidR="001951D5" w:rsidRDefault="00C43716">
            <w:pPr>
              <w:spacing w:after="0"/>
            </w:pPr>
            <w:r>
              <w:rPr>
                <w:b/>
                <w:color w:val="FFFFFF"/>
              </w:rPr>
              <w:t>PAULA LLOBET - VICEPRESIDENTA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756D0CA3" w:rsidR="001951D5" w:rsidRDefault="009C39A9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</w:t>
            </w:r>
            <w:r w:rsidR="00C43716">
              <w:rPr>
                <w:b/>
                <w:color w:val="4A4A4A"/>
                <w:sz w:val="16"/>
              </w:rPr>
              <w:t>328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C43716">
              <w:rPr>
                <w:b/>
                <w:color w:val="4A4A4A"/>
                <w:sz w:val="16"/>
              </w:rPr>
              <w:t>0</w:t>
            </w:r>
            <w:r>
              <w:rPr>
                <w:b/>
                <w:color w:val="4A4A4A"/>
                <w:sz w:val="16"/>
              </w:rPr>
              <w:t>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4A849CB3" w:rsidR="001951D5" w:rsidRDefault="00A07CE1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903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43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262E1A53" w:rsidR="001951D5" w:rsidRDefault="00A07CE1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00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00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290265" w14:paraId="268B8D79" w14:textId="77777777" w:rsidTr="00943B36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D6691E" w14:textId="316B30FC" w:rsidR="00290265" w:rsidRDefault="00290265" w:rsidP="00943B36">
            <w:pPr>
              <w:spacing w:after="0"/>
            </w:pPr>
            <w:r>
              <w:rPr>
                <w:b/>
                <w:color w:val="FFFFFF"/>
              </w:rPr>
              <w:t>ARTURO CASTELLÓ - SUBDIRECTOR</w:t>
            </w:r>
          </w:p>
        </w:tc>
      </w:tr>
      <w:tr w:rsidR="00290265" w14:paraId="32C98CC4" w14:textId="77777777" w:rsidTr="00943B36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BF323F" w14:textId="77777777" w:rsidR="00290265" w:rsidRDefault="00290265" w:rsidP="00943B36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F78C2F" w14:textId="40A56E20" w:rsidR="00290265" w:rsidRDefault="009C39A9" w:rsidP="00943B36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</w:t>
            </w:r>
            <w:r w:rsidR="00162AD0">
              <w:rPr>
                <w:b/>
                <w:color w:val="4A4A4A"/>
                <w:sz w:val="16"/>
              </w:rPr>
              <w:t>328</w:t>
            </w:r>
            <w:r w:rsidR="00290265">
              <w:rPr>
                <w:b/>
                <w:color w:val="4A4A4A"/>
                <w:sz w:val="16"/>
              </w:rPr>
              <w:t>,</w:t>
            </w:r>
            <w:r w:rsidR="00162AD0">
              <w:rPr>
                <w:b/>
                <w:color w:val="4A4A4A"/>
                <w:sz w:val="16"/>
              </w:rPr>
              <w:t>0</w:t>
            </w:r>
            <w:r w:rsidR="00413025">
              <w:rPr>
                <w:b/>
                <w:color w:val="4A4A4A"/>
                <w:sz w:val="16"/>
              </w:rPr>
              <w:t>0</w:t>
            </w:r>
            <w:r w:rsidR="00290265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290265" w14:paraId="7438C31E" w14:textId="77777777" w:rsidTr="00943B36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29FCB0" w14:textId="77777777" w:rsidR="00290265" w:rsidRDefault="00290265" w:rsidP="00943B36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CFE2B3" w14:textId="2733E058" w:rsidR="00290265" w:rsidRDefault="00162AD0" w:rsidP="00943B36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830</w:t>
            </w:r>
            <w:r w:rsidR="00290265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85</w:t>
            </w:r>
            <w:r w:rsidR="00290265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290265" w14:paraId="22B8E3CD" w14:textId="77777777" w:rsidTr="00943B36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A24AC9" w14:textId="77777777" w:rsidR="00290265" w:rsidRDefault="00290265" w:rsidP="00943B36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1BE8A6" w14:textId="2101C358" w:rsidR="00290265" w:rsidRDefault="00B6315A" w:rsidP="00943B36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32</w:t>
            </w:r>
            <w:r w:rsidR="00290265">
              <w:rPr>
                <w:b/>
                <w:color w:val="4A4A4A"/>
                <w:sz w:val="16"/>
              </w:rPr>
              <w:t>0,</w:t>
            </w:r>
            <w:r>
              <w:rPr>
                <w:b/>
                <w:color w:val="4A4A4A"/>
                <w:sz w:val="16"/>
              </w:rPr>
              <w:t>25</w:t>
            </w:r>
            <w:r w:rsidR="00290265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2A07EB7E" w14:textId="77777777" w:rsidR="00290265" w:rsidRDefault="00290265" w:rsidP="00290265"/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C13F0" w14:textId="77777777" w:rsidR="009E4110" w:rsidRDefault="009E4110">
      <w:pPr>
        <w:spacing w:after="0" w:line="240" w:lineRule="auto"/>
      </w:pPr>
      <w:r>
        <w:separator/>
      </w:r>
    </w:p>
  </w:endnote>
  <w:endnote w:type="continuationSeparator" w:id="0">
    <w:p w14:paraId="0D0C9837" w14:textId="77777777" w:rsidR="009E4110" w:rsidRDefault="009E4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A11068" w:rsidRDefault="004327BA">
    <w:pPr>
      <w:pStyle w:val="Piedepgina"/>
      <w:jc w:val="center"/>
      <w:rPr>
        <w:lang w:val="es-ES"/>
      </w:rPr>
    </w:pPr>
    <w:r w:rsidRPr="00A11068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72310" w14:textId="77777777" w:rsidR="009E4110" w:rsidRDefault="009E4110">
      <w:pPr>
        <w:spacing w:after="0" w:line="240" w:lineRule="auto"/>
      </w:pPr>
      <w:r>
        <w:separator/>
      </w:r>
    </w:p>
  </w:footnote>
  <w:footnote w:type="continuationSeparator" w:id="0">
    <w:p w14:paraId="1F395561" w14:textId="77777777" w:rsidR="009E4110" w:rsidRDefault="009E41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254"/>
    <w:rsid w:val="00016C4F"/>
    <w:rsid w:val="00034616"/>
    <w:rsid w:val="0006063C"/>
    <w:rsid w:val="0015074B"/>
    <w:rsid w:val="00162AD0"/>
    <w:rsid w:val="0017158E"/>
    <w:rsid w:val="001951D5"/>
    <w:rsid w:val="001B4406"/>
    <w:rsid w:val="001B60B0"/>
    <w:rsid w:val="00202605"/>
    <w:rsid w:val="002367E1"/>
    <w:rsid w:val="002505B5"/>
    <w:rsid w:val="002550D7"/>
    <w:rsid w:val="0027367B"/>
    <w:rsid w:val="00290265"/>
    <w:rsid w:val="0029639D"/>
    <w:rsid w:val="002B6276"/>
    <w:rsid w:val="00326F90"/>
    <w:rsid w:val="0039639B"/>
    <w:rsid w:val="003B2AF4"/>
    <w:rsid w:val="00413025"/>
    <w:rsid w:val="004232DC"/>
    <w:rsid w:val="004327BA"/>
    <w:rsid w:val="00452879"/>
    <w:rsid w:val="00457CCC"/>
    <w:rsid w:val="004C158B"/>
    <w:rsid w:val="004C7A23"/>
    <w:rsid w:val="004D59BC"/>
    <w:rsid w:val="004E5CD0"/>
    <w:rsid w:val="004F168B"/>
    <w:rsid w:val="0054074A"/>
    <w:rsid w:val="00562B17"/>
    <w:rsid w:val="00584867"/>
    <w:rsid w:val="005A0BBC"/>
    <w:rsid w:val="0061614B"/>
    <w:rsid w:val="006253A7"/>
    <w:rsid w:val="006E17C0"/>
    <w:rsid w:val="00773ABD"/>
    <w:rsid w:val="007A764D"/>
    <w:rsid w:val="007C63B9"/>
    <w:rsid w:val="007D2EAD"/>
    <w:rsid w:val="00826390"/>
    <w:rsid w:val="00892F17"/>
    <w:rsid w:val="008F290B"/>
    <w:rsid w:val="009274C2"/>
    <w:rsid w:val="009C39A9"/>
    <w:rsid w:val="009C448E"/>
    <w:rsid w:val="009E4110"/>
    <w:rsid w:val="00A07CE1"/>
    <w:rsid w:val="00A11068"/>
    <w:rsid w:val="00A8373F"/>
    <w:rsid w:val="00AA1D8D"/>
    <w:rsid w:val="00AC6730"/>
    <w:rsid w:val="00B376A0"/>
    <w:rsid w:val="00B427FE"/>
    <w:rsid w:val="00B47730"/>
    <w:rsid w:val="00B6315A"/>
    <w:rsid w:val="00BA1401"/>
    <w:rsid w:val="00BA582B"/>
    <w:rsid w:val="00C03A4D"/>
    <w:rsid w:val="00C43716"/>
    <w:rsid w:val="00CB0664"/>
    <w:rsid w:val="00D53394"/>
    <w:rsid w:val="00D92B24"/>
    <w:rsid w:val="00DA3F26"/>
    <w:rsid w:val="00DA749A"/>
    <w:rsid w:val="00DD6243"/>
    <w:rsid w:val="00E06682"/>
    <w:rsid w:val="00E07759"/>
    <w:rsid w:val="00E26423"/>
    <w:rsid w:val="00E60CEF"/>
    <w:rsid w:val="00E731F9"/>
    <w:rsid w:val="00F0791E"/>
    <w:rsid w:val="00F57065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44167EC-C8C1-4ECA-8588-1CEF604CBD8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2.xml><?xml version="1.0" encoding="utf-8"?>
<ds:datastoreItem xmlns:ds="http://schemas.openxmlformats.org/officeDocument/2006/customXml" ds:itemID="{5D861608-E81F-4495-AEF3-8E5E9C6AF4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813DF0-B16B-449B-AC91-40EB4747C597}"/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68</Words>
  <Characters>374</Characters>
  <Application>Microsoft Office Word</Application>
  <DocSecurity>0</DocSecurity>
  <Lines>3</Lines>
  <Paragraphs>1</Paragraphs>
  <ScaleCrop>false</ScaleCrop>
  <Manager/>
  <Company/>
  <LinksUpToDate>false</LinksUpToDate>
  <CharactersWithSpaces>441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43</cp:revision>
  <dcterms:created xsi:type="dcterms:W3CDTF">2026-09-22T06:51:00Z</dcterms:created>
  <dcterms:modified xsi:type="dcterms:W3CDTF">2026-09-28T11:54:00Z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</Properties>
</file>