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21D87BBE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F03FCC">
        <w:rPr>
          <w:b/>
          <w:bCs/>
          <w:color w:val="4A4A4A"/>
          <w:sz w:val="34"/>
          <w:szCs w:val="34"/>
          <w:lang w:val="es-ES"/>
        </w:rPr>
        <w:t>10</w:t>
      </w:r>
      <w:r w:rsidRPr="1EE1BDF1">
        <w:rPr>
          <w:b/>
          <w:bCs/>
          <w:color w:val="4A4A4A"/>
          <w:sz w:val="34"/>
          <w:szCs w:val="34"/>
          <w:lang w:val="es-ES"/>
        </w:rPr>
        <w:t>/20</w:t>
      </w:r>
      <w:r w:rsidR="00F03FCC">
        <w:rPr>
          <w:b/>
          <w:bCs/>
          <w:color w:val="4A4A4A"/>
          <w:sz w:val="34"/>
          <w:szCs w:val="34"/>
          <w:lang w:val="es-ES"/>
        </w:rPr>
        <w:t>25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8E3CA5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A02E4DE" w14:textId="77777777" w:rsidR="002550D7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>FECHA</w:t>
            </w:r>
          </w:p>
          <w:p w14:paraId="669D1E82" w14:textId="104AA81D" w:rsidR="001951D5" w:rsidRPr="00457CCC" w:rsidRDefault="00457CCC">
            <w:pPr>
              <w:spacing w:after="0"/>
              <w:rPr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 xml:space="preserve"> </w:t>
            </w:r>
            <w:r w:rsidR="002D2677">
              <w:rPr>
                <w:b/>
                <w:color w:val="0524FF"/>
                <w:lang w:val="es-ES"/>
              </w:rPr>
              <w:t>2</w:t>
            </w:r>
            <w:r w:rsidR="008E3CA5">
              <w:rPr>
                <w:b/>
                <w:color w:val="0524FF"/>
                <w:lang w:val="es-ES"/>
              </w:rPr>
              <w:t>7</w:t>
            </w:r>
            <w:r w:rsidR="00E1145C">
              <w:rPr>
                <w:b/>
                <w:color w:val="0524FF"/>
                <w:lang w:val="es-ES"/>
              </w:rPr>
              <w:t xml:space="preserve"> </w:t>
            </w:r>
            <w:r w:rsidR="0027367B">
              <w:rPr>
                <w:b/>
                <w:color w:val="0524FF"/>
                <w:lang w:val="es-ES"/>
              </w:rPr>
              <w:t xml:space="preserve">a </w:t>
            </w:r>
            <w:r w:rsidR="00A563AA">
              <w:rPr>
                <w:b/>
                <w:color w:val="0524FF"/>
                <w:lang w:val="es-ES"/>
              </w:rPr>
              <w:t>2</w:t>
            </w:r>
            <w:r w:rsidR="008E3CA5">
              <w:rPr>
                <w:b/>
                <w:color w:val="0524FF"/>
                <w:lang w:val="es-ES"/>
              </w:rPr>
              <w:t>8</w:t>
            </w:r>
            <w:r w:rsidR="00A11068" w:rsidRPr="00457CCC">
              <w:rPr>
                <w:b/>
                <w:color w:val="0524FF"/>
                <w:lang w:val="es-ES"/>
              </w:rPr>
              <w:t xml:space="preserve"> de </w:t>
            </w:r>
            <w:r w:rsidR="008E3CA5">
              <w:rPr>
                <w:b/>
                <w:color w:val="0524FF"/>
                <w:lang w:val="es-ES"/>
              </w:rPr>
              <w:t>octubre</w:t>
            </w:r>
            <w:r w:rsidR="00DA3F26" w:rsidRPr="00457CCC">
              <w:rPr>
                <w:b/>
                <w:color w:val="0524FF"/>
                <w:lang w:val="es-ES"/>
              </w:rPr>
              <w:t xml:space="preserve"> </w:t>
            </w:r>
            <w:r w:rsidR="00A11068" w:rsidRPr="00457CCC">
              <w:rPr>
                <w:b/>
                <w:color w:val="0524FF"/>
                <w:lang w:val="es-ES"/>
              </w:rPr>
              <w:t>de 2025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6FA80CB1" w:rsidR="001951D5" w:rsidRPr="00E0034F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E0034F">
              <w:rPr>
                <w:b/>
                <w:color w:val="0524FF"/>
                <w:lang w:val="es-ES"/>
              </w:rPr>
              <w:t>ACCIÓN</w:t>
            </w:r>
            <w:r w:rsidRPr="00E0034F">
              <w:rPr>
                <w:b/>
                <w:color w:val="0524FF"/>
                <w:lang w:val="es-ES"/>
              </w:rPr>
              <w:br/>
            </w:r>
            <w:r w:rsidR="00B435C3" w:rsidRPr="00E0034F">
              <w:rPr>
                <w:b/>
                <w:color w:val="0524FF"/>
                <w:lang w:val="es-ES"/>
              </w:rPr>
              <w:t>Vi</w:t>
            </w:r>
            <w:r w:rsidR="004A7D4D">
              <w:rPr>
                <w:b/>
                <w:color w:val="0524FF"/>
                <w:lang w:val="es-ES"/>
              </w:rPr>
              <w:t xml:space="preserve">aje a </w:t>
            </w:r>
            <w:r w:rsidR="008E3CA5">
              <w:rPr>
                <w:b/>
                <w:color w:val="0524FF"/>
                <w:lang w:val="es-ES"/>
              </w:rPr>
              <w:t>Barcelona</w:t>
            </w:r>
          </w:p>
        </w:tc>
      </w:tr>
    </w:tbl>
    <w:p w14:paraId="672A6659" w14:textId="77777777" w:rsidR="001951D5" w:rsidRPr="00E0034F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AC4F01" w14:paraId="5735CF19" w14:textId="77777777">
        <w:tc>
          <w:tcPr>
            <w:tcW w:w="10312" w:type="dxa"/>
          </w:tcPr>
          <w:p w14:paraId="65449E23" w14:textId="35D5FC8F" w:rsidR="001951D5" w:rsidRPr="00284F8B" w:rsidRDefault="00757486">
            <w:pPr>
              <w:spacing w:after="0"/>
              <w:rPr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 xml:space="preserve"> </w:t>
            </w:r>
            <w:r w:rsidR="00284F8B" w:rsidRPr="00284F8B">
              <w:rPr>
                <w:color w:val="222222"/>
                <w:sz w:val="16"/>
                <w:lang w:val="es-ES"/>
              </w:rPr>
              <w:br/>
            </w:r>
            <w:r w:rsidR="002D2677">
              <w:rPr>
                <w:lang w:val="es-ES"/>
              </w:rPr>
              <w:t xml:space="preserve">Asistencia a </w:t>
            </w:r>
            <w:proofErr w:type="spellStart"/>
            <w:r w:rsidR="008E3CA5">
              <w:rPr>
                <w:lang w:val="es-ES"/>
              </w:rPr>
              <w:t>NovaGob</w:t>
            </w:r>
            <w:proofErr w:type="spellEnd"/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4ADB32B1" w:rsidR="001951D5" w:rsidRDefault="00E4068D">
            <w:pPr>
              <w:spacing w:after="0"/>
            </w:pPr>
            <w:r>
              <w:rPr>
                <w:b/>
                <w:color w:val="FFFFFF"/>
              </w:rPr>
              <w:t>ARTURO CASTELLÓ</w:t>
            </w:r>
            <w:r w:rsidR="00457CCC">
              <w:rPr>
                <w:b/>
                <w:color w:val="FFFFFF"/>
              </w:rPr>
              <w:t xml:space="preserve"> - </w:t>
            </w:r>
            <w:r>
              <w:rPr>
                <w:b/>
                <w:color w:val="FFFFFF"/>
              </w:rPr>
              <w:t>SUB</w:t>
            </w:r>
            <w:r w:rsidR="00457CCC">
              <w:rPr>
                <w:b/>
                <w:color w:val="FFFFFF"/>
              </w:rPr>
              <w:t>DIRECTOR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531DD903" w:rsidR="001951D5" w:rsidRDefault="00ED7597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169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B72AA3">
              <w:rPr>
                <w:b/>
                <w:color w:val="4A4A4A"/>
                <w:sz w:val="16"/>
              </w:rPr>
              <w:t>0</w:t>
            </w:r>
            <w:r w:rsidR="00EB42D2">
              <w:rPr>
                <w:b/>
                <w:color w:val="4A4A4A"/>
                <w:sz w:val="16"/>
              </w:rPr>
              <w:t>5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2CC18EAA" w:rsidR="001951D5" w:rsidRDefault="00ED7597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00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00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18BA1772" w:rsidR="001951D5" w:rsidRDefault="0054775F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</w:t>
            </w:r>
            <w:r w:rsidR="00480A38">
              <w:rPr>
                <w:b/>
                <w:color w:val="4A4A4A"/>
                <w:sz w:val="16"/>
              </w:rPr>
              <w:t>0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00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2A07EB7E" w14:textId="77777777" w:rsidR="00290265" w:rsidRDefault="00290265" w:rsidP="00290265"/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C8435" w14:textId="77777777" w:rsidR="00AE1124" w:rsidRDefault="00AE1124">
      <w:pPr>
        <w:spacing w:after="0" w:line="240" w:lineRule="auto"/>
      </w:pPr>
      <w:r>
        <w:separator/>
      </w:r>
    </w:p>
  </w:endnote>
  <w:endnote w:type="continuationSeparator" w:id="0">
    <w:p w14:paraId="5E515B5B" w14:textId="77777777" w:rsidR="00AE1124" w:rsidRDefault="00AE1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A11068" w:rsidRDefault="004327BA">
    <w:pPr>
      <w:pStyle w:val="Piedepgina"/>
      <w:jc w:val="center"/>
      <w:rPr>
        <w:lang w:val="es-ES"/>
      </w:rPr>
    </w:pPr>
    <w:r w:rsidRPr="00A11068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CDDEF" w14:textId="77777777" w:rsidR="00AE1124" w:rsidRDefault="00AE1124">
      <w:pPr>
        <w:spacing w:after="0" w:line="240" w:lineRule="auto"/>
      </w:pPr>
      <w:r>
        <w:separator/>
      </w:r>
    </w:p>
  </w:footnote>
  <w:footnote w:type="continuationSeparator" w:id="0">
    <w:p w14:paraId="0C7BAE6D" w14:textId="77777777" w:rsidR="00AE1124" w:rsidRDefault="00AE1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254"/>
    <w:rsid w:val="00015703"/>
    <w:rsid w:val="00016C4F"/>
    <w:rsid w:val="00034616"/>
    <w:rsid w:val="0006063C"/>
    <w:rsid w:val="000655C8"/>
    <w:rsid w:val="00074558"/>
    <w:rsid w:val="0015074B"/>
    <w:rsid w:val="00150D11"/>
    <w:rsid w:val="00151662"/>
    <w:rsid w:val="0017158E"/>
    <w:rsid w:val="00182CA1"/>
    <w:rsid w:val="001951D5"/>
    <w:rsid w:val="001B4406"/>
    <w:rsid w:val="001B60B0"/>
    <w:rsid w:val="001C5FF6"/>
    <w:rsid w:val="00202605"/>
    <w:rsid w:val="00210D2C"/>
    <w:rsid w:val="002367E1"/>
    <w:rsid w:val="002501E9"/>
    <w:rsid w:val="002505B5"/>
    <w:rsid w:val="002550D7"/>
    <w:rsid w:val="0027367B"/>
    <w:rsid w:val="00284F8B"/>
    <w:rsid w:val="00290265"/>
    <w:rsid w:val="0029639D"/>
    <w:rsid w:val="002B6276"/>
    <w:rsid w:val="002D2677"/>
    <w:rsid w:val="00326F90"/>
    <w:rsid w:val="0039639B"/>
    <w:rsid w:val="004232DC"/>
    <w:rsid w:val="004327BA"/>
    <w:rsid w:val="00452879"/>
    <w:rsid w:val="00457CCC"/>
    <w:rsid w:val="004758B7"/>
    <w:rsid w:val="00480A38"/>
    <w:rsid w:val="00494D7E"/>
    <w:rsid w:val="004A7D4D"/>
    <w:rsid w:val="004B5330"/>
    <w:rsid w:val="004C158B"/>
    <w:rsid w:val="004D59BC"/>
    <w:rsid w:val="004E153E"/>
    <w:rsid w:val="004E5CD0"/>
    <w:rsid w:val="004F168B"/>
    <w:rsid w:val="0054074A"/>
    <w:rsid w:val="0054775F"/>
    <w:rsid w:val="00562B17"/>
    <w:rsid w:val="00584867"/>
    <w:rsid w:val="005A0BBC"/>
    <w:rsid w:val="005E4746"/>
    <w:rsid w:val="0061614B"/>
    <w:rsid w:val="006253A7"/>
    <w:rsid w:val="006521B1"/>
    <w:rsid w:val="006E17C0"/>
    <w:rsid w:val="006F49F2"/>
    <w:rsid w:val="00757486"/>
    <w:rsid w:val="007C63B9"/>
    <w:rsid w:val="007D2EAD"/>
    <w:rsid w:val="007E1A8E"/>
    <w:rsid w:val="00826390"/>
    <w:rsid w:val="00860734"/>
    <w:rsid w:val="008943E4"/>
    <w:rsid w:val="008D3944"/>
    <w:rsid w:val="008E3CA5"/>
    <w:rsid w:val="008F290B"/>
    <w:rsid w:val="009274C2"/>
    <w:rsid w:val="00953A20"/>
    <w:rsid w:val="00962A22"/>
    <w:rsid w:val="009C448E"/>
    <w:rsid w:val="009F4433"/>
    <w:rsid w:val="00A11068"/>
    <w:rsid w:val="00A563AA"/>
    <w:rsid w:val="00A8373F"/>
    <w:rsid w:val="00AA1649"/>
    <w:rsid w:val="00AA1D8D"/>
    <w:rsid w:val="00AC4F01"/>
    <w:rsid w:val="00AC6730"/>
    <w:rsid w:val="00AE1124"/>
    <w:rsid w:val="00B376A0"/>
    <w:rsid w:val="00B427FE"/>
    <w:rsid w:val="00B435C3"/>
    <w:rsid w:val="00B47730"/>
    <w:rsid w:val="00B72AA3"/>
    <w:rsid w:val="00BA1401"/>
    <w:rsid w:val="00BA582B"/>
    <w:rsid w:val="00BB032E"/>
    <w:rsid w:val="00BC0AB5"/>
    <w:rsid w:val="00BC6B1C"/>
    <w:rsid w:val="00BD51B9"/>
    <w:rsid w:val="00BF29AF"/>
    <w:rsid w:val="00C03A4D"/>
    <w:rsid w:val="00CB0664"/>
    <w:rsid w:val="00D53394"/>
    <w:rsid w:val="00DA3F26"/>
    <w:rsid w:val="00DD6243"/>
    <w:rsid w:val="00DF67E5"/>
    <w:rsid w:val="00E0034F"/>
    <w:rsid w:val="00E06682"/>
    <w:rsid w:val="00E07759"/>
    <w:rsid w:val="00E1145C"/>
    <w:rsid w:val="00E26423"/>
    <w:rsid w:val="00E4068D"/>
    <w:rsid w:val="00E60CEF"/>
    <w:rsid w:val="00EB42D2"/>
    <w:rsid w:val="00EC47B2"/>
    <w:rsid w:val="00ED7597"/>
    <w:rsid w:val="00F03FCC"/>
    <w:rsid w:val="00F0791E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62E53A8-4175-45B6-ADA6-9B433C6A09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B996AE-B625-4D8C-8C8C-EDD3564AA9A0}"/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4D938B7-E931-4A22-80DA-A35E1A7AC91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49</Words>
  <Characters>270</Characters>
  <Application>Microsoft Office Word</Application>
  <DocSecurity>0</DocSecurity>
  <Lines>2</Lines>
  <Paragraphs>1</Paragraphs>
  <ScaleCrop>false</ScaleCrop>
  <Manager/>
  <Company/>
  <LinksUpToDate>false</LinksUpToDate>
  <CharactersWithSpaces>318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67</cp:revision>
  <dcterms:created xsi:type="dcterms:W3CDTF">2026-09-22T06:51:00Z</dcterms:created>
  <dcterms:modified xsi:type="dcterms:W3CDTF">2026-09-28T12:06:00Z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</Properties>
</file>