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B2B9A" w14:textId="43FBCBDE" w:rsidR="1EE1BDF1" w:rsidRDefault="00C03A4D" w:rsidP="00C03A4D">
      <w:pPr>
        <w:spacing w:after="160"/>
        <w:jc w:val="right"/>
        <w:rPr>
          <w:b/>
          <w:bCs/>
          <w:color w:val="4A4A4A"/>
          <w:sz w:val="34"/>
          <w:szCs w:val="34"/>
          <w:lang w:val="es-ES"/>
        </w:rPr>
      </w:pPr>
      <w:r>
        <w:rPr>
          <w:noProof/>
        </w:rPr>
        <mc:AlternateContent>
          <mc:Choice Requires="wps">
            <w:drawing>
              <wp:inline distT="0" distB="0" distL="0" distR="0" wp14:anchorId="332574DB" wp14:editId="0367E3E8">
                <wp:extent cx="304800" cy="304800"/>
                <wp:effectExtent l="0" t="0" r="0" b="0"/>
                <wp:docPr id="1594473335" name="Rectángulo 2" descr="Fundaciò Visit València de la Comunitat Valènc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F952923" id="Rectángulo 2" o:spid="_x0000_s1026" alt="Fundaciò Visit València de la Comunitat Valènciana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1BE1D540" wp14:editId="5B52FE35">
            <wp:extent cx="3200000" cy="955400"/>
            <wp:effectExtent l="0" t="0" r="6350" b="0"/>
            <wp:docPr id="1214751831" name="Imagen 4" descr="Fundaciò Visit València de la Comunitat Valènci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undaciò Visit València de la Comunitat Valènciana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000" cy="95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E8F07A" w14:textId="5FDA72D7" w:rsidR="001951D5" w:rsidRPr="00C03A4D" w:rsidRDefault="1EE1BDF1">
      <w:pPr>
        <w:spacing w:after="160"/>
        <w:jc w:val="center"/>
        <w:rPr>
          <w:lang w:val="es-ES"/>
        </w:rPr>
      </w:pPr>
      <w:r w:rsidRPr="1EE1BDF1">
        <w:rPr>
          <w:b/>
          <w:bCs/>
          <w:color w:val="4A4A4A"/>
          <w:sz w:val="34"/>
          <w:szCs w:val="34"/>
          <w:lang w:val="es-ES"/>
        </w:rPr>
        <w:t>Ficha de viaje de órganos de gobierno y directivos (</w:t>
      </w:r>
      <w:r w:rsidR="00D837D0">
        <w:rPr>
          <w:b/>
          <w:bCs/>
          <w:color w:val="4A4A4A"/>
          <w:sz w:val="34"/>
          <w:szCs w:val="34"/>
          <w:lang w:val="es-ES"/>
        </w:rPr>
        <w:t>03</w:t>
      </w:r>
      <w:r w:rsidRPr="1EE1BDF1">
        <w:rPr>
          <w:b/>
          <w:bCs/>
          <w:color w:val="4A4A4A"/>
          <w:sz w:val="34"/>
          <w:szCs w:val="34"/>
          <w:lang w:val="es-ES"/>
        </w:rPr>
        <w:t>/202</w:t>
      </w:r>
      <w:r w:rsidR="00D837D0">
        <w:rPr>
          <w:b/>
          <w:bCs/>
          <w:color w:val="4A4A4A"/>
          <w:sz w:val="34"/>
          <w:szCs w:val="34"/>
          <w:lang w:val="es-ES"/>
        </w:rPr>
        <w:t>5</w:t>
      </w:r>
      <w:r w:rsidRPr="1EE1BDF1">
        <w:rPr>
          <w:b/>
          <w:bCs/>
          <w:color w:val="4A4A4A"/>
          <w:sz w:val="34"/>
          <w:szCs w:val="34"/>
          <w:lang w:val="es-ES"/>
        </w:rPr>
        <w:t>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56"/>
        <w:gridCol w:w="5156"/>
      </w:tblGrid>
      <w:tr w:rsidR="001951D5" w:rsidRPr="00D837D0" w14:paraId="45D138B8" w14:textId="77777777">
        <w:trPr>
          <w:jc w:val="center"/>
        </w:trPr>
        <w:tc>
          <w:tcPr>
            <w:tcW w:w="5156" w:type="dxa"/>
            <w:shd w:val="clear" w:color="auto" w:fill="F2F2F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4A02E4DE" w14:textId="77777777" w:rsidR="002550D7" w:rsidRDefault="004327BA">
            <w:pPr>
              <w:spacing w:after="0"/>
              <w:rPr>
                <w:b/>
                <w:color w:val="0524FF"/>
                <w:lang w:val="es-ES"/>
              </w:rPr>
            </w:pPr>
            <w:r w:rsidRPr="00457CCC">
              <w:rPr>
                <w:b/>
                <w:color w:val="0524FF"/>
                <w:lang w:val="es-ES"/>
              </w:rPr>
              <w:t>FECHA</w:t>
            </w:r>
          </w:p>
          <w:p w14:paraId="669D1E82" w14:textId="007E5B2B" w:rsidR="001951D5" w:rsidRPr="00457CCC" w:rsidRDefault="00457CCC">
            <w:pPr>
              <w:spacing w:after="0"/>
              <w:rPr>
                <w:lang w:val="es-ES"/>
              </w:rPr>
            </w:pPr>
            <w:r w:rsidRPr="00457CCC">
              <w:rPr>
                <w:b/>
                <w:color w:val="0524FF"/>
                <w:lang w:val="es-ES"/>
              </w:rPr>
              <w:t xml:space="preserve"> </w:t>
            </w:r>
            <w:r w:rsidR="00103AAA">
              <w:rPr>
                <w:b/>
                <w:color w:val="0524FF"/>
                <w:lang w:val="es-ES"/>
              </w:rPr>
              <w:t>0</w:t>
            </w:r>
            <w:r w:rsidR="002D2677">
              <w:rPr>
                <w:b/>
                <w:color w:val="0524FF"/>
                <w:lang w:val="es-ES"/>
              </w:rPr>
              <w:t>2</w:t>
            </w:r>
            <w:r w:rsidR="00E1145C">
              <w:rPr>
                <w:b/>
                <w:color w:val="0524FF"/>
                <w:lang w:val="es-ES"/>
              </w:rPr>
              <w:t xml:space="preserve"> </w:t>
            </w:r>
            <w:r w:rsidR="0027367B">
              <w:rPr>
                <w:b/>
                <w:color w:val="0524FF"/>
                <w:lang w:val="es-ES"/>
              </w:rPr>
              <w:t xml:space="preserve">a </w:t>
            </w:r>
            <w:r w:rsidR="00103AAA">
              <w:rPr>
                <w:b/>
                <w:color w:val="0524FF"/>
                <w:lang w:val="es-ES"/>
              </w:rPr>
              <w:t>05</w:t>
            </w:r>
            <w:r w:rsidR="00A11068" w:rsidRPr="00457CCC">
              <w:rPr>
                <w:b/>
                <w:color w:val="0524FF"/>
                <w:lang w:val="es-ES"/>
              </w:rPr>
              <w:t xml:space="preserve"> de </w:t>
            </w:r>
            <w:proofErr w:type="gramStart"/>
            <w:r w:rsidR="00103AAA">
              <w:rPr>
                <w:b/>
                <w:color w:val="0524FF"/>
                <w:lang w:val="es-ES"/>
              </w:rPr>
              <w:t>marzo</w:t>
            </w:r>
            <w:r w:rsidR="00DA3F26" w:rsidRPr="00457CCC">
              <w:rPr>
                <w:b/>
                <w:color w:val="0524FF"/>
                <w:lang w:val="es-ES"/>
              </w:rPr>
              <w:t xml:space="preserve"> </w:t>
            </w:r>
            <w:r w:rsidR="00A11068" w:rsidRPr="00457CCC">
              <w:rPr>
                <w:b/>
                <w:color w:val="0524FF"/>
                <w:lang w:val="es-ES"/>
              </w:rPr>
              <w:t xml:space="preserve"> 2025</w:t>
            </w:r>
            <w:proofErr w:type="gramEnd"/>
          </w:p>
        </w:tc>
        <w:tc>
          <w:tcPr>
            <w:tcW w:w="5156" w:type="dxa"/>
            <w:shd w:val="clear" w:color="auto" w:fill="F2F2F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15603D82" w14:textId="436A54A6" w:rsidR="001951D5" w:rsidRPr="00E0034F" w:rsidRDefault="004327BA">
            <w:pPr>
              <w:spacing w:after="0"/>
              <w:rPr>
                <w:b/>
                <w:color w:val="0524FF"/>
                <w:lang w:val="es-ES"/>
              </w:rPr>
            </w:pPr>
            <w:r w:rsidRPr="00E0034F">
              <w:rPr>
                <w:b/>
                <w:color w:val="0524FF"/>
                <w:lang w:val="es-ES"/>
              </w:rPr>
              <w:t>ACCIÓN</w:t>
            </w:r>
            <w:r w:rsidRPr="00E0034F">
              <w:rPr>
                <w:b/>
                <w:color w:val="0524FF"/>
                <w:lang w:val="es-ES"/>
              </w:rPr>
              <w:br/>
            </w:r>
            <w:r w:rsidR="00B435C3" w:rsidRPr="00E0034F">
              <w:rPr>
                <w:b/>
                <w:color w:val="0524FF"/>
                <w:lang w:val="es-ES"/>
              </w:rPr>
              <w:t>Vi</w:t>
            </w:r>
            <w:r w:rsidR="004A7D4D">
              <w:rPr>
                <w:b/>
                <w:color w:val="0524FF"/>
                <w:lang w:val="es-ES"/>
              </w:rPr>
              <w:t xml:space="preserve">aje a </w:t>
            </w:r>
            <w:r w:rsidR="008E3CA5">
              <w:rPr>
                <w:b/>
                <w:color w:val="0524FF"/>
                <w:lang w:val="es-ES"/>
              </w:rPr>
              <w:t>Barcelona</w:t>
            </w:r>
            <w:r w:rsidR="00AF77F3">
              <w:rPr>
                <w:b/>
                <w:color w:val="0524FF"/>
                <w:lang w:val="es-ES"/>
              </w:rPr>
              <w:t>_4YFN</w:t>
            </w:r>
          </w:p>
        </w:tc>
      </w:tr>
    </w:tbl>
    <w:p w14:paraId="672A6659" w14:textId="77777777" w:rsidR="001951D5" w:rsidRPr="00E0034F" w:rsidRDefault="001951D5">
      <w:pPr>
        <w:spacing w:after="0"/>
        <w:rPr>
          <w:lang w:val="es-E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312"/>
      </w:tblGrid>
      <w:tr w:rsidR="001951D5" w14:paraId="4D897B9E" w14:textId="77777777">
        <w:tc>
          <w:tcPr>
            <w:tcW w:w="10312" w:type="dxa"/>
            <w:shd w:val="clear" w:color="auto" w:fill="0524FF"/>
          </w:tcPr>
          <w:p w14:paraId="2398378D" w14:textId="77777777" w:rsidR="001951D5" w:rsidRDefault="004327BA">
            <w:pPr>
              <w:spacing w:after="0"/>
            </w:pPr>
            <w:r>
              <w:rPr>
                <w:b/>
                <w:color w:val="FFFFFF"/>
              </w:rPr>
              <w:t>JUSTIFICACIÓN DE LA ACCIÓN</w:t>
            </w:r>
          </w:p>
        </w:tc>
      </w:tr>
      <w:tr w:rsidR="001951D5" w:rsidRPr="00AC4F01" w14:paraId="5735CF19" w14:textId="77777777">
        <w:tc>
          <w:tcPr>
            <w:tcW w:w="10312" w:type="dxa"/>
          </w:tcPr>
          <w:p w14:paraId="65449E23" w14:textId="43DC25BC" w:rsidR="001951D5" w:rsidRPr="00284F8B" w:rsidRDefault="00757486">
            <w:pPr>
              <w:spacing w:after="0"/>
              <w:rPr>
                <w:lang w:val="es-ES"/>
              </w:rPr>
            </w:pPr>
            <w:r>
              <w:rPr>
                <w:color w:val="222222"/>
                <w:sz w:val="16"/>
                <w:lang w:val="es-ES"/>
              </w:rPr>
              <w:t xml:space="preserve"> </w:t>
            </w:r>
            <w:r w:rsidR="00284F8B" w:rsidRPr="00284F8B">
              <w:rPr>
                <w:color w:val="222222"/>
                <w:sz w:val="16"/>
                <w:lang w:val="es-ES"/>
              </w:rPr>
              <w:br/>
            </w:r>
            <w:r w:rsidR="002D2677">
              <w:rPr>
                <w:lang w:val="es-ES"/>
              </w:rPr>
              <w:t>Asistencia a</w:t>
            </w:r>
            <w:r w:rsidR="00211794">
              <w:rPr>
                <w:lang w:val="es-ES"/>
              </w:rPr>
              <w:t xml:space="preserve"> 4Y</w:t>
            </w:r>
            <w:r w:rsidR="00DD123D">
              <w:rPr>
                <w:lang w:val="es-ES"/>
              </w:rPr>
              <w:t>FN</w:t>
            </w:r>
          </w:p>
        </w:tc>
      </w:tr>
    </w:tbl>
    <w:p w14:paraId="0A37501D" w14:textId="77777777" w:rsidR="001951D5" w:rsidRPr="00C03A4D" w:rsidRDefault="001951D5">
      <w:pPr>
        <w:spacing w:after="0"/>
        <w:rPr>
          <w:lang w:val="es-ES"/>
        </w:rPr>
      </w:pPr>
    </w:p>
    <w:p w14:paraId="56874676" w14:textId="77777777" w:rsidR="001951D5" w:rsidRDefault="004327BA">
      <w:pPr>
        <w:spacing w:after="80"/>
      </w:pPr>
      <w:r>
        <w:rPr>
          <w:b/>
          <w:color w:val="0524FF"/>
          <w:sz w:val="22"/>
        </w:rPr>
        <w:t>DESGLOSE DE GASTOS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30"/>
        <w:gridCol w:w="2608"/>
      </w:tblGrid>
      <w:tr w:rsidR="001951D5" w14:paraId="6C6B30C0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4A4A4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40018A" w14:textId="77777777" w:rsidR="001951D5" w:rsidRDefault="004327BA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CONCEPTO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4A4A4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4B8C2F8" w14:textId="77777777" w:rsidR="001951D5" w:rsidRDefault="004327BA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IMPORTE</w:t>
            </w:r>
          </w:p>
        </w:tc>
      </w:tr>
      <w:tr w:rsidR="001951D5" w14:paraId="78E99258" w14:textId="77777777" w:rsidTr="1EE1BDF1">
        <w:trPr>
          <w:jc w:val="center"/>
        </w:trPr>
        <w:tc>
          <w:tcPr>
            <w:tcW w:w="9638" w:type="dxa"/>
            <w:gridSpan w:val="2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0524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6590313" w14:textId="41256F07" w:rsidR="001951D5" w:rsidRDefault="00211794">
            <w:pPr>
              <w:spacing w:after="0"/>
            </w:pPr>
            <w:r>
              <w:rPr>
                <w:b/>
                <w:color w:val="FFFFFF"/>
              </w:rPr>
              <w:t>PAULA LLOBET - VICEPRESIDENTA</w:t>
            </w:r>
          </w:p>
        </w:tc>
      </w:tr>
      <w:tr w:rsidR="001951D5" w14:paraId="5A58228C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47308EF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TRANSPORTE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D12F1D" w14:textId="7A21003C" w:rsidR="001951D5" w:rsidRDefault="0058300D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277</w:t>
            </w:r>
            <w:r w:rsidR="004327BA">
              <w:rPr>
                <w:b/>
                <w:color w:val="4A4A4A"/>
                <w:sz w:val="16"/>
              </w:rPr>
              <w:t>,</w:t>
            </w:r>
            <w:r>
              <w:rPr>
                <w:b/>
                <w:color w:val="4A4A4A"/>
                <w:sz w:val="16"/>
              </w:rPr>
              <w:t>29</w:t>
            </w:r>
            <w:r w:rsidR="004327BA">
              <w:rPr>
                <w:b/>
                <w:color w:val="4A4A4A"/>
                <w:sz w:val="16"/>
              </w:rPr>
              <w:t xml:space="preserve"> €</w:t>
            </w:r>
          </w:p>
        </w:tc>
      </w:tr>
      <w:tr w:rsidR="001951D5" w14:paraId="0B78A52B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D8A019C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ALOJAMIENTO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43F379C" w14:textId="128BC97F" w:rsidR="001951D5" w:rsidRDefault="00211794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659</w:t>
            </w:r>
            <w:r w:rsidR="004327BA">
              <w:rPr>
                <w:b/>
                <w:color w:val="4A4A4A"/>
                <w:sz w:val="16"/>
              </w:rPr>
              <w:t>,</w:t>
            </w:r>
            <w:r>
              <w:rPr>
                <w:b/>
                <w:color w:val="4A4A4A"/>
                <w:sz w:val="16"/>
              </w:rPr>
              <w:t>9</w:t>
            </w:r>
            <w:r w:rsidR="00ED7597">
              <w:rPr>
                <w:b/>
                <w:color w:val="4A4A4A"/>
                <w:sz w:val="16"/>
              </w:rPr>
              <w:t>0</w:t>
            </w:r>
            <w:r w:rsidR="004327BA">
              <w:rPr>
                <w:b/>
                <w:color w:val="4A4A4A"/>
                <w:sz w:val="16"/>
              </w:rPr>
              <w:t xml:space="preserve"> €</w:t>
            </w:r>
          </w:p>
        </w:tc>
      </w:tr>
      <w:tr w:rsidR="001951D5" w14:paraId="0FA16CD8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642C1E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MANUTENCIÓN Y OTROS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F1AF45" w14:textId="6AC57D4A" w:rsidR="001951D5" w:rsidRDefault="00211794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43</w:t>
            </w:r>
            <w:r w:rsidR="004327BA">
              <w:rPr>
                <w:b/>
                <w:color w:val="4A4A4A"/>
                <w:sz w:val="16"/>
              </w:rPr>
              <w:t>,</w:t>
            </w:r>
            <w:r>
              <w:rPr>
                <w:b/>
                <w:color w:val="4A4A4A"/>
                <w:sz w:val="16"/>
              </w:rPr>
              <w:t>27</w:t>
            </w:r>
            <w:r w:rsidR="004327BA">
              <w:rPr>
                <w:b/>
                <w:color w:val="4A4A4A"/>
                <w:sz w:val="16"/>
              </w:rPr>
              <w:t xml:space="preserve"> €</w:t>
            </w:r>
          </w:p>
        </w:tc>
      </w:tr>
    </w:tbl>
    <w:p w14:paraId="2A07EB7E" w14:textId="77777777" w:rsidR="00290265" w:rsidRDefault="00290265" w:rsidP="00290265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30"/>
        <w:gridCol w:w="2608"/>
      </w:tblGrid>
      <w:tr w:rsidR="002A6906" w14:paraId="292331B5" w14:textId="77777777" w:rsidTr="00556103">
        <w:trPr>
          <w:jc w:val="center"/>
        </w:trPr>
        <w:tc>
          <w:tcPr>
            <w:tcW w:w="9638" w:type="dxa"/>
            <w:gridSpan w:val="2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0524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C10BCAD" w14:textId="06F91157" w:rsidR="002A6906" w:rsidRDefault="002A6906" w:rsidP="00556103">
            <w:pPr>
              <w:spacing w:after="0"/>
            </w:pPr>
            <w:r>
              <w:rPr>
                <w:b/>
                <w:color w:val="FFFFFF"/>
              </w:rPr>
              <w:t>DAVID ROSA- DIRECTOR</w:t>
            </w:r>
          </w:p>
        </w:tc>
      </w:tr>
      <w:tr w:rsidR="002A6906" w14:paraId="753636DF" w14:textId="77777777" w:rsidTr="00556103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636C625" w14:textId="77777777" w:rsidR="002A6906" w:rsidRDefault="002A6906" w:rsidP="00556103">
            <w:pPr>
              <w:spacing w:after="0"/>
            </w:pPr>
            <w:r>
              <w:rPr>
                <w:b/>
                <w:color w:val="4A4A4A"/>
                <w:sz w:val="16"/>
              </w:rPr>
              <w:t>TRANSPORTE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E5C47AB" w14:textId="7F4F7A31" w:rsidR="002A6906" w:rsidRDefault="002A6906" w:rsidP="00556103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00,</w:t>
            </w:r>
            <w:r w:rsidR="005E2033">
              <w:rPr>
                <w:b/>
                <w:color w:val="4A4A4A"/>
                <w:sz w:val="16"/>
              </w:rPr>
              <w:t>00</w:t>
            </w:r>
            <w:r>
              <w:rPr>
                <w:b/>
                <w:color w:val="4A4A4A"/>
                <w:sz w:val="16"/>
              </w:rPr>
              <w:t xml:space="preserve"> €</w:t>
            </w:r>
          </w:p>
        </w:tc>
      </w:tr>
      <w:tr w:rsidR="002A6906" w14:paraId="78D99E06" w14:textId="77777777" w:rsidTr="00556103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BE3FB5A" w14:textId="77777777" w:rsidR="002A6906" w:rsidRDefault="002A6906" w:rsidP="00556103">
            <w:pPr>
              <w:spacing w:after="0"/>
            </w:pPr>
            <w:r>
              <w:rPr>
                <w:b/>
                <w:color w:val="4A4A4A"/>
                <w:sz w:val="16"/>
              </w:rPr>
              <w:t>ALOJAMIENTO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42E8CBA" w14:textId="530E28CE" w:rsidR="002A6906" w:rsidRDefault="005E2033" w:rsidP="00556103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1231</w:t>
            </w:r>
            <w:r w:rsidR="002A6906">
              <w:rPr>
                <w:b/>
                <w:color w:val="4A4A4A"/>
                <w:sz w:val="16"/>
              </w:rPr>
              <w:t>,9</w:t>
            </w:r>
            <w:r>
              <w:rPr>
                <w:b/>
                <w:color w:val="4A4A4A"/>
                <w:sz w:val="16"/>
              </w:rPr>
              <w:t>5</w:t>
            </w:r>
            <w:r w:rsidR="002A6906">
              <w:rPr>
                <w:b/>
                <w:color w:val="4A4A4A"/>
                <w:sz w:val="16"/>
              </w:rPr>
              <w:t xml:space="preserve"> €</w:t>
            </w:r>
          </w:p>
        </w:tc>
      </w:tr>
      <w:tr w:rsidR="002A6906" w14:paraId="3BFD15D7" w14:textId="77777777" w:rsidTr="00556103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F903FF1" w14:textId="77777777" w:rsidR="002A6906" w:rsidRDefault="002A6906" w:rsidP="00556103">
            <w:pPr>
              <w:spacing w:after="0"/>
            </w:pPr>
            <w:r>
              <w:rPr>
                <w:b/>
                <w:color w:val="4A4A4A"/>
                <w:sz w:val="16"/>
              </w:rPr>
              <w:t>MANUTENCIÓN Y OTROS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BF1F2D0" w14:textId="53B4238D" w:rsidR="002A6906" w:rsidRDefault="00787CA3" w:rsidP="00556103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737</w:t>
            </w:r>
            <w:r w:rsidR="002A6906">
              <w:rPr>
                <w:b/>
                <w:color w:val="4A4A4A"/>
                <w:sz w:val="16"/>
              </w:rPr>
              <w:t>,</w:t>
            </w:r>
            <w:r>
              <w:rPr>
                <w:b/>
                <w:color w:val="4A4A4A"/>
                <w:sz w:val="16"/>
              </w:rPr>
              <w:t>0</w:t>
            </w:r>
            <w:r w:rsidR="002A6906">
              <w:rPr>
                <w:b/>
                <w:color w:val="4A4A4A"/>
                <w:sz w:val="16"/>
              </w:rPr>
              <w:t>7 €</w:t>
            </w:r>
          </w:p>
        </w:tc>
      </w:tr>
      <w:tr w:rsidR="002A6906" w14:paraId="481EC1A8" w14:textId="77777777" w:rsidTr="00556103">
        <w:trPr>
          <w:jc w:val="center"/>
        </w:trPr>
        <w:tc>
          <w:tcPr>
            <w:tcW w:w="9638" w:type="dxa"/>
            <w:gridSpan w:val="2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0524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73BB1BE" w14:textId="45FB6887" w:rsidR="002A6906" w:rsidRDefault="00787CA3" w:rsidP="00556103">
            <w:pPr>
              <w:spacing w:after="0"/>
            </w:pPr>
            <w:r>
              <w:rPr>
                <w:b/>
                <w:color w:val="FFFFFF"/>
              </w:rPr>
              <w:t>LUCÍA CALABRIA</w:t>
            </w:r>
            <w:r w:rsidR="002A6906">
              <w:rPr>
                <w:b/>
                <w:color w:val="FFFFFF"/>
              </w:rPr>
              <w:t xml:space="preserve">- </w:t>
            </w:r>
            <w:r>
              <w:rPr>
                <w:b/>
                <w:color w:val="FFFFFF"/>
              </w:rPr>
              <w:t>SUBDIRECTORA</w:t>
            </w:r>
          </w:p>
        </w:tc>
      </w:tr>
      <w:tr w:rsidR="002A6906" w14:paraId="76D02224" w14:textId="77777777" w:rsidTr="00556103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EF818C8" w14:textId="77777777" w:rsidR="002A6906" w:rsidRDefault="002A6906" w:rsidP="00556103">
            <w:pPr>
              <w:spacing w:after="0"/>
            </w:pPr>
            <w:r>
              <w:rPr>
                <w:b/>
                <w:color w:val="4A4A4A"/>
                <w:sz w:val="16"/>
              </w:rPr>
              <w:t>TRANSPORTE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EDB86D2" w14:textId="6749BDB3" w:rsidR="002A6906" w:rsidRDefault="002A6906" w:rsidP="00556103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2</w:t>
            </w:r>
            <w:r w:rsidR="00C42708">
              <w:rPr>
                <w:b/>
                <w:color w:val="4A4A4A"/>
                <w:sz w:val="16"/>
              </w:rPr>
              <w:t>21</w:t>
            </w:r>
            <w:r>
              <w:rPr>
                <w:b/>
                <w:color w:val="4A4A4A"/>
                <w:sz w:val="16"/>
              </w:rPr>
              <w:t>,</w:t>
            </w:r>
            <w:r w:rsidR="00C42708">
              <w:rPr>
                <w:b/>
                <w:color w:val="4A4A4A"/>
                <w:sz w:val="16"/>
              </w:rPr>
              <w:t>05</w:t>
            </w:r>
            <w:r>
              <w:rPr>
                <w:b/>
                <w:color w:val="4A4A4A"/>
                <w:sz w:val="16"/>
              </w:rPr>
              <w:t xml:space="preserve"> €</w:t>
            </w:r>
          </w:p>
        </w:tc>
      </w:tr>
      <w:tr w:rsidR="002A6906" w14:paraId="17298A11" w14:textId="77777777" w:rsidTr="00556103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9BAC906" w14:textId="77777777" w:rsidR="002A6906" w:rsidRDefault="002A6906" w:rsidP="00556103">
            <w:pPr>
              <w:spacing w:after="0"/>
            </w:pPr>
            <w:r>
              <w:rPr>
                <w:b/>
                <w:color w:val="4A4A4A"/>
                <w:sz w:val="16"/>
              </w:rPr>
              <w:t>ALOJAMIENTO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DBEAE16" w14:textId="119C7D39" w:rsidR="002A6906" w:rsidRDefault="008A73EA" w:rsidP="00556103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1</w:t>
            </w:r>
            <w:r w:rsidR="00941410">
              <w:rPr>
                <w:b/>
                <w:color w:val="4A4A4A"/>
                <w:sz w:val="16"/>
              </w:rPr>
              <w:t>137,05</w:t>
            </w:r>
            <w:r w:rsidR="002A6906">
              <w:rPr>
                <w:b/>
                <w:color w:val="4A4A4A"/>
                <w:sz w:val="16"/>
              </w:rPr>
              <w:t xml:space="preserve"> €</w:t>
            </w:r>
          </w:p>
        </w:tc>
      </w:tr>
      <w:tr w:rsidR="002A6906" w14:paraId="3936BBDE" w14:textId="77777777" w:rsidTr="00556103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A25C42" w14:textId="77777777" w:rsidR="002A6906" w:rsidRDefault="002A6906" w:rsidP="00556103">
            <w:pPr>
              <w:spacing w:after="0"/>
            </w:pPr>
            <w:r>
              <w:rPr>
                <w:b/>
                <w:color w:val="4A4A4A"/>
                <w:sz w:val="16"/>
              </w:rPr>
              <w:t>MANUTENCIÓN Y OTROS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2BA1EA8" w14:textId="79A2D1AF" w:rsidR="002A6906" w:rsidRDefault="00C42708" w:rsidP="00556103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180</w:t>
            </w:r>
            <w:r w:rsidR="002A6906">
              <w:rPr>
                <w:b/>
                <w:color w:val="4A4A4A"/>
                <w:sz w:val="16"/>
              </w:rPr>
              <w:t>,</w:t>
            </w:r>
            <w:r w:rsidR="00911D80">
              <w:rPr>
                <w:b/>
                <w:color w:val="4A4A4A"/>
                <w:sz w:val="16"/>
              </w:rPr>
              <w:t>95</w:t>
            </w:r>
            <w:r w:rsidR="002A6906">
              <w:rPr>
                <w:b/>
                <w:color w:val="4A4A4A"/>
                <w:sz w:val="16"/>
              </w:rPr>
              <w:t xml:space="preserve"> €</w:t>
            </w:r>
          </w:p>
        </w:tc>
      </w:tr>
    </w:tbl>
    <w:p w14:paraId="3FBCD8A2" w14:textId="77777777" w:rsidR="00562B17" w:rsidRDefault="00562B17"/>
    <w:sectPr w:rsidR="00562B17" w:rsidSect="00034616">
      <w:headerReference w:type="default" r:id="rId12"/>
      <w:footerReference w:type="default" r:id="rId13"/>
      <w:pgSz w:w="12240" w:h="15840"/>
      <w:pgMar w:top="680" w:right="964" w:bottom="624" w:left="964" w:header="22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BD830A" w14:textId="77777777" w:rsidR="003A750E" w:rsidRDefault="003A750E">
      <w:pPr>
        <w:spacing w:after="0" w:line="240" w:lineRule="auto"/>
      </w:pPr>
      <w:r>
        <w:separator/>
      </w:r>
    </w:p>
  </w:endnote>
  <w:endnote w:type="continuationSeparator" w:id="0">
    <w:p w14:paraId="2ECF11FC" w14:textId="77777777" w:rsidR="003A750E" w:rsidRDefault="003A75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36C3E" w14:textId="77777777" w:rsidR="001951D5" w:rsidRPr="00A11068" w:rsidRDefault="004327BA">
    <w:pPr>
      <w:pStyle w:val="Piedepgina"/>
      <w:jc w:val="center"/>
      <w:rPr>
        <w:lang w:val="es-ES"/>
      </w:rPr>
    </w:pPr>
    <w:r w:rsidRPr="00A11068">
      <w:rPr>
        <w:color w:val="7F7F7F"/>
        <w:sz w:val="14"/>
        <w:lang w:val="es-ES"/>
      </w:rPr>
      <w:t>VALÈNCIA INNOVATION CAPITAL · PORTAL DE TRANSPARENCIA · VIAJES DE ÓRGANOS DE GOBIERNO Y DIRECTIVOS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B31573" w14:textId="77777777" w:rsidR="003A750E" w:rsidRDefault="003A750E">
      <w:pPr>
        <w:spacing w:after="0" w:line="240" w:lineRule="auto"/>
      </w:pPr>
      <w:r>
        <w:separator/>
      </w:r>
    </w:p>
  </w:footnote>
  <w:footnote w:type="continuationSeparator" w:id="0">
    <w:p w14:paraId="066B622D" w14:textId="77777777" w:rsidR="003A750E" w:rsidRDefault="003A75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0A45B" w14:textId="77777777" w:rsidR="004327BA" w:rsidRDefault="004327BA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83987244">
    <w:abstractNumId w:val="8"/>
  </w:num>
  <w:num w:numId="2" w16cid:durableId="1128010817">
    <w:abstractNumId w:val="6"/>
  </w:num>
  <w:num w:numId="3" w16cid:durableId="1630014755">
    <w:abstractNumId w:val="5"/>
  </w:num>
  <w:num w:numId="4" w16cid:durableId="1654217747">
    <w:abstractNumId w:val="4"/>
  </w:num>
  <w:num w:numId="5" w16cid:durableId="2140613445">
    <w:abstractNumId w:val="7"/>
  </w:num>
  <w:num w:numId="6" w16cid:durableId="618797124">
    <w:abstractNumId w:val="3"/>
  </w:num>
  <w:num w:numId="7" w16cid:durableId="1978026384">
    <w:abstractNumId w:val="2"/>
  </w:num>
  <w:num w:numId="8" w16cid:durableId="842203618">
    <w:abstractNumId w:val="1"/>
  </w:num>
  <w:num w:numId="9" w16cid:durableId="869953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2254"/>
    <w:rsid w:val="00015703"/>
    <w:rsid w:val="00016C4F"/>
    <w:rsid w:val="00034616"/>
    <w:rsid w:val="0006063C"/>
    <w:rsid w:val="000655C8"/>
    <w:rsid w:val="00074558"/>
    <w:rsid w:val="00103AAA"/>
    <w:rsid w:val="0015074B"/>
    <w:rsid w:val="00150D11"/>
    <w:rsid w:val="00151662"/>
    <w:rsid w:val="0017158E"/>
    <w:rsid w:val="00182CA1"/>
    <w:rsid w:val="001875AC"/>
    <w:rsid w:val="001951D5"/>
    <w:rsid w:val="001B4406"/>
    <w:rsid w:val="001B60B0"/>
    <w:rsid w:val="001C5FF6"/>
    <w:rsid w:val="00202605"/>
    <w:rsid w:val="00210D2C"/>
    <w:rsid w:val="00211794"/>
    <w:rsid w:val="002367E1"/>
    <w:rsid w:val="002501E9"/>
    <w:rsid w:val="002505B5"/>
    <w:rsid w:val="002550D7"/>
    <w:rsid w:val="0027367B"/>
    <w:rsid w:val="00284F8B"/>
    <w:rsid w:val="00290265"/>
    <w:rsid w:val="0029639D"/>
    <w:rsid w:val="002A6906"/>
    <w:rsid w:val="002B6276"/>
    <w:rsid w:val="002D2677"/>
    <w:rsid w:val="00326F90"/>
    <w:rsid w:val="0039639B"/>
    <w:rsid w:val="003A750E"/>
    <w:rsid w:val="00406C79"/>
    <w:rsid w:val="004232DC"/>
    <w:rsid w:val="004327BA"/>
    <w:rsid w:val="00452879"/>
    <w:rsid w:val="00457CCC"/>
    <w:rsid w:val="004758B7"/>
    <w:rsid w:val="00480A38"/>
    <w:rsid w:val="00494D7E"/>
    <w:rsid w:val="004A7D4D"/>
    <w:rsid w:val="004B5330"/>
    <w:rsid w:val="004C158B"/>
    <w:rsid w:val="004D59BC"/>
    <w:rsid w:val="004E153E"/>
    <w:rsid w:val="004E5CD0"/>
    <w:rsid w:val="004F168B"/>
    <w:rsid w:val="0054074A"/>
    <w:rsid w:val="0054775F"/>
    <w:rsid w:val="00562B17"/>
    <w:rsid w:val="0058300D"/>
    <w:rsid w:val="00584867"/>
    <w:rsid w:val="005A0BBC"/>
    <w:rsid w:val="005E2033"/>
    <w:rsid w:val="005E4746"/>
    <w:rsid w:val="0061614B"/>
    <w:rsid w:val="006253A7"/>
    <w:rsid w:val="006E17C0"/>
    <w:rsid w:val="006F49F2"/>
    <w:rsid w:val="00757486"/>
    <w:rsid w:val="00787CA3"/>
    <w:rsid w:val="007C63B9"/>
    <w:rsid w:val="007D2EAD"/>
    <w:rsid w:val="007E1A8E"/>
    <w:rsid w:val="00826390"/>
    <w:rsid w:val="00860734"/>
    <w:rsid w:val="008943E4"/>
    <w:rsid w:val="008A73EA"/>
    <w:rsid w:val="008D3944"/>
    <w:rsid w:val="008E3CA5"/>
    <w:rsid w:val="008F290B"/>
    <w:rsid w:val="00911D80"/>
    <w:rsid w:val="009274C2"/>
    <w:rsid w:val="00941410"/>
    <w:rsid w:val="00953A20"/>
    <w:rsid w:val="00962A22"/>
    <w:rsid w:val="009C448E"/>
    <w:rsid w:val="009F4433"/>
    <w:rsid w:val="00A11068"/>
    <w:rsid w:val="00A563AA"/>
    <w:rsid w:val="00A8373F"/>
    <w:rsid w:val="00AA1649"/>
    <w:rsid w:val="00AA1D8D"/>
    <w:rsid w:val="00AC4F01"/>
    <w:rsid w:val="00AC6730"/>
    <w:rsid w:val="00AF77F3"/>
    <w:rsid w:val="00B376A0"/>
    <w:rsid w:val="00B427FE"/>
    <w:rsid w:val="00B435C3"/>
    <w:rsid w:val="00B47730"/>
    <w:rsid w:val="00B72AA3"/>
    <w:rsid w:val="00BA1401"/>
    <w:rsid w:val="00BA582B"/>
    <w:rsid w:val="00BB032E"/>
    <w:rsid w:val="00BC0AB5"/>
    <w:rsid w:val="00BC6B1C"/>
    <w:rsid w:val="00BD51B9"/>
    <w:rsid w:val="00BF29AF"/>
    <w:rsid w:val="00C03A4D"/>
    <w:rsid w:val="00C42708"/>
    <w:rsid w:val="00CB0664"/>
    <w:rsid w:val="00D53394"/>
    <w:rsid w:val="00D837D0"/>
    <w:rsid w:val="00DA3F26"/>
    <w:rsid w:val="00DD123D"/>
    <w:rsid w:val="00DD6243"/>
    <w:rsid w:val="00DF67E5"/>
    <w:rsid w:val="00E0034F"/>
    <w:rsid w:val="00E06682"/>
    <w:rsid w:val="00E07759"/>
    <w:rsid w:val="00E1145C"/>
    <w:rsid w:val="00E26423"/>
    <w:rsid w:val="00E4068D"/>
    <w:rsid w:val="00E60CEF"/>
    <w:rsid w:val="00EB42D2"/>
    <w:rsid w:val="00EC47B2"/>
    <w:rsid w:val="00ED7597"/>
    <w:rsid w:val="00F0791E"/>
    <w:rsid w:val="00F57065"/>
    <w:rsid w:val="00FC693F"/>
    <w:rsid w:val="1EE1BDF1"/>
    <w:rsid w:val="412F6A8A"/>
    <w:rsid w:val="731E0DC1"/>
    <w:rsid w:val="756E7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FB2DC1E1-B5D9-443E-8D55-9A13C830C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66b9bb20-c38a-4224-82c8-e2f80ecaa450" xsi:nil="true"/>
    <_ip_UnifiedCompliancePolicyProperties xmlns="http://schemas.microsoft.com/sharepoint/v3" xsi:nil="true"/>
    <lcf76f155ced4ddcb4097134ff3c332f xmlns="d914ba67-df02-42bb-95f8-0b416e1c5afa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E7680CF482CD409D49F99C79659434" ma:contentTypeVersion="21" ma:contentTypeDescription="Create a new document." ma:contentTypeScope="" ma:versionID="1a12444c5c8768e0c9a0f33e8fb29c25">
  <xsd:schema xmlns:xsd="http://www.w3.org/2001/XMLSchema" xmlns:xs="http://www.w3.org/2001/XMLSchema" xmlns:p="http://schemas.microsoft.com/office/2006/metadata/properties" xmlns:ns1="http://schemas.microsoft.com/sharepoint/v3" xmlns:ns2="d914ba67-df02-42bb-95f8-0b416e1c5afa" xmlns:ns3="66b9bb20-c38a-4224-82c8-e2f80ecaa450" targetNamespace="http://schemas.microsoft.com/office/2006/metadata/properties" ma:root="true" ma:fieldsID="1aca8b240d494778fe108edc6758d95a" ns1:_="" ns2:_="" ns3:_="">
    <xsd:import namespace="http://schemas.microsoft.com/sharepoint/v3"/>
    <xsd:import namespace="d914ba67-df02-42bb-95f8-0b416e1c5afa"/>
    <xsd:import namespace="66b9bb20-c38a-4224-82c8-e2f80ecaa4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14ba67-df02-42bb-95f8-0b416e1c5a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690d59a-9708-4bb4-9d94-ce5cd6e8de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b9bb20-c38a-4224-82c8-e2f80ecaa45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0cd141e-dd42-4216-8448-648c851ba018}" ma:internalName="TaxCatchAll" ma:showField="CatchAllData" ma:web="66b9bb20-c38a-4224-82c8-e2f80ecaa4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EE1BD42-22A9-4950-9316-BFB6998EF609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6b9bb20-c38a-4224-82c8-e2f80ecaa450"/>
    <ds:schemaRef ds:uri="d914ba67-df02-42bb-95f8-0b416e1c5afa"/>
  </ds:schemaRefs>
</ds:datastoreItem>
</file>

<file path=customXml/itemProps3.xml><?xml version="1.0" encoding="utf-8"?>
<ds:datastoreItem xmlns:ds="http://schemas.openxmlformats.org/officeDocument/2006/customXml" ds:itemID="{E575B7C6-FD15-457C-B973-381F9D37179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DA68B87-D62B-438B-96CB-4306B3B3586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1</Pages>
  <Words>79</Words>
  <Characters>438</Characters>
  <Application>Microsoft Office Word</Application>
  <DocSecurity>0</DocSecurity>
  <Lines>3</Lines>
  <Paragraphs>1</Paragraphs>
  <ScaleCrop>false</ScaleCrop>
  <Manager/>
  <Company/>
  <LinksUpToDate>false</LinksUpToDate>
  <CharactersWithSpaces>516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Maricruz Cádiz</dc:creator>
  <cp:keywords/>
  <dc:description>generated by python-docx</dc:description>
  <cp:lastModifiedBy>Sonia Navarro</cp:lastModifiedBy>
  <cp:revision>78</cp:revision>
  <dcterms:created xsi:type="dcterms:W3CDTF">2026-09-22T06:51:00Z</dcterms:created>
  <dcterms:modified xsi:type="dcterms:W3CDTF">2026-09-28T12:18:00Z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0x01010029E7680CF482CD409D49F99C79659434</vt:lpwstr>
  </property>
  <property fmtid="{D5CDD505-2E9C-101B-9397-08002B2CF9AE}" pid="3" name="MediaServiceImageTags">
    <vt:lpwstr/>
  </property>
</Properties>
</file>