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0924C0C6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825FF7">
        <w:rPr>
          <w:b/>
          <w:bCs/>
          <w:color w:val="4A4A4A"/>
          <w:sz w:val="34"/>
          <w:szCs w:val="34"/>
          <w:lang w:val="es-ES"/>
        </w:rPr>
        <w:t>02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F006DB">
        <w:rPr>
          <w:b/>
          <w:bCs/>
          <w:color w:val="4A4A4A"/>
          <w:sz w:val="34"/>
          <w:szCs w:val="34"/>
          <w:lang w:val="es-ES"/>
        </w:rPr>
        <w:t>4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413393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229A7D34" w:rsidR="001951D5" w:rsidRPr="00413393" w:rsidRDefault="004327BA">
            <w:pPr>
              <w:spacing w:after="0"/>
              <w:rPr>
                <w:lang w:val="es-ES"/>
              </w:rPr>
            </w:pPr>
            <w:r w:rsidRPr="00413393">
              <w:rPr>
                <w:b/>
                <w:color w:val="0524FF"/>
                <w:lang w:val="es-ES"/>
              </w:rPr>
              <w:t>FECHA</w:t>
            </w:r>
            <w:r w:rsidRPr="00413393">
              <w:rPr>
                <w:b/>
                <w:color w:val="0524FF"/>
                <w:lang w:val="es-ES"/>
              </w:rPr>
              <w:br/>
            </w:r>
            <w:r w:rsidR="00825FF7">
              <w:rPr>
                <w:b/>
                <w:color w:val="0524FF"/>
                <w:lang w:val="es-ES"/>
              </w:rPr>
              <w:t>26</w:t>
            </w:r>
            <w:r w:rsidR="009B064D">
              <w:rPr>
                <w:b/>
                <w:color w:val="0524FF"/>
                <w:lang w:val="es-ES"/>
              </w:rPr>
              <w:t xml:space="preserve"> a</w:t>
            </w:r>
            <w:r w:rsidR="00413393">
              <w:rPr>
                <w:b/>
                <w:color w:val="0524FF"/>
                <w:lang w:val="es-ES"/>
              </w:rPr>
              <w:t xml:space="preserve"> </w:t>
            </w:r>
            <w:r w:rsidR="008718BC">
              <w:rPr>
                <w:b/>
                <w:color w:val="0524FF"/>
                <w:lang w:val="es-ES"/>
              </w:rPr>
              <w:t>2</w:t>
            </w:r>
            <w:r w:rsidR="00825FF7">
              <w:rPr>
                <w:b/>
                <w:color w:val="0524FF"/>
                <w:lang w:val="es-ES"/>
              </w:rPr>
              <w:t>9</w:t>
            </w:r>
            <w:r w:rsidR="009B064D">
              <w:rPr>
                <w:b/>
                <w:color w:val="0524FF"/>
                <w:lang w:val="es-ES"/>
              </w:rPr>
              <w:t xml:space="preserve"> </w:t>
            </w:r>
            <w:r w:rsidR="00825FF7">
              <w:rPr>
                <w:b/>
                <w:color w:val="0524FF"/>
                <w:lang w:val="es-ES"/>
              </w:rPr>
              <w:t>febrero</w:t>
            </w:r>
            <w:r w:rsidR="00413393">
              <w:rPr>
                <w:b/>
                <w:color w:val="0524FF"/>
                <w:lang w:val="es-ES"/>
              </w:rPr>
              <w:t xml:space="preserve"> de 2024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0FB2EA84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D1551D" w:rsidRPr="00D1551D">
              <w:rPr>
                <w:b/>
                <w:color w:val="0524FF"/>
                <w:lang w:val="es-ES"/>
              </w:rPr>
              <w:t>4 Years From Now 2024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D1551D" w14:paraId="5735CF19" w14:textId="77777777">
        <w:tc>
          <w:tcPr>
            <w:tcW w:w="10312" w:type="dxa"/>
          </w:tcPr>
          <w:p w14:paraId="65449E23" w14:textId="5D48D950" w:rsidR="001951D5" w:rsidRPr="00C03A4D" w:rsidRDefault="00634331" w:rsidP="00634331">
            <w:pPr>
              <w:spacing w:after="0"/>
              <w:rPr>
                <w:lang w:val="es-ES"/>
              </w:rPr>
            </w:pPr>
            <w:r w:rsidRPr="00634331">
              <w:rPr>
                <w:b/>
                <w:bCs/>
                <w:color w:val="222222"/>
                <w:sz w:val="16"/>
                <w:lang w:val="es-ES"/>
              </w:rPr>
              <w:t>evento de emprendimiento</w:t>
            </w:r>
            <w:r>
              <w:rPr>
                <w:b/>
                <w:bCs/>
                <w:color w:val="222222"/>
                <w:sz w:val="16"/>
                <w:lang w:val="es-ES"/>
              </w:rPr>
              <w:t xml:space="preserve"> </w:t>
            </w:r>
            <w:r w:rsidRPr="00634331">
              <w:rPr>
                <w:b/>
                <w:bCs/>
                <w:color w:val="222222"/>
                <w:sz w:val="16"/>
                <w:lang w:val="es-ES"/>
              </w:rPr>
              <w:t>innovador 4YFN</w:t>
            </w:r>
            <w:r>
              <w:rPr>
                <w:b/>
                <w:bCs/>
                <w:color w:val="222222"/>
                <w:sz w:val="16"/>
                <w:lang w:val="es-ES"/>
              </w:rPr>
              <w:t>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  <w:rPr>
          <w:b/>
          <w:color w:val="0524FF"/>
          <w:sz w:val="22"/>
        </w:rPr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DC7713" w14:paraId="58E53E9C" w14:textId="77777777" w:rsidTr="00DC7713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46F9AD" w14:textId="76220CB0" w:rsidR="00DC7713" w:rsidRPr="00DC7713" w:rsidRDefault="00DC7713" w:rsidP="00B43CE7">
            <w:pPr>
              <w:spacing w:after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PAULA LLOBET</w:t>
            </w:r>
            <w:r>
              <w:rPr>
                <w:b/>
                <w:color w:val="FFFFFF"/>
              </w:rPr>
              <w:t xml:space="preserve"> -</w:t>
            </w:r>
            <w:r>
              <w:rPr>
                <w:b/>
                <w:color w:val="FFFFFF"/>
              </w:rPr>
              <w:t xml:space="preserve"> VICEPRESIDENTA</w:t>
            </w:r>
          </w:p>
        </w:tc>
      </w:tr>
      <w:tr w:rsidR="00DC7713" w14:paraId="5A6A1A74" w14:textId="77777777" w:rsidTr="00B43CE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9FD291" w14:textId="77777777" w:rsidR="00DC7713" w:rsidRDefault="00DC7713" w:rsidP="00B43CE7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5DF419" w14:textId="600DC2D6" w:rsidR="00DC7713" w:rsidRDefault="001F231D" w:rsidP="00B43CE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314,29</w:t>
            </w:r>
            <w:r w:rsidR="00DC7713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DC7713" w14:paraId="733CAEEF" w14:textId="77777777" w:rsidTr="00B43CE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85B6E6" w14:textId="77777777" w:rsidR="00DC7713" w:rsidRDefault="00DC7713" w:rsidP="00B43CE7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C65878" w14:textId="1F8217F2" w:rsidR="00DC7713" w:rsidRDefault="00DC7713" w:rsidP="00B43CE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 xml:space="preserve">00,00 </w:t>
            </w:r>
            <w:r>
              <w:rPr>
                <w:b/>
                <w:color w:val="4A4A4A"/>
                <w:sz w:val="16"/>
              </w:rPr>
              <w:t>€</w:t>
            </w:r>
          </w:p>
        </w:tc>
      </w:tr>
      <w:tr w:rsidR="00DC7713" w14:paraId="5F085430" w14:textId="77777777" w:rsidTr="00B43CE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1001A1" w14:textId="77777777" w:rsidR="00DC7713" w:rsidRDefault="00DC7713" w:rsidP="00B43CE7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1B729A" w14:textId="777043EA" w:rsidR="00DC7713" w:rsidRDefault="00DC7713" w:rsidP="00B43CE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 xml:space="preserve">00,00 </w:t>
            </w:r>
            <w:r>
              <w:rPr>
                <w:b/>
                <w:color w:val="4A4A4A"/>
                <w:sz w:val="16"/>
              </w:rPr>
              <w:t>€</w:t>
            </w:r>
          </w:p>
        </w:tc>
      </w:tr>
      <w:tr w:rsidR="00114AF8" w14:paraId="46A6D545" w14:textId="77777777" w:rsidTr="00526C27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ACC24C" w14:textId="41D87E30" w:rsidR="00114AF8" w:rsidRDefault="00677A92" w:rsidP="00526C27">
            <w:pPr>
              <w:spacing w:after="0"/>
            </w:pPr>
            <w:r>
              <w:rPr>
                <w:b/>
                <w:color w:val="FFFFFF"/>
              </w:rPr>
              <w:t>LUCIA CALABRIA</w:t>
            </w:r>
            <w:r w:rsidR="00114AF8">
              <w:rPr>
                <w:b/>
                <w:color w:val="FFFFFF"/>
              </w:rPr>
              <w:t xml:space="preserve"> - SUBDIRECTOR</w:t>
            </w:r>
            <w:r>
              <w:rPr>
                <w:b/>
                <w:color w:val="FFFFFF"/>
              </w:rPr>
              <w:t>A</w:t>
            </w:r>
          </w:p>
        </w:tc>
      </w:tr>
      <w:tr w:rsidR="00114AF8" w14:paraId="2F2E598C" w14:textId="77777777" w:rsidTr="00526C2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5094FB" w14:textId="77777777" w:rsidR="00114AF8" w:rsidRDefault="00114AF8" w:rsidP="00526C27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701DA6" w14:textId="5363DB03" w:rsidR="00114AF8" w:rsidRDefault="002A007C" w:rsidP="00526C2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238,00</w:t>
            </w:r>
            <w:r w:rsidR="00114AF8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14AF8" w14:paraId="30B6F3BC" w14:textId="77777777" w:rsidTr="00526C2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2E2D99" w14:textId="77777777" w:rsidR="00114AF8" w:rsidRDefault="00114AF8" w:rsidP="00526C27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9802FA" w14:textId="09789D8E" w:rsidR="00114AF8" w:rsidRDefault="008C578E" w:rsidP="00526C2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1113,53</w:t>
            </w:r>
            <w:r w:rsidR="00114AF8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14AF8" w14:paraId="0E279AEF" w14:textId="77777777" w:rsidTr="00526C2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B12EA3" w14:textId="77777777" w:rsidR="00114AF8" w:rsidRDefault="00114AF8" w:rsidP="00526C27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571E06" w14:textId="1E961375" w:rsidR="00114AF8" w:rsidRDefault="006A1276" w:rsidP="00526C2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288,84</w:t>
            </w:r>
            <w:r w:rsidR="00114AF8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E40AC0" w14:paraId="1FD2EB09" w14:textId="77777777" w:rsidTr="00B43CE7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BF815E" w14:textId="74835353" w:rsidR="00E40AC0" w:rsidRDefault="00E40AC0" w:rsidP="00B43CE7">
            <w:pPr>
              <w:spacing w:after="0"/>
            </w:pPr>
            <w:r>
              <w:rPr>
                <w:b/>
                <w:color w:val="FFFFFF"/>
              </w:rPr>
              <w:t xml:space="preserve">DAVID ROSA </w:t>
            </w:r>
            <w:r>
              <w:rPr>
                <w:b/>
                <w:color w:val="FFFFFF"/>
              </w:rPr>
              <w:t>- SUBDIRECTOR</w:t>
            </w:r>
          </w:p>
        </w:tc>
      </w:tr>
      <w:tr w:rsidR="00E40AC0" w14:paraId="20818601" w14:textId="77777777" w:rsidTr="00B43CE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8F83B8" w14:textId="77777777" w:rsidR="00E40AC0" w:rsidRDefault="00E40AC0" w:rsidP="00B43CE7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BD26AD" w14:textId="6029DFA5" w:rsidR="00E40AC0" w:rsidRDefault="002A007C" w:rsidP="00B43CE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248</w:t>
            </w:r>
            <w:r w:rsidR="00E40AC0">
              <w:rPr>
                <w:b/>
                <w:color w:val="4A4A4A"/>
                <w:sz w:val="16"/>
              </w:rPr>
              <w:t>,00 €</w:t>
            </w:r>
          </w:p>
        </w:tc>
      </w:tr>
      <w:tr w:rsidR="00E40AC0" w14:paraId="7B813B4B" w14:textId="77777777" w:rsidTr="00B43CE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FE8EF6" w14:textId="77777777" w:rsidR="00E40AC0" w:rsidRDefault="00E40AC0" w:rsidP="00B43CE7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BF287D" w14:textId="3675DB92" w:rsidR="00E40AC0" w:rsidRDefault="008C578E" w:rsidP="00B43CE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1113,53</w:t>
            </w:r>
            <w:r w:rsidR="00E40AC0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E40AC0" w14:paraId="64D94F07" w14:textId="77777777" w:rsidTr="00B43CE7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CC9E10" w14:textId="77777777" w:rsidR="00E40AC0" w:rsidRDefault="00E40AC0" w:rsidP="00B43CE7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D8A25A" w14:textId="6FE63A71" w:rsidR="00E40AC0" w:rsidRDefault="006A1276" w:rsidP="00B43CE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237,35</w:t>
            </w:r>
            <w:r w:rsidR="00E40AC0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8B9C3" w14:textId="77777777" w:rsidR="00E90C9F" w:rsidRDefault="00E90C9F">
      <w:pPr>
        <w:spacing w:after="0" w:line="240" w:lineRule="auto"/>
      </w:pPr>
      <w:r>
        <w:separator/>
      </w:r>
    </w:p>
  </w:endnote>
  <w:endnote w:type="continuationSeparator" w:id="0">
    <w:p w14:paraId="66DE3066" w14:textId="77777777" w:rsidR="00E90C9F" w:rsidRDefault="00E90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413393" w:rsidRDefault="004327BA">
    <w:pPr>
      <w:pStyle w:val="Piedepgina"/>
      <w:jc w:val="center"/>
      <w:rPr>
        <w:lang w:val="es-ES"/>
      </w:rPr>
    </w:pPr>
    <w:r w:rsidRPr="00413393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6BBDE" w14:textId="77777777" w:rsidR="00E90C9F" w:rsidRDefault="00E90C9F">
      <w:pPr>
        <w:spacing w:after="0" w:line="240" w:lineRule="auto"/>
      </w:pPr>
      <w:r>
        <w:separator/>
      </w:r>
    </w:p>
  </w:footnote>
  <w:footnote w:type="continuationSeparator" w:id="0">
    <w:p w14:paraId="1530EC09" w14:textId="77777777" w:rsidR="00E90C9F" w:rsidRDefault="00E90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4AE"/>
    <w:rsid w:val="00034616"/>
    <w:rsid w:val="0006063C"/>
    <w:rsid w:val="00092752"/>
    <w:rsid w:val="00114AF8"/>
    <w:rsid w:val="0015074B"/>
    <w:rsid w:val="0015434D"/>
    <w:rsid w:val="00162DA5"/>
    <w:rsid w:val="0017158E"/>
    <w:rsid w:val="001951D5"/>
    <w:rsid w:val="00197A4C"/>
    <w:rsid w:val="001B6134"/>
    <w:rsid w:val="001F231D"/>
    <w:rsid w:val="00245680"/>
    <w:rsid w:val="0029639D"/>
    <w:rsid w:val="002A007C"/>
    <w:rsid w:val="00321B02"/>
    <w:rsid w:val="00326F90"/>
    <w:rsid w:val="00365536"/>
    <w:rsid w:val="00413393"/>
    <w:rsid w:val="004327BA"/>
    <w:rsid w:val="004643FF"/>
    <w:rsid w:val="005101E3"/>
    <w:rsid w:val="00562B17"/>
    <w:rsid w:val="00577732"/>
    <w:rsid w:val="006253A7"/>
    <w:rsid w:val="00634331"/>
    <w:rsid w:val="00647AD6"/>
    <w:rsid w:val="00677A92"/>
    <w:rsid w:val="006A1276"/>
    <w:rsid w:val="00732260"/>
    <w:rsid w:val="007333AB"/>
    <w:rsid w:val="007C6A14"/>
    <w:rsid w:val="00806FA6"/>
    <w:rsid w:val="00825FF7"/>
    <w:rsid w:val="008718BC"/>
    <w:rsid w:val="008A264A"/>
    <w:rsid w:val="008A702A"/>
    <w:rsid w:val="008A7EF1"/>
    <w:rsid w:val="008C4DC9"/>
    <w:rsid w:val="008C578E"/>
    <w:rsid w:val="009B064D"/>
    <w:rsid w:val="00A46102"/>
    <w:rsid w:val="00AA1D8D"/>
    <w:rsid w:val="00AB1161"/>
    <w:rsid w:val="00AC497C"/>
    <w:rsid w:val="00AE4CEF"/>
    <w:rsid w:val="00B47730"/>
    <w:rsid w:val="00B51168"/>
    <w:rsid w:val="00BC359D"/>
    <w:rsid w:val="00C03A4D"/>
    <w:rsid w:val="00CA3578"/>
    <w:rsid w:val="00CB0664"/>
    <w:rsid w:val="00D04826"/>
    <w:rsid w:val="00D1551D"/>
    <w:rsid w:val="00DB0C68"/>
    <w:rsid w:val="00DC36BB"/>
    <w:rsid w:val="00DC7713"/>
    <w:rsid w:val="00E271EF"/>
    <w:rsid w:val="00E40AC0"/>
    <w:rsid w:val="00E90C9F"/>
    <w:rsid w:val="00E93E5B"/>
    <w:rsid w:val="00ED13DF"/>
    <w:rsid w:val="00EF5A69"/>
    <w:rsid w:val="00F006DB"/>
    <w:rsid w:val="00F0791E"/>
    <w:rsid w:val="00F10702"/>
    <w:rsid w:val="00F57065"/>
    <w:rsid w:val="00F94117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E7680CF482CD409D49F99C79659434" ma:contentTypeVersion="21" ma:contentTypeDescription="Crear nuevo documento." ma:contentTypeScope="" ma:versionID="acf6850a4a0c542f6756a8445fff5250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56d17962f0cdb868c55aba6c644cf0f5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E29758-B43E-45A6-81B1-DD0C8952E8E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17028A-FB34-420B-AFAB-9E01620E0DA3}"/>
</file>

<file path=customXml/itemProps4.xml><?xml version="1.0" encoding="utf-8"?>
<ds:datastoreItem xmlns:ds="http://schemas.openxmlformats.org/officeDocument/2006/customXml" ds:itemID="{87B96F78-2C71-4BFB-9DD2-0F8E21C49D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80</Words>
  <Characters>443</Characters>
  <Application>Microsoft Office Word</Application>
  <DocSecurity>0</DocSecurity>
  <Lines>3</Lines>
  <Paragraphs>1</Paragraphs>
  <ScaleCrop>false</ScaleCrop>
  <Manager/>
  <Company/>
  <LinksUpToDate>false</LinksUpToDate>
  <CharactersWithSpaces>522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39</cp:revision>
  <dcterms:created xsi:type="dcterms:W3CDTF">2026-09-22T06:51:00Z</dcterms:created>
  <dcterms:modified xsi:type="dcterms:W3CDTF">2026-09-28T15:49:00Z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