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5ED17F0C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C90538">
        <w:rPr>
          <w:b/>
          <w:bCs/>
          <w:color w:val="4A4A4A"/>
          <w:sz w:val="34"/>
          <w:szCs w:val="34"/>
          <w:lang w:val="es-ES"/>
        </w:rPr>
        <w:t>10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C90538">
        <w:rPr>
          <w:b/>
          <w:bCs/>
          <w:color w:val="4A4A4A"/>
          <w:sz w:val="34"/>
          <w:szCs w:val="34"/>
          <w:lang w:val="es-ES"/>
        </w:rPr>
        <w:t>4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4C5796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2F1B276C" w:rsidR="001951D5" w:rsidRPr="004C5796" w:rsidRDefault="004327BA">
            <w:pPr>
              <w:spacing w:after="0"/>
              <w:rPr>
                <w:lang w:val="es-ES"/>
              </w:rPr>
            </w:pPr>
            <w:r w:rsidRPr="004C5796">
              <w:rPr>
                <w:b/>
                <w:color w:val="0524FF"/>
                <w:lang w:val="es-ES"/>
              </w:rPr>
              <w:t>FECHA</w:t>
            </w:r>
            <w:r w:rsidRPr="004C5796">
              <w:rPr>
                <w:b/>
                <w:color w:val="0524FF"/>
                <w:lang w:val="es-ES"/>
              </w:rPr>
              <w:br/>
            </w:r>
            <w:r w:rsidR="004C737C">
              <w:rPr>
                <w:b/>
                <w:color w:val="0524FF"/>
                <w:lang w:val="es-ES"/>
              </w:rPr>
              <w:t>10 de octubre de 2024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1B95C81B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4C737C">
              <w:rPr>
                <w:b/>
                <w:color w:val="0524FF"/>
                <w:lang w:val="es-ES"/>
              </w:rPr>
              <w:t>Madrid</w:t>
            </w:r>
            <w:r w:rsidR="00C22C87">
              <w:rPr>
                <w:b/>
                <w:color w:val="0524FF"/>
                <w:lang w:val="es-ES"/>
              </w:rPr>
              <w:t xml:space="preserve"> - Jornada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C90538" w14:paraId="5735CF19" w14:textId="77777777">
        <w:tc>
          <w:tcPr>
            <w:tcW w:w="10312" w:type="dxa"/>
          </w:tcPr>
          <w:p w14:paraId="20C97BA2" w14:textId="7251C034" w:rsidR="004C5796" w:rsidRPr="00C03A4D" w:rsidRDefault="004C5796">
            <w:pPr>
              <w:spacing w:after="0"/>
              <w:rPr>
                <w:color w:val="222222"/>
                <w:sz w:val="16"/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Asistencia de la vicepresidenta a la jornada “La era de la digitalización territorial”</w:t>
            </w:r>
          </w:p>
          <w:p w14:paraId="65449E23" w14:textId="7D96E652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color w:val="222222"/>
                <w:sz w:val="16"/>
                <w:lang w:val="es-ES"/>
              </w:rPr>
              <w:t>la acción: objeto del viaje, interés para la Fundación, resultados esperados y composición de la delegación.]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[NOMBRE Y APELLIDOS · CARGO]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1F65698B" w:rsidR="001951D5" w:rsidRDefault="00C22C8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88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73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77777777" w:rsidR="001951D5" w:rsidRDefault="004327B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0,00 €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3F87AEC1" w:rsidR="001951D5" w:rsidRDefault="00E12EC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33,40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924FB" w14:textId="77777777" w:rsidR="00966980" w:rsidRDefault="00966980">
      <w:pPr>
        <w:spacing w:after="0" w:line="240" w:lineRule="auto"/>
      </w:pPr>
      <w:r>
        <w:separator/>
      </w:r>
    </w:p>
  </w:endnote>
  <w:endnote w:type="continuationSeparator" w:id="0">
    <w:p w14:paraId="76E438CE" w14:textId="77777777" w:rsidR="00966980" w:rsidRDefault="00966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4C5796" w:rsidRDefault="004327BA">
    <w:pPr>
      <w:pStyle w:val="Piedepgina"/>
      <w:jc w:val="center"/>
      <w:rPr>
        <w:lang w:val="es-ES"/>
      </w:rPr>
    </w:pPr>
    <w:r w:rsidRPr="004C5796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D30BF" w14:textId="77777777" w:rsidR="00966980" w:rsidRDefault="00966980">
      <w:pPr>
        <w:spacing w:after="0" w:line="240" w:lineRule="auto"/>
      </w:pPr>
      <w:r>
        <w:separator/>
      </w:r>
    </w:p>
  </w:footnote>
  <w:footnote w:type="continuationSeparator" w:id="0">
    <w:p w14:paraId="33959DCD" w14:textId="77777777" w:rsidR="00966980" w:rsidRDefault="00966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58E"/>
    <w:rsid w:val="001951D5"/>
    <w:rsid w:val="001F0A2E"/>
    <w:rsid w:val="0029639D"/>
    <w:rsid w:val="00326F90"/>
    <w:rsid w:val="004327BA"/>
    <w:rsid w:val="004C5796"/>
    <w:rsid w:val="004C737C"/>
    <w:rsid w:val="00562B17"/>
    <w:rsid w:val="006253A7"/>
    <w:rsid w:val="00966980"/>
    <w:rsid w:val="00AA1D8D"/>
    <w:rsid w:val="00AC497C"/>
    <w:rsid w:val="00B47730"/>
    <w:rsid w:val="00C03A4D"/>
    <w:rsid w:val="00C22C87"/>
    <w:rsid w:val="00C90538"/>
    <w:rsid w:val="00CB0664"/>
    <w:rsid w:val="00DD7483"/>
    <w:rsid w:val="00E12ECC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49F003-C3DA-4210-818B-3B8146ABAAC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2.xml><?xml version="1.0" encoding="utf-8"?>
<ds:datastoreItem xmlns:ds="http://schemas.openxmlformats.org/officeDocument/2006/customXml" ds:itemID="{D0DE9D21-7AE4-41F3-84C7-07AFE2C72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EC8CD8-93D2-44CD-96C7-2287BE164C0F}"/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408</Characters>
  <Application>Microsoft Office Word</Application>
  <DocSecurity>0</DocSecurity>
  <Lines>3</Lines>
  <Paragraphs>1</Paragraphs>
  <ScaleCrop>false</ScaleCrop>
  <Manager/>
  <Company/>
  <LinksUpToDate>false</LinksUpToDate>
  <CharactersWithSpaces>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7</cp:revision>
  <dcterms:created xsi:type="dcterms:W3CDTF">2026-09-22T06:51:00Z</dcterms:created>
  <dcterms:modified xsi:type="dcterms:W3CDTF">2026-09-28T15:19:00Z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