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02D563C8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6D20B7">
        <w:rPr>
          <w:b/>
          <w:bCs/>
          <w:color w:val="4A4A4A"/>
          <w:sz w:val="34"/>
          <w:szCs w:val="34"/>
          <w:lang w:val="es-ES"/>
        </w:rPr>
        <w:t>07/</w:t>
      </w:r>
      <w:r w:rsidRPr="1EE1BDF1">
        <w:rPr>
          <w:b/>
          <w:bCs/>
          <w:color w:val="4A4A4A"/>
          <w:sz w:val="34"/>
          <w:szCs w:val="34"/>
          <w:lang w:val="es-ES"/>
        </w:rPr>
        <w:t>202</w:t>
      </w:r>
      <w:r w:rsidR="00B7628A">
        <w:rPr>
          <w:b/>
          <w:bCs/>
          <w:color w:val="4A4A4A"/>
          <w:sz w:val="34"/>
          <w:szCs w:val="34"/>
          <w:lang w:val="es-ES"/>
        </w:rPr>
        <w:t>2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7300F5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7CBD462C" w:rsidR="001951D5" w:rsidRPr="007300F5" w:rsidRDefault="004327BA">
            <w:pPr>
              <w:spacing w:after="0"/>
              <w:rPr>
                <w:lang w:val="es-ES"/>
              </w:rPr>
            </w:pPr>
            <w:r w:rsidRPr="007300F5">
              <w:rPr>
                <w:b/>
                <w:color w:val="0524FF"/>
                <w:lang w:val="es-ES"/>
              </w:rPr>
              <w:t>FECHA</w:t>
            </w:r>
            <w:r w:rsidRPr="007300F5">
              <w:rPr>
                <w:b/>
                <w:color w:val="0524FF"/>
                <w:lang w:val="es-ES"/>
              </w:rPr>
              <w:br/>
            </w:r>
            <w:r w:rsidR="006D20B7">
              <w:rPr>
                <w:b/>
                <w:color w:val="0524FF"/>
                <w:lang w:val="es-ES"/>
              </w:rPr>
              <w:t>1</w:t>
            </w:r>
            <w:r w:rsidR="00F363A0">
              <w:rPr>
                <w:b/>
                <w:color w:val="0524FF"/>
                <w:lang w:val="es-ES"/>
              </w:rPr>
              <w:t>7</w:t>
            </w:r>
            <w:r w:rsidR="006D20B7">
              <w:rPr>
                <w:b/>
                <w:color w:val="0524FF"/>
                <w:lang w:val="es-ES"/>
              </w:rPr>
              <w:t xml:space="preserve"> a 2</w:t>
            </w:r>
            <w:r w:rsidR="00F363A0">
              <w:rPr>
                <w:b/>
                <w:color w:val="0524FF"/>
                <w:lang w:val="es-ES"/>
              </w:rPr>
              <w:t>1</w:t>
            </w:r>
            <w:r w:rsidR="006D20B7">
              <w:rPr>
                <w:b/>
                <w:color w:val="0524FF"/>
                <w:lang w:val="es-ES"/>
              </w:rPr>
              <w:t xml:space="preserve"> de julio de 202</w:t>
            </w:r>
            <w:r w:rsidR="00B7628A">
              <w:rPr>
                <w:b/>
                <w:color w:val="0524FF"/>
                <w:lang w:val="es-ES"/>
              </w:rPr>
              <w:t>2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1F39B2B8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416CA2">
              <w:rPr>
                <w:b/>
                <w:color w:val="0524FF"/>
                <w:lang w:val="es-ES"/>
              </w:rPr>
              <w:t>Curso UIMP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3A3AB0" w14:paraId="5735CF19" w14:textId="77777777">
        <w:tc>
          <w:tcPr>
            <w:tcW w:w="10312" w:type="dxa"/>
          </w:tcPr>
          <w:p w14:paraId="65449E23" w14:textId="23F8F146" w:rsidR="001951D5" w:rsidRPr="00C03A4D" w:rsidRDefault="00A5284A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Desplazamiento a Santander para realizar</w:t>
            </w:r>
            <w:r w:rsidR="00FE61C7">
              <w:rPr>
                <w:color w:val="222222"/>
                <w:sz w:val="16"/>
                <w:lang w:val="es-ES"/>
              </w:rPr>
              <w:t xml:space="preserve"> un curso en la U</w:t>
            </w:r>
            <w:r w:rsidR="00CB4B52">
              <w:rPr>
                <w:color w:val="222222"/>
                <w:sz w:val="16"/>
                <w:lang w:val="es-ES"/>
              </w:rPr>
              <w:t>niversidad Internacional Menéndez Pelayo (UIMP)</w:t>
            </w:r>
            <w:r w:rsidR="004F3FEF">
              <w:rPr>
                <w:color w:val="222222"/>
                <w:sz w:val="16"/>
                <w:lang w:val="es-ES"/>
              </w:rPr>
              <w:t>.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575CF391" w:rsidR="001951D5" w:rsidRDefault="00F363A0">
            <w:pPr>
              <w:spacing w:after="0"/>
            </w:pPr>
            <w:r>
              <w:rPr>
                <w:b/>
                <w:color w:val="FFFFFF"/>
              </w:rPr>
              <w:t xml:space="preserve">MARTA CHILLARÓN - </w:t>
            </w:r>
            <w:r w:rsidR="0064287E">
              <w:rPr>
                <w:b/>
                <w:color w:val="FFFFFF"/>
              </w:rPr>
              <w:t>DIRECTORA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73B268AC" w:rsidR="001951D5" w:rsidRDefault="009A3481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</w:t>
            </w:r>
            <w:r w:rsidR="004327BA">
              <w:rPr>
                <w:b/>
                <w:color w:val="4A4A4A"/>
                <w:sz w:val="16"/>
              </w:rPr>
              <w:t>0</w:t>
            </w:r>
            <w:r>
              <w:rPr>
                <w:b/>
                <w:color w:val="4A4A4A"/>
                <w:sz w:val="16"/>
              </w:rPr>
              <w:t>6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0E2177">
              <w:rPr>
                <w:b/>
                <w:color w:val="4A4A4A"/>
                <w:sz w:val="16"/>
              </w:rPr>
              <w:t>63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00F62810" w:rsidR="001951D5" w:rsidRDefault="003A3AB0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745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45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77777777" w:rsidR="001951D5" w:rsidRDefault="004327B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0,00 €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CCE5A" w14:textId="77777777" w:rsidR="00446820" w:rsidRDefault="00446820">
      <w:pPr>
        <w:spacing w:after="0" w:line="240" w:lineRule="auto"/>
      </w:pPr>
      <w:r>
        <w:separator/>
      </w:r>
    </w:p>
  </w:endnote>
  <w:endnote w:type="continuationSeparator" w:id="0">
    <w:p w14:paraId="43189596" w14:textId="77777777" w:rsidR="00446820" w:rsidRDefault="00446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7300F5" w:rsidRDefault="004327BA">
    <w:pPr>
      <w:pStyle w:val="Piedepgina"/>
      <w:jc w:val="center"/>
      <w:rPr>
        <w:lang w:val="es-ES"/>
      </w:rPr>
    </w:pPr>
    <w:r w:rsidRPr="007300F5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BC225" w14:textId="77777777" w:rsidR="00446820" w:rsidRDefault="00446820">
      <w:pPr>
        <w:spacing w:after="0" w:line="240" w:lineRule="auto"/>
      </w:pPr>
      <w:r>
        <w:separator/>
      </w:r>
    </w:p>
  </w:footnote>
  <w:footnote w:type="continuationSeparator" w:id="0">
    <w:p w14:paraId="5FCBFC2B" w14:textId="77777777" w:rsidR="00446820" w:rsidRDefault="00446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23D"/>
    <w:rsid w:val="00034616"/>
    <w:rsid w:val="0006063C"/>
    <w:rsid w:val="000E2177"/>
    <w:rsid w:val="0015074B"/>
    <w:rsid w:val="0017158E"/>
    <w:rsid w:val="001951D5"/>
    <w:rsid w:val="0029639D"/>
    <w:rsid w:val="002963D6"/>
    <w:rsid w:val="002C1F1D"/>
    <w:rsid w:val="002E62D9"/>
    <w:rsid w:val="0030711C"/>
    <w:rsid w:val="00326F90"/>
    <w:rsid w:val="003827F8"/>
    <w:rsid w:val="003A3AB0"/>
    <w:rsid w:val="00416CA2"/>
    <w:rsid w:val="00420C60"/>
    <w:rsid w:val="004327BA"/>
    <w:rsid w:val="00446820"/>
    <w:rsid w:val="004F3FEF"/>
    <w:rsid w:val="00562B17"/>
    <w:rsid w:val="006253A7"/>
    <w:rsid w:val="0064287E"/>
    <w:rsid w:val="006C35A0"/>
    <w:rsid w:val="006D20B7"/>
    <w:rsid w:val="007300F5"/>
    <w:rsid w:val="00860BF6"/>
    <w:rsid w:val="009A3481"/>
    <w:rsid w:val="00A5284A"/>
    <w:rsid w:val="00AA1D8D"/>
    <w:rsid w:val="00B47730"/>
    <w:rsid w:val="00B7628A"/>
    <w:rsid w:val="00C03A4D"/>
    <w:rsid w:val="00C96BED"/>
    <w:rsid w:val="00CB0664"/>
    <w:rsid w:val="00CB4B52"/>
    <w:rsid w:val="00D13449"/>
    <w:rsid w:val="00F0791E"/>
    <w:rsid w:val="00F363A0"/>
    <w:rsid w:val="00F57065"/>
    <w:rsid w:val="00FC693F"/>
    <w:rsid w:val="00FE61C7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852682-D500-4622-A358-C4C26DF3E0B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2.xml><?xml version="1.0" encoding="utf-8"?>
<ds:datastoreItem xmlns:ds="http://schemas.openxmlformats.org/officeDocument/2006/customXml" ds:itemID="{375B98B9-F1CF-41B2-ACD8-2100F77046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FE9EC0-A3B8-4FE9-8421-E4D87A356F76}"/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59</Words>
  <Characters>330</Characters>
  <Application>Microsoft Office Word</Application>
  <DocSecurity>0</DocSecurity>
  <Lines>2</Lines>
  <Paragraphs>1</Paragraphs>
  <ScaleCrop>false</ScaleCrop>
  <Manager/>
  <Company/>
  <LinksUpToDate>false</LinksUpToDate>
  <CharactersWithSpaces>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17</cp:revision>
  <dcterms:created xsi:type="dcterms:W3CDTF">2026-09-22T06:51:00Z</dcterms:created>
  <dcterms:modified xsi:type="dcterms:W3CDTF">2026-09-28T16:07:00Z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