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B2B9A" w14:textId="43FBCBDE" w:rsidR="1EE1BDF1" w:rsidRDefault="00C03A4D" w:rsidP="00C03A4D">
      <w:pPr>
        <w:spacing w:after="160"/>
        <w:jc w:val="right"/>
        <w:rPr>
          <w:b/>
          <w:bCs/>
          <w:color w:val="4A4A4A"/>
          <w:sz w:val="34"/>
          <w:szCs w:val="34"/>
          <w:lang w:val="es-ES"/>
        </w:rPr>
      </w:pPr>
      <w:r>
        <w:rPr>
          <w:noProof/>
        </w:rPr>
        <mc:AlternateContent>
          <mc:Choice Requires="wps">
            <w:drawing>
              <wp:inline distT="0" distB="0" distL="0" distR="0" wp14:anchorId="332574DB" wp14:editId="0367E3E8">
                <wp:extent cx="304800" cy="304800"/>
                <wp:effectExtent l="0" t="0" r="0" b="0"/>
                <wp:docPr id="1594473335" name="Rectángulo 2" descr="Fundaciò Visit València de la Comunitat Valènc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52923" id="Rectángulo 2" o:spid="_x0000_s1026" alt="Fundaciò Visit València de la Comunitat Valèncian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1BE1D540" wp14:editId="5B52FE35">
            <wp:extent cx="3200000" cy="955400"/>
            <wp:effectExtent l="0" t="0" r="6350" b="0"/>
            <wp:docPr id="1214751831" name="Imagen 4" descr="Fundaciò Visit València de la Comunitat Valènc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undaciò Visit València de la Comunitat Valèncian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000" cy="95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8F07A" w14:textId="19B6C59E" w:rsidR="001951D5" w:rsidRPr="00C03A4D" w:rsidRDefault="1EE1BDF1">
      <w:pPr>
        <w:spacing w:after="160"/>
        <w:jc w:val="center"/>
        <w:rPr>
          <w:lang w:val="es-ES"/>
        </w:rPr>
      </w:pPr>
      <w:r w:rsidRPr="1EE1BDF1">
        <w:rPr>
          <w:b/>
          <w:bCs/>
          <w:color w:val="4A4A4A"/>
          <w:sz w:val="34"/>
          <w:szCs w:val="34"/>
          <w:lang w:val="es-ES"/>
        </w:rPr>
        <w:t>Ficha de viaje de órganos de gobierno y directivos (</w:t>
      </w:r>
      <w:r w:rsidR="00EE7AB9">
        <w:rPr>
          <w:b/>
          <w:bCs/>
          <w:color w:val="4A4A4A"/>
          <w:sz w:val="34"/>
          <w:szCs w:val="34"/>
          <w:lang w:val="es-ES"/>
        </w:rPr>
        <w:t>07</w:t>
      </w:r>
      <w:r w:rsidRPr="1EE1BDF1">
        <w:rPr>
          <w:b/>
          <w:bCs/>
          <w:color w:val="4A4A4A"/>
          <w:sz w:val="34"/>
          <w:szCs w:val="34"/>
          <w:lang w:val="es-ES"/>
        </w:rPr>
        <w:t>/202</w:t>
      </w:r>
      <w:r w:rsidR="00EE7AB9">
        <w:rPr>
          <w:b/>
          <w:bCs/>
          <w:color w:val="4A4A4A"/>
          <w:sz w:val="34"/>
          <w:szCs w:val="34"/>
          <w:lang w:val="es-ES"/>
        </w:rPr>
        <w:t>5</w:t>
      </w:r>
      <w:r w:rsidRPr="1EE1BDF1">
        <w:rPr>
          <w:b/>
          <w:bCs/>
          <w:color w:val="4A4A4A"/>
          <w:sz w:val="34"/>
          <w:szCs w:val="34"/>
          <w:lang w:val="es-ES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56"/>
        <w:gridCol w:w="5156"/>
      </w:tblGrid>
      <w:tr w:rsidR="001951D5" w:rsidRPr="004E3A01" w14:paraId="45D138B8" w14:textId="77777777">
        <w:trPr>
          <w:jc w:val="center"/>
        </w:trPr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69D1E82" w14:textId="2DBE7CED" w:rsidR="001951D5" w:rsidRPr="00140173" w:rsidRDefault="004327BA">
            <w:pPr>
              <w:spacing w:after="0"/>
              <w:rPr>
                <w:lang w:val="es-ES"/>
              </w:rPr>
            </w:pPr>
            <w:r w:rsidRPr="00140173">
              <w:rPr>
                <w:b/>
                <w:color w:val="0524FF"/>
                <w:lang w:val="es-ES"/>
              </w:rPr>
              <w:t>FECHA</w:t>
            </w:r>
            <w:r w:rsidRPr="00140173">
              <w:rPr>
                <w:b/>
                <w:color w:val="0524FF"/>
                <w:lang w:val="es-ES"/>
              </w:rPr>
              <w:br/>
            </w:r>
            <w:r w:rsidR="00140173" w:rsidRPr="00140173">
              <w:rPr>
                <w:b/>
                <w:color w:val="0524FF"/>
                <w:lang w:val="es-ES"/>
              </w:rPr>
              <w:t>6 a 11 de Julio d</w:t>
            </w:r>
            <w:r w:rsidR="00140173">
              <w:rPr>
                <w:b/>
                <w:color w:val="0524FF"/>
                <w:lang w:val="es-ES"/>
              </w:rPr>
              <w:t>e 2025</w:t>
            </w:r>
          </w:p>
        </w:tc>
        <w:tc>
          <w:tcPr>
            <w:tcW w:w="5156" w:type="dxa"/>
            <w:shd w:val="clear" w:color="auto" w:fill="F2F2F2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5603D82" w14:textId="2505D865" w:rsidR="001951D5" w:rsidRPr="004E3A01" w:rsidRDefault="004327BA">
            <w:pPr>
              <w:spacing w:after="0"/>
              <w:rPr>
                <w:b/>
                <w:color w:val="0524FF"/>
                <w:lang w:val="en-GB"/>
              </w:rPr>
            </w:pPr>
            <w:r w:rsidRPr="004E3A01">
              <w:rPr>
                <w:b/>
                <w:color w:val="0524FF"/>
                <w:lang w:val="en-GB"/>
              </w:rPr>
              <w:t>ACCIÓN</w:t>
            </w:r>
            <w:r w:rsidRPr="004E3A01">
              <w:rPr>
                <w:b/>
                <w:color w:val="0524FF"/>
                <w:lang w:val="en-GB"/>
              </w:rPr>
              <w:br/>
            </w:r>
            <w:r w:rsidR="00BB48A3" w:rsidRPr="004E3A01">
              <w:rPr>
                <w:b/>
                <w:color w:val="0524FF"/>
                <w:lang w:val="en-GB"/>
              </w:rPr>
              <w:t xml:space="preserve">Viaje a </w:t>
            </w:r>
            <w:proofErr w:type="spellStart"/>
            <w:r w:rsidR="00BB48A3" w:rsidRPr="004E3A01">
              <w:rPr>
                <w:b/>
                <w:color w:val="0524FF"/>
                <w:lang w:val="en-GB"/>
              </w:rPr>
              <w:t>Singapur</w:t>
            </w:r>
            <w:proofErr w:type="spellEnd"/>
            <w:r w:rsidR="004E3A01" w:rsidRPr="004E3A01">
              <w:rPr>
                <w:b/>
                <w:color w:val="0524FF"/>
                <w:lang w:val="en-GB"/>
              </w:rPr>
              <w:t xml:space="preserve"> – GSIC Summit AP</w:t>
            </w:r>
            <w:r w:rsidR="004E3A01">
              <w:rPr>
                <w:b/>
                <w:color w:val="0524FF"/>
                <w:lang w:val="en-GB"/>
              </w:rPr>
              <w:t>AC</w:t>
            </w:r>
          </w:p>
        </w:tc>
      </w:tr>
    </w:tbl>
    <w:p w14:paraId="672A6659" w14:textId="77777777" w:rsidR="001951D5" w:rsidRPr="004E3A01" w:rsidRDefault="001951D5">
      <w:pPr>
        <w:spacing w:after="0"/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312"/>
      </w:tblGrid>
      <w:tr w:rsidR="001951D5" w14:paraId="4D897B9E" w14:textId="77777777">
        <w:tc>
          <w:tcPr>
            <w:tcW w:w="10312" w:type="dxa"/>
            <w:shd w:val="clear" w:color="auto" w:fill="0524FF"/>
          </w:tcPr>
          <w:p w14:paraId="2398378D" w14:textId="77777777" w:rsidR="001951D5" w:rsidRDefault="004327BA">
            <w:pPr>
              <w:spacing w:after="0"/>
            </w:pPr>
            <w:r>
              <w:rPr>
                <w:b/>
                <w:color w:val="FFFFFF"/>
              </w:rPr>
              <w:t>JUSTIFICACIÓN DE LA ACCIÓN</w:t>
            </w:r>
          </w:p>
        </w:tc>
      </w:tr>
      <w:tr w:rsidR="001951D5" w:rsidRPr="00140173" w14:paraId="5735CF19" w14:textId="77777777">
        <w:tc>
          <w:tcPr>
            <w:tcW w:w="10312" w:type="dxa"/>
          </w:tcPr>
          <w:p w14:paraId="7CBEE44D" w14:textId="28D055A3" w:rsidR="00BB48A3" w:rsidRDefault="00CF79BC" w:rsidP="00BB48A3">
            <w:pPr>
              <w:spacing w:after="0"/>
              <w:rPr>
                <w:color w:val="222222"/>
                <w:sz w:val="16"/>
                <w:lang w:val="es-ES"/>
              </w:rPr>
            </w:pPr>
            <w:r>
              <w:rPr>
                <w:color w:val="222222"/>
                <w:sz w:val="16"/>
                <w:lang w:val="es-ES"/>
              </w:rPr>
              <w:t>GSIC Summit APAC</w:t>
            </w:r>
          </w:p>
          <w:p w14:paraId="2E61AF8E" w14:textId="4A7781AE" w:rsidR="007A065A" w:rsidRPr="004E3A01" w:rsidRDefault="004E3A01" w:rsidP="00BB48A3">
            <w:pPr>
              <w:spacing w:after="0"/>
              <w:rPr>
                <w:color w:val="222222"/>
                <w:sz w:val="16"/>
                <w:lang w:val="es-ES"/>
              </w:rPr>
            </w:pPr>
            <w:r w:rsidRPr="004E3A01">
              <w:rPr>
                <w:color w:val="222222"/>
                <w:sz w:val="16"/>
                <w:lang w:val="es-ES"/>
              </w:rPr>
              <w:t> El objeto de este viaje es establecer contactos y relaciones comerciales ante la puesta en marcha del Centro de Excelencia en Tecnología Aplicada al Deporte, Entretenimiento, Media y Salud (XTIC) así como el Sandbox Urbano de Valencia.</w:t>
            </w:r>
          </w:p>
          <w:p w14:paraId="65449E23" w14:textId="2B185D94" w:rsidR="001951D5" w:rsidRPr="00452879" w:rsidRDefault="001951D5">
            <w:pPr>
              <w:spacing w:after="0"/>
              <w:rPr>
                <w:lang w:val="es-ES"/>
              </w:rPr>
            </w:pPr>
          </w:p>
        </w:tc>
      </w:tr>
    </w:tbl>
    <w:p w14:paraId="0A37501D" w14:textId="77777777" w:rsidR="001951D5" w:rsidRPr="00C03A4D" w:rsidRDefault="001951D5">
      <w:pPr>
        <w:spacing w:after="0"/>
        <w:rPr>
          <w:lang w:val="es-ES"/>
        </w:rPr>
      </w:pPr>
    </w:p>
    <w:p w14:paraId="56874676" w14:textId="77777777" w:rsidR="001951D5" w:rsidRDefault="004327BA">
      <w:pPr>
        <w:spacing w:after="80"/>
      </w:pPr>
      <w:r>
        <w:rPr>
          <w:b/>
          <w:color w:val="0524FF"/>
          <w:sz w:val="22"/>
        </w:rPr>
        <w:t>DESGLOSE DE GASTOS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2608"/>
      </w:tblGrid>
      <w:tr w:rsidR="001951D5" w14:paraId="6C6B30C0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40018A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4A4A4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B8C2F8" w14:textId="77777777" w:rsidR="001951D5" w:rsidRDefault="004327BA">
            <w:pPr>
              <w:spacing w:after="0"/>
              <w:jc w:val="center"/>
            </w:pPr>
            <w:r>
              <w:rPr>
                <w:b/>
                <w:color w:val="FFFFFF"/>
                <w:sz w:val="16"/>
              </w:rPr>
              <w:t>IMPORTE</w:t>
            </w:r>
          </w:p>
        </w:tc>
      </w:tr>
      <w:tr w:rsidR="001951D5" w14:paraId="78E99258" w14:textId="77777777" w:rsidTr="1EE1BDF1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90313" w14:textId="76B29F0C" w:rsidR="001951D5" w:rsidRDefault="008B61DA">
            <w:pPr>
              <w:spacing w:after="0"/>
            </w:pPr>
            <w:r>
              <w:rPr>
                <w:b/>
                <w:color w:val="FFFFFF"/>
              </w:rPr>
              <w:t>PAULA LLOBET - VICEPRESIDENTA</w:t>
            </w:r>
          </w:p>
        </w:tc>
      </w:tr>
      <w:tr w:rsidR="001951D5" w14:paraId="5A58228C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308EF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D12F1D" w14:textId="084E7136" w:rsidR="001951D5" w:rsidRDefault="00B2524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1626</w:t>
            </w:r>
            <w:r w:rsidR="004327B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00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B78A52B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A019C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3F379C" w14:textId="73974091" w:rsidR="001951D5" w:rsidRDefault="00E40C2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1305</w:t>
            </w:r>
            <w:r w:rsidR="004327BA">
              <w:rPr>
                <w:b/>
                <w:color w:val="4A4A4A"/>
                <w:sz w:val="16"/>
              </w:rPr>
              <w:t>,</w:t>
            </w:r>
            <w:r w:rsidR="00AB07ED">
              <w:rPr>
                <w:b/>
                <w:color w:val="4A4A4A"/>
                <w:sz w:val="16"/>
              </w:rPr>
              <w:t>7</w:t>
            </w:r>
            <w:r>
              <w:rPr>
                <w:b/>
                <w:color w:val="4A4A4A"/>
                <w:sz w:val="16"/>
              </w:rPr>
              <w:t>4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1951D5" w14:paraId="0FA16CD8" w14:textId="77777777" w:rsidTr="1EE1BDF1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642C1E" w14:textId="77777777" w:rsidR="001951D5" w:rsidRDefault="004327BA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F1AF45" w14:textId="6C91D690" w:rsidR="001951D5" w:rsidRDefault="00FA00CC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153,55</w:t>
            </w:r>
            <w:r w:rsidR="004327B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8B61DA" w14:paraId="4D66F6E9" w14:textId="77777777" w:rsidTr="007501C8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CE1E23" w14:textId="7F9695E2" w:rsidR="008B61DA" w:rsidRDefault="008B61DA" w:rsidP="007501C8">
            <w:pPr>
              <w:spacing w:after="0"/>
            </w:pPr>
            <w:r>
              <w:rPr>
                <w:b/>
                <w:color w:val="FFFFFF"/>
              </w:rPr>
              <w:t>DAVID ROSA - DIRECTOR</w:t>
            </w:r>
          </w:p>
        </w:tc>
      </w:tr>
      <w:tr w:rsidR="008B61DA" w14:paraId="76B12FB1" w14:textId="77777777" w:rsidTr="007501C8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1B2C74" w14:textId="77777777" w:rsidR="008B61DA" w:rsidRDefault="008B61DA" w:rsidP="007501C8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850F84" w14:textId="083E9F60" w:rsidR="008B61DA" w:rsidRDefault="00D12CAB" w:rsidP="007501C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</w:t>
            </w:r>
            <w:r w:rsidR="00DC1D71">
              <w:rPr>
                <w:b/>
                <w:color w:val="4A4A4A"/>
                <w:sz w:val="16"/>
              </w:rPr>
              <w:t>661</w:t>
            </w:r>
            <w:r w:rsidR="008B61DA">
              <w:rPr>
                <w:b/>
                <w:color w:val="4A4A4A"/>
                <w:sz w:val="16"/>
              </w:rPr>
              <w:t>,</w:t>
            </w:r>
            <w:r w:rsidR="00DC1D71">
              <w:rPr>
                <w:b/>
                <w:color w:val="4A4A4A"/>
                <w:sz w:val="16"/>
              </w:rPr>
              <w:t>00</w:t>
            </w:r>
            <w:r w:rsidR="008B61D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8B61DA" w14:paraId="05A7B0CC" w14:textId="77777777" w:rsidTr="007501C8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7F89FF" w14:textId="77777777" w:rsidR="008B61DA" w:rsidRDefault="008B61DA" w:rsidP="007501C8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DDB64E" w14:textId="2A9FCED8" w:rsidR="008B61DA" w:rsidRDefault="00D12CAB" w:rsidP="007501C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</w:t>
            </w:r>
            <w:r w:rsidR="007A57E5">
              <w:rPr>
                <w:b/>
                <w:color w:val="4A4A4A"/>
                <w:sz w:val="16"/>
              </w:rPr>
              <w:t>887</w:t>
            </w:r>
            <w:r w:rsidR="008B61DA">
              <w:rPr>
                <w:b/>
                <w:color w:val="4A4A4A"/>
                <w:sz w:val="16"/>
              </w:rPr>
              <w:t>,</w:t>
            </w:r>
            <w:r w:rsidR="00A44FEC">
              <w:rPr>
                <w:b/>
                <w:color w:val="4A4A4A"/>
                <w:sz w:val="16"/>
              </w:rPr>
              <w:t>92</w:t>
            </w:r>
            <w:r w:rsidR="008B61D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8B61DA" w14:paraId="2235B3CD" w14:textId="77777777" w:rsidTr="007501C8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362927" w14:textId="77777777" w:rsidR="008B61DA" w:rsidRDefault="008B61DA" w:rsidP="007501C8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D562A1" w14:textId="788C07B6" w:rsidR="008B61DA" w:rsidRDefault="0006062D" w:rsidP="007501C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37</w:t>
            </w:r>
            <w:r w:rsidR="008B61DA">
              <w:rPr>
                <w:b/>
                <w:color w:val="4A4A4A"/>
                <w:sz w:val="16"/>
              </w:rPr>
              <w:t>0,</w:t>
            </w:r>
            <w:r>
              <w:rPr>
                <w:b/>
                <w:color w:val="4A4A4A"/>
                <w:sz w:val="16"/>
              </w:rPr>
              <w:t>11</w:t>
            </w:r>
            <w:r w:rsidR="008B61D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8B61DA" w14:paraId="7A9CA0C6" w14:textId="77777777" w:rsidTr="007501C8">
        <w:trPr>
          <w:jc w:val="center"/>
        </w:trPr>
        <w:tc>
          <w:tcPr>
            <w:tcW w:w="9638" w:type="dxa"/>
            <w:gridSpan w:val="2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0524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3F75F3" w14:textId="707E3D31" w:rsidR="008B61DA" w:rsidRDefault="008B61DA" w:rsidP="007501C8">
            <w:pPr>
              <w:spacing w:after="0"/>
            </w:pPr>
            <w:r>
              <w:rPr>
                <w:b/>
                <w:color w:val="FFFFFF"/>
              </w:rPr>
              <w:t>ARTURO CASTELLÓ - SUBDIRECTOR</w:t>
            </w:r>
          </w:p>
        </w:tc>
      </w:tr>
      <w:tr w:rsidR="008B61DA" w14:paraId="57201ECC" w14:textId="77777777" w:rsidTr="007501C8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D0C04B" w14:textId="77777777" w:rsidR="008B61DA" w:rsidRDefault="008B61DA" w:rsidP="007501C8">
            <w:pPr>
              <w:spacing w:after="0"/>
            </w:pPr>
            <w:r>
              <w:rPr>
                <w:b/>
                <w:color w:val="4A4A4A"/>
                <w:sz w:val="16"/>
              </w:rPr>
              <w:t>TRANSPORTE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6DE613" w14:textId="383A2F16" w:rsidR="008B61DA" w:rsidRDefault="007A7E25" w:rsidP="007501C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1661</w:t>
            </w:r>
            <w:r w:rsidR="008B61D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00</w:t>
            </w:r>
            <w:r w:rsidR="008B61D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8B61DA" w14:paraId="2AF30376" w14:textId="77777777" w:rsidTr="007501C8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4A6549" w14:textId="77777777" w:rsidR="008B61DA" w:rsidRDefault="008B61DA" w:rsidP="007501C8">
            <w:pPr>
              <w:spacing w:after="0"/>
            </w:pPr>
            <w:r>
              <w:rPr>
                <w:b/>
                <w:color w:val="4A4A4A"/>
                <w:sz w:val="16"/>
              </w:rPr>
              <w:t>ALOJAMIENTO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1C4795" w14:textId="0AE3239B" w:rsidR="008B61DA" w:rsidRDefault="00D12CAB" w:rsidP="007501C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15</w:t>
            </w:r>
            <w:r w:rsidR="008B61DA">
              <w:rPr>
                <w:b/>
                <w:color w:val="4A4A4A"/>
                <w:sz w:val="16"/>
              </w:rPr>
              <w:t>55,</w:t>
            </w:r>
            <w:r w:rsidR="00DC1D71">
              <w:rPr>
                <w:b/>
                <w:color w:val="4A4A4A"/>
                <w:sz w:val="16"/>
              </w:rPr>
              <w:t>92</w:t>
            </w:r>
            <w:r w:rsidR="008B61DA">
              <w:rPr>
                <w:b/>
                <w:color w:val="4A4A4A"/>
                <w:sz w:val="16"/>
              </w:rPr>
              <w:t xml:space="preserve"> €</w:t>
            </w:r>
          </w:p>
        </w:tc>
      </w:tr>
      <w:tr w:rsidR="008B61DA" w14:paraId="0FD81EBA" w14:textId="77777777" w:rsidTr="007501C8">
        <w:trPr>
          <w:jc w:val="center"/>
        </w:trPr>
        <w:tc>
          <w:tcPr>
            <w:tcW w:w="7030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D881BC" w14:textId="77777777" w:rsidR="008B61DA" w:rsidRDefault="008B61DA" w:rsidP="007501C8">
            <w:pPr>
              <w:spacing w:after="0"/>
            </w:pPr>
            <w:r>
              <w:rPr>
                <w:b/>
                <w:color w:val="4A4A4A"/>
                <w:sz w:val="16"/>
              </w:rPr>
              <w:t>MANUTENCIÓN Y OTROS</w:t>
            </w:r>
          </w:p>
        </w:tc>
        <w:tc>
          <w:tcPr>
            <w:tcW w:w="2608" w:type="dxa"/>
            <w:tcBorders>
              <w:top w:val="single" w:sz="5" w:space="0" w:color="D9D9D9"/>
              <w:left w:val="single" w:sz="5" w:space="0" w:color="D9D9D9"/>
              <w:bottom w:val="single" w:sz="5" w:space="0" w:color="D9D9D9"/>
              <w:right w:val="single" w:sz="5" w:space="0" w:color="D9D9D9"/>
            </w:tcBorders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F5E828" w14:textId="738201FF" w:rsidR="008B61DA" w:rsidRDefault="00110A19" w:rsidP="007501C8">
            <w:pPr>
              <w:spacing w:after="0"/>
              <w:jc w:val="right"/>
            </w:pPr>
            <w:r>
              <w:rPr>
                <w:b/>
                <w:color w:val="4A4A4A"/>
                <w:sz w:val="16"/>
              </w:rPr>
              <w:t>5</w:t>
            </w:r>
            <w:r w:rsidR="008B61DA">
              <w:rPr>
                <w:b/>
                <w:color w:val="4A4A4A"/>
                <w:sz w:val="16"/>
              </w:rPr>
              <w:t>0</w:t>
            </w:r>
            <w:r>
              <w:rPr>
                <w:b/>
                <w:color w:val="4A4A4A"/>
                <w:sz w:val="16"/>
              </w:rPr>
              <w:t>1</w:t>
            </w:r>
            <w:r w:rsidR="008B61DA">
              <w:rPr>
                <w:b/>
                <w:color w:val="4A4A4A"/>
                <w:sz w:val="16"/>
              </w:rPr>
              <w:t>,</w:t>
            </w:r>
            <w:r>
              <w:rPr>
                <w:b/>
                <w:color w:val="4A4A4A"/>
                <w:sz w:val="16"/>
              </w:rPr>
              <w:t>45</w:t>
            </w:r>
            <w:r w:rsidR="008B61DA">
              <w:rPr>
                <w:b/>
                <w:color w:val="4A4A4A"/>
                <w:sz w:val="16"/>
              </w:rPr>
              <w:t xml:space="preserve"> €</w:t>
            </w:r>
          </w:p>
        </w:tc>
      </w:tr>
    </w:tbl>
    <w:p w14:paraId="3FBCD8A2" w14:textId="77777777" w:rsidR="00562B17" w:rsidRDefault="00562B17"/>
    <w:sectPr w:rsidR="00562B17" w:rsidSect="00034616">
      <w:headerReference w:type="default" r:id="rId12"/>
      <w:footerReference w:type="default" r:id="rId13"/>
      <w:pgSz w:w="12240" w:h="15840"/>
      <w:pgMar w:top="680" w:right="964" w:bottom="624" w:left="964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B0C41" w14:textId="77777777" w:rsidR="00EB08D1" w:rsidRDefault="00EB08D1">
      <w:pPr>
        <w:spacing w:after="0" w:line="240" w:lineRule="auto"/>
      </w:pPr>
      <w:r>
        <w:separator/>
      </w:r>
    </w:p>
  </w:endnote>
  <w:endnote w:type="continuationSeparator" w:id="0">
    <w:p w14:paraId="222C038D" w14:textId="77777777" w:rsidR="00EB08D1" w:rsidRDefault="00EB0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36C3E" w14:textId="77777777" w:rsidR="001951D5" w:rsidRPr="00A11068" w:rsidRDefault="004327BA">
    <w:pPr>
      <w:pStyle w:val="Piedepgina"/>
      <w:jc w:val="center"/>
      <w:rPr>
        <w:lang w:val="es-ES"/>
      </w:rPr>
    </w:pPr>
    <w:r w:rsidRPr="00A11068">
      <w:rPr>
        <w:color w:val="7F7F7F"/>
        <w:sz w:val="14"/>
        <w:lang w:val="es-ES"/>
      </w:rPr>
      <w:t>VALÈNCIA INNOVATION CAPITAL · PORTAL DE TRANSPARENCIA · VIAJES DE ÓRGANOS DE GOBIERNO Y DIRECTIVOS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C5E90" w14:textId="77777777" w:rsidR="00EB08D1" w:rsidRDefault="00EB08D1">
      <w:pPr>
        <w:spacing w:after="0" w:line="240" w:lineRule="auto"/>
      </w:pPr>
      <w:r>
        <w:separator/>
      </w:r>
    </w:p>
  </w:footnote>
  <w:footnote w:type="continuationSeparator" w:id="0">
    <w:p w14:paraId="434136F3" w14:textId="77777777" w:rsidR="00EB08D1" w:rsidRDefault="00EB0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0A45B" w14:textId="77777777" w:rsidR="004327BA" w:rsidRDefault="004327BA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3987244">
    <w:abstractNumId w:val="8"/>
  </w:num>
  <w:num w:numId="2" w16cid:durableId="1128010817">
    <w:abstractNumId w:val="6"/>
  </w:num>
  <w:num w:numId="3" w16cid:durableId="1630014755">
    <w:abstractNumId w:val="5"/>
  </w:num>
  <w:num w:numId="4" w16cid:durableId="1654217747">
    <w:abstractNumId w:val="4"/>
  </w:num>
  <w:num w:numId="5" w16cid:durableId="2140613445">
    <w:abstractNumId w:val="7"/>
  </w:num>
  <w:num w:numId="6" w16cid:durableId="618797124">
    <w:abstractNumId w:val="3"/>
  </w:num>
  <w:num w:numId="7" w16cid:durableId="1978026384">
    <w:abstractNumId w:val="2"/>
  </w:num>
  <w:num w:numId="8" w16cid:durableId="842203618">
    <w:abstractNumId w:val="1"/>
  </w:num>
  <w:num w:numId="9" w16cid:durableId="86995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2254"/>
    <w:rsid w:val="00016C4F"/>
    <w:rsid w:val="00034616"/>
    <w:rsid w:val="0006062D"/>
    <w:rsid w:val="0006063C"/>
    <w:rsid w:val="00110A19"/>
    <w:rsid w:val="00140173"/>
    <w:rsid w:val="0015074B"/>
    <w:rsid w:val="0017158E"/>
    <w:rsid w:val="001951D5"/>
    <w:rsid w:val="002367E1"/>
    <w:rsid w:val="0029639D"/>
    <w:rsid w:val="00326F90"/>
    <w:rsid w:val="004327BA"/>
    <w:rsid w:val="00452879"/>
    <w:rsid w:val="004D59BC"/>
    <w:rsid w:val="004D736F"/>
    <w:rsid w:val="004E3A01"/>
    <w:rsid w:val="00562B17"/>
    <w:rsid w:val="006253A7"/>
    <w:rsid w:val="00680A09"/>
    <w:rsid w:val="007138E2"/>
    <w:rsid w:val="007A065A"/>
    <w:rsid w:val="007A57E5"/>
    <w:rsid w:val="007A7E25"/>
    <w:rsid w:val="007C63B9"/>
    <w:rsid w:val="007D2EAD"/>
    <w:rsid w:val="008B61DA"/>
    <w:rsid w:val="00A02DDD"/>
    <w:rsid w:val="00A11068"/>
    <w:rsid w:val="00A42BCC"/>
    <w:rsid w:val="00A44FEC"/>
    <w:rsid w:val="00A77852"/>
    <w:rsid w:val="00AA1D8D"/>
    <w:rsid w:val="00AB07ED"/>
    <w:rsid w:val="00B2524C"/>
    <w:rsid w:val="00B47730"/>
    <w:rsid w:val="00BB48A3"/>
    <w:rsid w:val="00C03A4D"/>
    <w:rsid w:val="00CB0664"/>
    <w:rsid w:val="00CF79BC"/>
    <w:rsid w:val="00D12CAB"/>
    <w:rsid w:val="00D53394"/>
    <w:rsid w:val="00D86A11"/>
    <w:rsid w:val="00DA3F26"/>
    <w:rsid w:val="00DC1D71"/>
    <w:rsid w:val="00DD6243"/>
    <w:rsid w:val="00E06682"/>
    <w:rsid w:val="00E20B48"/>
    <w:rsid w:val="00E26423"/>
    <w:rsid w:val="00E40C28"/>
    <w:rsid w:val="00E60CEF"/>
    <w:rsid w:val="00EB08D1"/>
    <w:rsid w:val="00EE7AB9"/>
    <w:rsid w:val="00F0791E"/>
    <w:rsid w:val="00F57065"/>
    <w:rsid w:val="00FA00CC"/>
    <w:rsid w:val="00FC693F"/>
    <w:rsid w:val="1EE1BDF1"/>
    <w:rsid w:val="412F6A8A"/>
    <w:rsid w:val="731E0DC1"/>
    <w:rsid w:val="756E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B2DC1E1-B5D9-443E-8D55-9A13C830C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7680CF482CD409D49F99C79659434" ma:contentTypeVersion="21" ma:contentTypeDescription="Create a new document." ma:contentTypeScope="" ma:versionID="1a12444c5c8768e0c9a0f33e8fb29c25">
  <xsd:schema xmlns:xsd="http://www.w3.org/2001/XMLSchema" xmlns:xs="http://www.w3.org/2001/XMLSchema" xmlns:p="http://schemas.microsoft.com/office/2006/metadata/properties" xmlns:ns1="http://schemas.microsoft.com/sharepoint/v3" xmlns:ns2="d914ba67-df02-42bb-95f8-0b416e1c5afa" xmlns:ns3="66b9bb20-c38a-4224-82c8-e2f80ecaa450" targetNamespace="http://schemas.microsoft.com/office/2006/metadata/properties" ma:root="true" ma:fieldsID="1aca8b240d494778fe108edc6758d95a" ns1:_="" ns2:_="" ns3:_="">
    <xsd:import namespace="http://schemas.microsoft.com/sharepoint/v3"/>
    <xsd:import namespace="d914ba67-df02-42bb-95f8-0b416e1c5afa"/>
    <xsd:import namespace="66b9bb20-c38a-4224-82c8-e2f80ecaa4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4ba67-df02-42bb-95f8-0b416e1c5a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90d59a-9708-4bb4-9d94-ce5cd6e8de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9bb20-c38a-4224-82c8-e2f80ecaa45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cd141e-dd42-4216-8448-648c851ba018}" ma:internalName="TaxCatchAll" ma:showField="CatchAllData" ma:web="66b9bb20-c38a-4224-82c8-e2f80ecaa4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6b9bb20-c38a-4224-82c8-e2f80ecaa450" xsi:nil="true"/>
    <_ip_UnifiedCompliancePolicyProperties xmlns="http://schemas.microsoft.com/sharepoint/v3" xsi:nil="true"/>
    <lcf76f155ced4ddcb4097134ff3c332f xmlns="d914ba67-df02-42bb-95f8-0b416e1c5a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CC40389-BB04-4D25-9903-529103D9EA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EEE53C6-2391-4FF1-8C0E-3A56AEE7C5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14ba67-df02-42bb-95f8-0b416e1c5afa"/>
    <ds:schemaRef ds:uri="66b9bb20-c38a-4224-82c8-e2f80ecaa4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50C766-96F6-4EAF-86B3-BC112F54229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6b9bb20-c38a-4224-82c8-e2f80ecaa450"/>
    <ds:schemaRef ds:uri="d914ba67-df02-42bb-95f8-0b416e1c5a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118</Words>
  <Characters>654</Characters>
  <Application>Microsoft Office Word</Application>
  <DocSecurity>0</DocSecurity>
  <Lines>5</Lines>
  <Paragraphs>1</Paragraphs>
  <ScaleCrop>false</ScaleCrop>
  <Manager/>
  <Company/>
  <LinksUpToDate>false</LinksUpToDate>
  <CharactersWithSpaces>771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Cádiz</dc:creator>
  <cp:keywords/>
  <dc:description>generated by python-docx</dc:description>
  <cp:lastModifiedBy>Sonia Navarro</cp:lastModifiedBy>
  <cp:revision>34</cp:revision>
  <dcterms:created xsi:type="dcterms:W3CDTF">2026-09-22T06:51:00Z</dcterms:created>
  <dcterms:modified xsi:type="dcterms:W3CDTF">2026-09-28T12:53:00Z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0x01010029E7680CF482CD409D49F99C79659434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