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75F4F5E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CA0E14">
        <w:rPr>
          <w:b/>
          <w:bCs/>
          <w:color w:val="4A4A4A"/>
          <w:sz w:val="34"/>
          <w:szCs w:val="34"/>
          <w:lang w:val="es-ES"/>
        </w:rPr>
        <w:t>02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CA0E14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CA0E14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183178A" w14:textId="77777777" w:rsidR="004E24BA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E24BA">
              <w:rPr>
                <w:b/>
                <w:color w:val="0524FF"/>
                <w:lang w:val="es-ES"/>
              </w:rPr>
              <w:t>FECHA</w:t>
            </w:r>
          </w:p>
          <w:p w14:paraId="669D1E82" w14:textId="6AC784F1" w:rsidR="001951D5" w:rsidRPr="004E24BA" w:rsidRDefault="004E24BA">
            <w:pPr>
              <w:spacing w:after="0"/>
              <w:rPr>
                <w:lang w:val="es-ES"/>
              </w:rPr>
            </w:pPr>
            <w:r w:rsidRPr="004E24BA">
              <w:rPr>
                <w:b/>
                <w:color w:val="0524FF"/>
                <w:lang w:val="es-ES"/>
              </w:rPr>
              <w:t xml:space="preserve">19 de </w:t>
            </w:r>
            <w:r w:rsidR="00DA67E2" w:rsidRPr="004E24BA">
              <w:rPr>
                <w:b/>
                <w:color w:val="0524FF"/>
                <w:lang w:val="es-ES"/>
              </w:rPr>
              <w:t>febrero</w:t>
            </w:r>
            <w:r w:rsidRPr="004E24BA">
              <w:rPr>
                <w:b/>
                <w:color w:val="0524FF"/>
                <w:lang w:val="es-ES"/>
              </w:rPr>
              <w:t xml:space="preserve">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4DB48CD" w:rsidR="001951D5" w:rsidRPr="00B06894" w:rsidRDefault="004327BA">
            <w:pPr>
              <w:spacing w:after="0"/>
              <w:rPr>
                <w:lang w:val="it-IT"/>
              </w:rPr>
            </w:pPr>
            <w:r w:rsidRPr="00B06894">
              <w:rPr>
                <w:b/>
                <w:color w:val="0524FF"/>
                <w:lang w:val="it-IT"/>
              </w:rPr>
              <w:t>ACCIÓN</w:t>
            </w:r>
            <w:r w:rsidRPr="00B06894">
              <w:rPr>
                <w:b/>
                <w:color w:val="0524FF"/>
                <w:lang w:val="it-IT"/>
              </w:rPr>
              <w:br/>
            </w:r>
            <w:r w:rsidR="00B06894" w:rsidRPr="00B06894">
              <w:rPr>
                <w:b/>
                <w:color w:val="0524FF"/>
                <w:lang w:val="it-IT"/>
              </w:rPr>
              <w:t>IBM Innovation Circle - Ma</w:t>
            </w:r>
            <w:r w:rsidR="00B06894">
              <w:rPr>
                <w:b/>
                <w:color w:val="0524FF"/>
                <w:lang w:val="it-IT"/>
              </w:rPr>
              <w:t>drid</w:t>
            </w:r>
          </w:p>
        </w:tc>
      </w:tr>
    </w:tbl>
    <w:p w14:paraId="672A6659" w14:textId="77777777" w:rsidR="001951D5" w:rsidRPr="00B06894" w:rsidRDefault="001951D5">
      <w:pPr>
        <w:spacing w:after="0"/>
        <w:rPr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CA0E14" w14:paraId="5735CF19" w14:textId="77777777">
        <w:tc>
          <w:tcPr>
            <w:tcW w:w="10312" w:type="dxa"/>
          </w:tcPr>
          <w:p w14:paraId="65449E23" w14:textId="4A8FDAF8" w:rsidR="001951D5" w:rsidRPr="00C03A4D" w:rsidRDefault="00833099">
            <w:pPr>
              <w:spacing w:after="0"/>
              <w:rPr>
                <w:lang w:val="es-ES"/>
              </w:rPr>
            </w:pPr>
            <w:r>
              <w:rPr>
                <w:lang w:val="es-ES"/>
              </w:rPr>
              <w:t>Asistencia de la vicepresidenta al evento IBM Innovation Circle en Madrid.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06352BC" w:rsidR="001951D5" w:rsidRDefault="00F5460A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2252F8F" w:rsidR="001951D5" w:rsidRDefault="00DA67E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</w:t>
            </w:r>
            <w:r w:rsidR="00833099">
              <w:rPr>
                <w:b/>
                <w:color w:val="4A4A4A"/>
                <w:sz w:val="16"/>
              </w:rPr>
              <w:t>1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2E4231">
              <w:rPr>
                <w:b/>
                <w:color w:val="4A4A4A"/>
                <w:sz w:val="16"/>
              </w:rPr>
              <w:t>74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2FC37A2" w:rsidR="001951D5" w:rsidRDefault="0056462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5D3F" w14:textId="77777777" w:rsidR="007A5AB2" w:rsidRDefault="007A5AB2">
      <w:pPr>
        <w:spacing w:after="0" w:line="240" w:lineRule="auto"/>
      </w:pPr>
      <w:r>
        <w:separator/>
      </w:r>
    </w:p>
  </w:endnote>
  <w:endnote w:type="continuationSeparator" w:id="0">
    <w:p w14:paraId="1B0D19FC" w14:textId="77777777" w:rsidR="007A5AB2" w:rsidRDefault="007A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E24BA" w:rsidRDefault="004327BA">
    <w:pPr>
      <w:pStyle w:val="Piedepgina"/>
      <w:jc w:val="center"/>
      <w:rPr>
        <w:lang w:val="es-ES"/>
      </w:rPr>
    </w:pPr>
    <w:r w:rsidRPr="004E24B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2E711" w14:textId="77777777" w:rsidR="007A5AB2" w:rsidRDefault="007A5AB2">
      <w:pPr>
        <w:spacing w:after="0" w:line="240" w:lineRule="auto"/>
      </w:pPr>
      <w:r>
        <w:separator/>
      </w:r>
    </w:p>
  </w:footnote>
  <w:footnote w:type="continuationSeparator" w:id="0">
    <w:p w14:paraId="3B5E101B" w14:textId="77777777" w:rsidR="007A5AB2" w:rsidRDefault="007A5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505"/>
    <w:rsid w:val="000A2884"/>
    <w:rsid w:val="0015074B"/>
    <w:rsid w:val="0017158E"/>
    <w:rsid w:val="001951D5"/>
    <w:rsid w:val="001E6D99"/>
    <w:rsid w:val="0029639D"/>
    <w:rsid w:val="002E4231"/>
    <w:rsid w:val="00326F90"/>
    <w:rsid w:val="004327BA"/>
    <w:rsid w:val="004E24BA"/>
    <w:rsid w:val="00562B17"/>
    <w:rsid w:val="0056462E"/>
    <w:rsid w:val="005F62B2"/>
    <w:rsid w:val="006253A7"/>
    <w:rsid w:val="006A49B4"/>
    <w:rsid w:val="007A5AB2"/>
    <w:rsid w:val="00833099"/>
    <w:rsid w:val="009C5E1E"/>
    <w:rsid w:val="009F7908"/>
    <w:rsid w:val="00A02DDD"/>
    <w:rsid w:val="00A24035"/>
    <w:rsid w:val="00AA1D8D"/>
    <w:rsid w:val="00B06894"/>
    <w:rsid w:val="00B47730"/>
    <w:rsid w:val="00C03A4D"/>
    <w:rsid w:val="00CA0E14"/>
    <w:rsid w:val="00CB0664"/>
    <w:rsid w:val="00D257A8"/>
    <w:rsid w:val="00DA67E2"/>
    <w:rsid w:val="00F0791E"/>
    <w:rsid w:val="00F5460A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4D9C8-C308-496F-93DE-7EB5132820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66E961-311E-4859-94DD-B98A2AAA72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749F9C80-B131-4D61-A6ED-FFABCE5CB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318</Characters>
  <Application>Microsoft Office Word</Application>
  <DocSecurity>0</DocSecurity>
  <Lines>2</Lines>
  <Paragraphs>1</Paragraphs>
  <ScaleCrop>false</ScaleCrop>
  <Manager/>
  <Company/>
  <LinksUpToDate>false</LinksUpToDate>
  <CharactersWithSpaces>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12</cp:revision>
  <dcterms:created xsi:type="dcterms:W3CDTF">2026-09-22T06:51:00Z</dcterms:created>
  <dcterms:modified xsi:type="dcterms:W3CDTF">2026-09-28T13:00:00Z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