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09901BF5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457512">
        <w:rPr>
          <w:b/>
          <w:bCs/>
          <w:color w:val="4A4A4A"/>
          <w:sz w:val="34"/>
          <w:szCs w:val="34"/>
          <w:lang w:val="es-ES"/>
        </w:rPr>
        <w:t>04</w:t>
      </w:r>
      <w:r w:rsidRPr="1EE1BDF1">
        <w:rPr>
          <w:b/>
          <w:bCs/>
          <w:color w:val="4A4A4A"/>
          <w:sz w:val="34"/>
          <w:szCs w:val="34"/>
          <w:lang w:val="es-ES"/>
        </w:rPr>
        <w:t>/2026)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AF6466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62C4C1A" w14:textId="77777777" w:rsidR="009F7941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9F7941">
              <w:rPr>
                <w:b/>
                <w:color w:val="0524FF"/>
                <w:lang w:val="es-ES"/>
              </w:rPr>
              <w:t>FECHA</w:t>
            </w:r>
          </w:p>
          <w:p w14:paraId="669D1E82" w14:textId="0C704CE7" w:rsidR="001951D5" w:rsidRPr="009F7941" w:rsidRDefault="009F7941">
            <w:pPr>
              <w:spacing w:after="0"/>
              <w:rPr>
                <w:lang w:val="es-ES"/>
              </w:rPr>
            </w:pPr>
            <w:r w:rsidRPr="009F7941">
              <w:rPr>
                <w:b/>
                <w:color w:val="0524FF"/>
                <w:lang w:val="es-ES"/>
              </w:rPr>
              <w:t>M</w:t>
            </w:r>
            <w:r>
              <w:rPr>
                <w:b/>
                <w:color w:val="0524FF"/>
                <w:lang w:val="es-ES"/>
              </w:rPr>
              <w:t xml:space="preserve">iércoles 29 de </w:t>
            </w:r>
            <w:proofErr w:type="gramStart"/>
            <w:r>
              <w:rPr>
                <w:b/>
                <w:color w:val="0524FF"/>
                <w:lang w:val="es-ES"/>
              </w:rPr>
              <w:t>Abril</w:t>
            </w:r>
            <w:proofErr w:type="gramEnd"/>
            <w:r>
              <w:rPr>
                <w:b/>
                <w:color w:val="0524FF"/>
                <w:lang w:val="es-ES"/>
              </w:rPr>
              <w:t xml:space="preserve"> de 2026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5B98E4B1" w:rsidR="001951D5" w:rsidRPr="00AF6466" w:rsidRDefault="004327BA">
            <w:pPr>
              <w:spacing w:after="0"/>
              <w:rPr>
                <w:lang w:val="en-GB"/>
              </w:rPr>
            </w:pPr>
            <w:r w:rsidRPr="00AF6466">
              <w:rPr>
                <w:b/>
                <w:color w:val="0524FF"/>
                <w:lang w:val="en-GB"/>
              </w:rPr>
              <w:t>ACCIÓN</w:t>
            </w:r>
            <w:r w:rsidRPr="00AF6466">
              <w:rPr>
                <w:b/>
                <w:color w:val="0524FF"/>
                <w:lang w:val="en-GB"/>
              </w:rPr>
              <w:br/>
            </w:r>
            <w:r w:rsidR="009F7941" w:rsidRPr="00AF6466">
              <w:rPr>
                <w:b/>
                <w:color w:val="0524FF"/>
                <w:lang w:val="en-GB"/>
              </w:rPr>
              <w:t>Bloomber</w:t>
            </w:r>
            <w:r w:rsidR="00AF6466" w:rsidRPr="00AF6466">
              <w:rPr>
                <w:b/>
                <w:color w:val="0524FF"/>
                <w:lang w:val="en-GB"/>
              </w:rPr>
              <w:t>g City Lab M</w:t>
            </w:r>
            <w:r w:rsidR="00AF6466">
              <w:rPr>
                <w:b/>
                <w:color w:val="0524FF"/>
                <w:lang w:val="en-GB"/>
              </w:rPr>
              <w:t>adrid</w:t>
            </w:r>
          </w:p>
        </w:tc>
      </w:tr>
    </w:tbl>
    <w:p w14:paraId="672A6659" w14:textId="77777777" w:rsidR="001951D5" w:rsidRPr="00AF6466" w:rsidRDefault="001951D5">
      <w:pPr>
        <w:spacing w:after="0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D9086F" w14:paraId="5735CF19" w14:textId="77777777">
        <w:tc>
          <w:tcPr>
            <w:tcW w:w="10312" w:type="dxa"/>
          </w:tcPr>
          <w:p w14:paraId="65449E23" w14:textId="59FE07F0" w:rsidR="001951D5" w:rsidRPr="00C03A4D" w:rsidRDefault="00AF6466">
            <w:pPr>
              <w:spacing w:after="0"/>
              <w:rPr>
                <w:lang w:val="es-ES"/>
              </w:rPr>
            </w:pPr>
            <w:r>
              <w:rPr>
                <w:lang w:val="es-ES"/>
              </w:rPr>
              <w:t>Asistencia de la vicepresidenta a Bloomberg City Lab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1503BD1C" w:rsidR="001951D5" w:rsidRDefault="00D9086F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72D9FAFA" w:rsidR="001951D5" w:rsidRDefault="004034B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42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74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77777777" w:rsidR="001951D5" w:rsidRDefault="004327B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0,00 €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6B3854C4" w:rsidR="001951D5" w:rsidRDefault="004034B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39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25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9E823" w14:textId="77777777" w:rsidR="00B305E0" w:rsidRDefault="00B305E0">
      <w:pPr>
        <w:spacing w:after="0" w:line="240" w:lineRule="auto"/>
      </w:pPr>
      <w:r>
        <w:separator/>
      </w:r>
    </w:p>
  </w:endnote>
  <w:endnote w:type="continuationSeparator" w:id="0">
    <w:p w14:paraId="64BAC08F" w14:textId="77777777" w:rsidR="00B305E0" w:rsidRDefault="00B30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9F7941" w:rsidRDefault="004327BA">
    <w:pPr>
      <w:pStyle w:val="Piedepgina"/>
      <w:jc w:val="center"/>
      <w:rPr>
        <w:lang w:val="es-ES"/>
      </w:rPr>
    </w:pPr>
    <w:r w:rsidRPr="009F7941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874B8" w14:textId="77777777" w:rsidR="00B305E0" w:rsidRDefault="00B305E0">
      <w:pPr>
        <w:spacing w:after="0" w:line="240" w:lineRule="auto"/>
      </w:pPr>
      <w:r>
        <w:separator/>
      </w:r>
    </w:p>
  </w:footnote>
  <w:footnote w:type="continuationSeparator" w:id="0">
    <w:p w14:paraId="12472D8F" w14:textId="77777777" w:rsidR="00B305E0" w:rsidRDefault="00B30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58E"/>
    <w:rsid w:val="001951D5"/>
    <w:rsid w:val="0029639D"/>
    <w:rsid w:val="00326F90"/>
    <w:rsid w:val="004034B8"/>
    <w:rsid w:val="004327BA"/>
    <w:rsid w:val="00457512"/>
    <w:rsid w:val="00562B17"/>
    <w:rsid w:val="006253A7"/>
    <w:rsid w:val="008E1BA0"/>
    <w:rsid w:val="009F7941"/>
    <w:rsid w:val="00AA1D8D"/>
    <w:rsid w:val="00AD660F"/>
    <w:rsid w:val="00AF6466"/>
    <w:rsid w:val="00B305E0"/>
    <w:rsid w:val="00B47730"/>
    <w:rsid w:val="00C03A4D"/>
    <w:rsid w:val="00CB0664"/>
    <w:rsid w:val="00D9086F"/>
    <w:rsid w:val="00F0791E"/>
    <w:rsid w:val="00F57065"/>
    <w:rsid w:val="00F82042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BDF8E0-BA2B-458E-82A5-C44309C147F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3.xml><?xml version="1.0" encoding="utf-8"?>
<ds:datastoreItem xmlns:ds="http://schemas.openxmlformats.org/officeDocument/2006/customXml" ds:itemID="{D470969C-5BBA-4146-A094-9132B562CA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4E9444-5A80-45F8-A077-DAD00036BC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</Words>
  <Characters>302</Characters>
  <Application>Microsoft Office Word</Application>
  <DocSecurity>0</DocSecurity>
  <Lines>2</Lines>
  <Paragraphs>1</Paragraphs>
  <ScaleCrop>false</ScaleCrop>
  <Manager/>
  <Company/>
  <LinksUpToDate>false</LinksUpToDate>
  <CharactersWithSpaces>355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7</cp:revision>
  <dcterms:created xsi:type="dcterms:W3CDTF">2026-09-22T06:51:00Z</dcterms:created>
  <dcterms:modified xsi:type="dcterms:W3CDTF">2026-09-28T10:38:00Z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  <property fmtid="{D5CDD505-2E9C-101B-9397-08002B2CF9AE}" pid="5" name="docLang">
    <vt:lpwstr>es</vt:lpwstr>
  </property>
</Properties>
</file>