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191E1D18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232F02">
        <w:rPr>
          <w:b/>
          <w:bCs/>
          <w:color w:val="4A4A4A"/>
          <w:sz w:val="34"/>
          <w:szCs w:val="34"/>
          <w:lang w:val="es-ES"/>
        </w:rPr>
        <w:t>05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232F02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7C63B9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02E4DE" w14:textId="77777777" w:rsidR="002550D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>FECHA</w:t>
            </w:r>
          </w:p>
          <w:p w14:paraId="669D1E82" w14:textId="76AC7DB8" w:rsidR="001951D5" w:rsidRPr="00457CCC" w:rsidRDefault="00457CCC">
            <w:pPr>
              <w:spacing w:after="0"/>
              <w:rPr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 xml:space="preserve"> </w:t>
            </w:r>
            <w:r w:rsidR="005416E8">
              <w:rPr>
                <w:b/>
                <w:color w:val="0524FF"/>
                <w:lang w:val="es-ES"/>
              </w:rPr>
              <w:t>22</w:t>
            </w:r>
            <w:r w:rsidR="0027367B">
              <w:rPr>
                <w:b/>
                <w:color w:val="0524FF"/>
                <w:lang w:val="es-ES"/>
              </w:rPr>
              <w:t xml:space="preserve"> a </w:t>
            </w:r>
            <w:r w:rsidR="005416E8">
              <w:rPr>
                <w:b/>
                <w:color w:val="0524FF"/>
                <w:lang w:val="es-ES"/>
              </w:rPr>
              <w:t>23</w:t>
            </w:r>
            <w:r w:rsidR="00A11068" w:rsidRPr="00457CCC">
              <w:rPr>
                <w:b/>
                <w:color w:val="0524FF"/>
                <w:lang w:val="es-ES"/>
              </w:rPr>
              <w:t xml:space="preserve"> de </w:t>
            </w:r>
            <w:r w:rsidR="005416E8">
              <w:rPr>
                <w:b/>
                <w:color w:val="0524FF"/>
                <w:lang w:val="es-ES"/>
              </w:rPr>
              <w:t>mayo</w:t>
            </w:r>
            <w:r w:rsidR="00DA3F26" w:rsidRPr="00457CCC">
              <w:rPr>
                <w:b/>
                <w:color w:val="0524FF"/>
                <w:lang w:val="es-ES"/>
              </w:rPr>
              <w:t xml:space="preserve"> </w:t>
            </w:r>
            <w:r w:rsidR="00A11068" w:rsidRPr="00457CCC">
              <w:rPr>
                <w:b/>
                <w:color w:val="0524FF"/>
                <w:lang w:val="es-ES"/>
              </w:rPr>
              <w:t xml:space="preserve">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69A53B3A" w:rsidR="001951D5" w:rsidRPr="007C63B9" w:rsidRDefault="004327BA">
            <w:pPr>
              <w:spacing w:after="0"/>
              <w:rPr>
                <w:b/>
                <w:color w:val="0524FF"/>
                <w:lang w:val="en-GB"/>
              </w:rPr>
            </w:pPr>
            <w:r w:rsidRPr="007C63B9">
              <w:rPr>
                <w:b/>
                <w:color w:val="0524FF"/>
                <w:lang w:val="en-GB"/>
              </w:rPr>
              <w:t>ACCIÓN</w:t>
            </w:r>
            <w:r w:rsidRPr="007C63B9">
              <w:rPr>
                <w:b/>
                <w:color w:val="0524FF"/>
                <w:lang w:val="en-GB"/>
              </w:rPr>
              <w:br/>
            </w:r>
            <w:r w:rsidR="000D4814">
              <w:rPr>
                <w:b/>
                <w:color w:val="0524FF"/>
                <w:lang w:val="en-GB"/>
              </w:rPr>
              <w:t>Viaje a Madrid</w:t>
            </w:r>
          </w:p>
        </w:tc>
      </w:tr>
    </w:tbl>
    <w:p w14:paraId="672A6659" w14:textId="77777777" w:rsidR="001951D5" w:rsidRPr="007C63B9" w:rsidRDefault="001951D5">
      <w:pPr>
        <w:spacing w:after="0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232F02" w14:paraId="5735CF19" w14:textId="77777777">
        <w:tc>
          <w:tcPr>
            <w:tcW w:w="10312" w:type="dxa"/>
          </w:tcPr>
          <w:p w14:paraId="58B3B3D4" w14:textId="77777777" w:rsidR="00012254" w:rsidRPr="00DA3F26" w:rsidRDefault="00012254">
            <w:pPr>
              <w:spacing w:after="0"/>
              <w:rPr>
                <w:color w:val="222222"/>
                <w:sz w:val="16"/>
                <w:lang w:val="es-ES"/>
              </w:rPr>
            </w:pPr>
          </w:p>
          <w:p w14:paraId="65449E23" w14:textId="1B7C14A1" w:rsidR="001951D5" w:rsidRPr="00452879" w:rsidRDefault="004D59BC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A</w:t>
            </w:r>
            <w:r w:rsidR="00452879" w:rsidRPr="00452879">
              <w:rPr>
                <w:color w:val="222222"/>
                <w:sz w:val="16"/>
                <w:lang w:val="es-ES"/>
              </w:rPr>
              <w:t>sis</w:t>
            </w:r>
            <w:r w:rsidR="000D4814">
              <w:rPr>
                <w:color w:val="222222"/>
                <w:sz w:val="16"/>
                <w:lang w:val="es-ES"/>
              </w:rPr>
              <w:t xml:space="preserve">tencia del director y subdirector de VIC a la Gala </w:t>
            </w:r>
            <w:r w:rsidR="007D26C1">
              <w:rPr>
                <w:color w:val="222222"/>
                <w:sz w:val="16"/>
                <w:lang w:val="es-ES"/>
              </w:rPr>
              <w:t xml:space="preserve"> 10º aniversario </w:t>
            </w:r>
            <w:r w:rsidR="000D4814">
              <w:rPr>
                <w:color w:val="222222"/>
                <w:sz w:val="16"/>
                <w:lang w:val="es-ES"/>
              </w:rPr>
              <w:t>GSIC en Madrid.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000D3591" w:rsidR="001951D5" w:rsidRDefault="00457CCC">
            <w:pPr>
              <w:spacing w:after="0"/>
            </w:pPr>
            <w:r>
              <w:rPr>
                <w:b/>
                <w:color w:val="FFFFFF"/>
              </w:rPr>
              <w:t>DAVID ROSA  - 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7ABDD339" w:rsidR="001951D5" w:rsidRDefault="009D187D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68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B26929">
              <w:rPr>
                <w:b/>
                <w:color w:val="4A4A4A"/>
                <w:sz w:val="16"/>
              </w:rPr>
              <w:t>26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08492FDC" w:rsidR="001951D5" w:rsidRDefault="007911B0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224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43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36F1E495" w:rsidR="001951D5" w:rsidRDefault="00333E15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356,21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290265" w14:paraId="268B8D79" w14:textId="77777777" w:rsidTr="00943B36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D6691E" w14:textId="316B30FC" w:rsidR="00290265" w:rsidRDefault="00290265" w:rsidP="00943B36">
            <w:pPr>
              <w:spacing w:after="0"/>
            </w:pPr>
            <w:r>
              <w:rPr>
                <w:b/>
                <w:color w:val="FFFFFF"/>
              </w:rPr>
              <w:t>ARTURO CASTELLÓ - SUBDIRECTOR</w:t>
            </w:r>
          </w:p>
        </w:tc>
      </w:tr>
      <w:tr w:rsidR="00290265" w14:paraId="32C98CC4" w14:textId="77777777" w:rsidTr="00943B3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BF323F" w14:textId="77777777" w:rsidR="00290265" w:rsidRDefault="00290265" w:rsidP="00943B36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F78C2F" w14:textId="2E121201" w:rsidR="00290265" w:rsidRDefault="007911B0" w:rsidP="00943B3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68</w:t>
            </w:r>
            <w:r w:rsidR="00290265">
              <w:rPr>
                <w:b/>
                <w:color w:val="4A4A4A"/>
                <w:sz w:val="16"/>
              </w:rPr>
              <w:t>,</w:t>
            </w:r>
            <w:r w:rsidR="00A473E8">
              <w:rPr>
                <w:b/>
                <w:color w:val="4A4A4A"/>
                <w:sz w:val="16"/>
              </w:rPr>
              <w:t>26</w:t>
            </w:r>
            <w:r w:rsidR="00290265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290265" w14:paraId="7438C31E" w14:textId="77777777" w:rsidTr="00943B3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29FCB0" w14:textId="77777777" w:rsidR="00290265" w:rsidRDefault="00290265" w:rsidP="00943B36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CFE2B3" w14:textId="08C4C17C" w:rsidR="00290265" w:rsidRDefault="00A473E8" w:rsidP="00943B3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224</w:t>
            </w:r>
            <w:r w:rsidR="00290265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43</w:t>
            </w:r>
            <w:r w:rsidR="00290265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290265" w14:paraId="22B8E3CD" w14:textId="77777777" w:rsidTr="00943B3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A24AC9" w14:textId="77777777" w:rsidR="00290265" w:rsidRDefault="00290265" w:rsidP="00943B36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1BE8A6" w14:textId="27070E07" w:rsidR="00290265" w:rsidRDefault="00CE73F8" w:rsidP="00943B3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43</w:t>
            </w:r>
            <w:r w:rsidR="00290265">
              <w:rPr>
                <w:b/>
                <w:color w:val="4A4A4A"/>
                <w:sz w:val="16"/>
              </w:rPr>
              <w:t>,</w:t>
            </w:r>
            <w:r w:rsidR="006A622B">
              <w:rPr>
                <w:b/>
                <w:color w:val="4A4A4A"/>
                <w:sz w:val="16"/>
              </w:rPr>
              <w:t>9</w:t>
            </w:r>
            <w:r w:rsidR="00290265">
              <w:rPr>
                <w:b/>
                <w:color w:val="4A4A4A"/>
                <w:sz w:val="16"/>
              </w:rPr>
              <w:t>0 €</w:t>
            </w:r>
          </w:p>
        </w:tc>
      </w:tr>
    </w:tbl>
    <w:p w14:paraId="2A07EB7E" w14:textId="77777777" w:rsidR="00290265" w:rsidRDefault="00290265" w:rsidP="00290265"/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44D69" w14:textId="77777777" w:rsidR="008D4B48" w:rsidRDefault="008D4B48">
      <w:pPr>
        <w:spacing w:after="0" w:line="240" w:lineRule="auto"/>
      </w:pPr>
      <w:r>
        <w:separator/>
      </w:r>
    </w:p>
  </w:endnote>
  <w:endnote w:type="continuationSeparator" w:id="0">
    <w:p w14:paraId="6F006FAB" w14:textId="77777777" w:rsidR="008D4B48" w:rsidRDefault="008D4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2EAF3" w14:textId="77777777" w:rsidR="008D4B48" w:rsidRDefault="008D4B48">
      <w:pPr>
        <w:spacing w:after="0" w:line="240" w:lineRule="auto"/>
      </w:pPr>
      <w:r>
        <w:separator/>
      </w:r>
    </w:p>
  </w:footnote>
  <w:footnote w:type="continuationSeparator" w:id="0">
    <w:p w14:paraId="19C5A6B8" w14:textId="77777777" w:rsidR="008D4B48" w:rsidRDefault="008D4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6C4F"/>
    <w:rsid w:val="00034616"/>
    <w:rsid w:val="0006063C"/>
    <w:rsid w:val="000D4814"/>
    <w:rsid w:val="0015074B"/>
    <w:rsid w:val="0017158E"/>
    <w:rsid w:val="001951D5"/>
    <w:rsid w:val="001B4406"/>
    <w:rsid w:val="001B60B0"/>
    <w:rsid w:val="00202605"/>
    <w:rsid w:val="00232F02"/>
    <w:rsid w:val="002367E1"/>
    <w:rsid w:val="002505B5"/>
    <w:rsid w:val="002550D7"/>
    <w:rsid w:val="0027367B"/>
    <w:rsid w:val="00290265"/>
    <w:rsid w:val="0029639D"/>
    <w:rsid w:val="002B6276"/>
    <w:rsid w:val="00326F90"/>
    <w:rsid w:val="00333E15"/>
    <w:rsid w:val="0039639B"/>
    <w:rsid w:val="00413025"/>
    <w:rsid w:val="004232DC"/>
    <w:rsid w:val="004327BA"/>
    <w:rsid w:val="00443B0C"/>
    <w:rsid w:val="00452879"/>
    <w:rsid w:val="00457CCC"/>
    <w:rsid w:val="004C158B"/>
    <w:rsid w:val="004D59BC"/>
    <w:rsid w:val="004E5CD0"/>
    <w:rsid w:val="004F168B"/>
    <w:rsid w:val="0054074A"/>
    <w:rsid w:val="005416E8"/>
    <w:rsid w:val="00562B17"/>
    <w:rsid w:val="00584867"/>
    <w:rsid w:val="005A0BBC"/>
    <w:rsid w:val="0061614B"/>
    <w:rsid w:val="006253A7"/>
    <w:rsid w:val="006A622B"/>
    <w:rsid w:val="006E17C0"/>
    <w:rsid w:val="00773ABD"/>
    <w:rsid w:val="007911B0"/>
    <w:rsid w:val="007C63B9"/>
    <w:rsid w:val="007D26C1"/>
    <w:rsid w:val="007D2EAD"/>
    <w:rsid w:val="00826390"/>
    <w:rsid w:val="008D4B48"/>
    <w:rsid w:val="008F290B"/>
    <w:rsid w:val="009274C2"/>
    <w:rsid w:val="009C39A9"/>
    <w:rsid w:val="009C448E"/>
    <w:rsid w:val="009D187D"/>
    <w:rsid w:val="00A11068"/>
    <w:rsid w:val="00A473E8"/>
    <w:rsid w:val="00A8373F"/>
    <w:rsid w:val="00AA1D8D"/>
    <w:rsid w:val="00AC6730"/>
    <w:rsid w:val="00B26929"/>
    <w:rsid w:val="00B376A0"/>
    <w:rsid w:val="00B427FE"/>
    <w:rsid w:val="00B47730"/>
    <w:rsid w:val="00BA1401"/>
    <w:rsid w:val="00BA582B"/>
    <w:rsid w:val="00BF25DE"/>
    <w:rsid w:val="00C03A4D"/>
    <w:rsid w:val="00CB0664"/>
    <w:rsid w:val="00CE73F8"/>
    <w:rsid w:val="00D53394"/>
    <w:rsid w:val="00D92B24"/>
    <w:rsid w:val="00DA3F26"/>
    <w:rsid w:val="00DD6243"/>
    <w:rsid w:val="00E06682"/>
    <w:rsid w:val="00E07759"/>
    <w:rsid w:val="00E26423"/>
    <w:rsid w:val="00E60CEF"/>
    <w:rsid w:val="00F0791E"/>
    <w:rsid w:val="00F247B2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CA463C-FFF5-403E-BF68-9D4032B7D26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3.xml><?xml version="1.0" encoding="utf-8"?>
<ds:datastoreItem xmlns:ds="http://schemas.openxmlformats.org/officeDocument/2006/customXml" ds:itemID="{8213C2BE-B1DF-4756-8674-0A94103442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9DC465-312A-48D7-A96E-518B31EBE0A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72</Words>
  <Characters>401</Characters>
  <Application>Microsoft Office Word</Application>
  <DocSecurity>0</DocSecurity>
  <Lines>3</Lines>
  <Paragraphs>1</Paragraphs>
  <ScaleCrop>false</ScaleCrop>
  <Manager/>
  <Company/>
  <LinksUpToDate>false</LinksUpToDate>
  <CharactersWithSpaces>472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47</cp:revision>
  <dcterms:created xsi:type="dcterms:W3CDTF">2026-09-22T06:51:00Z</dcterms:created>
  <dcterms:modified xsi:type="dcterms:W3CDTF">2026-09-28T12:05:00Z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