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58759EA3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1A4A85">
        <w:rPr>
          <w:b/>
          <w:bCs/>
          <w:color w:val="4A4A4A"/>
          <w:sz w:val="34"/>
          <w:szCs w:val="34"/>
          <w:lang w:val="es-ES"/>
        </w:rPr>
        <w:t>11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1A4A85">
        <w:rPr>
          <w:b/>
          <w:bCs/>
          <w:color w:val="4A4A4A"/>
          <w:sz w:val="34"/>
          <w:szCs w:val="34"/>
          <w:lang w:val="es-ES"/>
        </w:rPr>
        <w:t>4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2173DD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4A8F66BA" w:rsidR="001951D5" w:rsidRPr="002173DD" w:rsidRDefault="004327BA">
            <w:pPr>
              <w:spacing w:after="0"/>
              <w:rPr>
                <w:lang w:val="es-ES"/>
              </w:rPr>
            </w:pPr>
            <w:r w:rsidRPr="002173DD">
              <w:rPr>
                <w:b/>
                <w:color w:val="0524FF"/>
                <w:lang w:val="es-ES"/>
              </w:rPr>
              <w:t>FECHA</w:t>
            </w:r>
            <w:r w:rsidRPr="002173DD">
              <w:rPr>
                <w:b/>
                <w:color w:val="0524FF"/>
                <w:lang w:val="es-ES"/>
              </w:rPr>
              <w:br/>
            </w:r>
            <w:r w:rsidR="002173DD" w:rsidRPr="002173DD">
              <w:rPr>
                <w:b/>
                <w:color w:val="0524FF"/>
                <w:lang w:val="es-ES"/>
              </w:rPr>
              <w:t>2</w:t>
            </w:r>
            <w:r w:rsidR="002173DD">
              <w:rPr>
                <w:b/>
                <w:color w:val="0524FF"/>
                <w:lang w:val="es-ES"/>
              </w:rPr>
              <w:t>9 de noviembre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0B444765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3E78DD">
              <w:rPr>
                <w:b/>
                <w:color w:val="0524FF"/>
                <w:lang w:val="es-ES"/>
              </w:rPr>
              <w:t>Viaje a Madrid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1A4A85" w14:paraId="5735CF19" w14:textId="77777777">
        <w:tc>
          <w:tcPr>
            <w:tcW w:w="10312" w:type="dxa"/>
          </w:tcPr>
          <w:p w14:paraId="65449E23" w14:textId="7E56506F" w:rsidR="001951D5" w:rsidRPr="00C03A4D" w:rsidRDefault="009A7FEF" w:rsidP="009A7FEF">
            <w:pPr>
              <w:spacing w:after="0"/>
              <w:rPr>
                <w:lang w:val="es-ES"/>
              </w:rPr>
            </w:pPr>
            <w:r w:rsidRPr="009A7FEF">
              <w:rPr>
                <w:color w:val="222222"/>
                <w:sz w:val="16"/>
                <w:lang w:val="es-ES"/>
              </w:rPr>
              <w:t>D</w:t>
            </w:r>
            <w:proofErr w:type="spellStart"/>
            <w:r w:rsidRPr="009A7FEF">
              <w:rPr>
                <w:color w:val="222222"/>
                <w:sz w:val="16"/>
                <w:lang w:val="es-ES"/>
              </w:rPr>
              <w:t>esplazamiento</w:t>
            </w:r>
            <w:proofErr w:type="spellEnd"/>
            <w:r w:rsidRPr="009A7FEF">
              <w:rPr>
                <w:color w:val="222222"/>
                <w:sz w:val="16"/>
                <w:lang w:val="es-ES"/>
              </w:rPr>
              <w:t xml:space="preserve"> a Madrid de la directora Dª Marta Chillarón para asistir al</w:t>
            </w:r>
            <w:r>
              <w:rPr>
                <w:color w:val="222222"/>
                <w:sz w:val="16"/>
                <w:lang w:val="es-ES"/>
              </w:rPr>
              <w:t xml:space="preserve"> </w:t>
            </w:r>
            <w:r w:rsidRPr="009A7FEF">
              <w:rPr>
                <w:color w:val="222222"/>
                <w:sz w:val="16"/>
                <w:lang w:val="es-ES"/>
              </w:rPr>
              <w:t>"Encuentro de liderazgo para directivos"</w:t>
            </w:r>
            <w:r>
              <w:rPr>
                <w:color w:val="222222"/>
                <w:sz w:val="16"/>
                <w:lang w:val="es-ES"/>
              </w:rPr>
              <w:t>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65232E11" w:rsidR="001951D5" w:rsidRDefault="001A4A85">
            <w:pPr>
              <w:spacing w:after="0"/>
            </w:pPr>
            <w:r>
              <w:rPr>
                <w:b/>
                <w:color w:val="FFFFFF"/>
              </w:rPr>
              <w:t>MARTA CHILLARON - DIRECTORA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382231E3" w:rsidR="001951D5" w:rsidRDefault="00490742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14</w:t>
            </w:r>
            <w:r w:rsidR="00CD36AB">
              <w:rPr>
                <w:b/>
                <w:color w:val="4A4A4A"/>
                <w:sz w:val="16"/>
              </w:rPr>
              <w:t>3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CD36AB">
              <w:rPr>
                <w:b/>
                <w:color w:val="4A4A4A"/>
                <w:sz w:val="16"/>
              </w:rPr>
              <w:t>63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77777777" w:rsidR="001951D5" w:rsidRDefault="004327B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0,00 €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77777777" w:rsidR="001951D5" w:rsidRDefault="004327B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0,00 €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72221" w14:textId="77777777" w:rsidR="005A55A8" w:rsidRDefault="005A55A8">
      <w:pPr>
        <w:spacing w:after="0" w:line="240" w:lineRule="auto"/>
      </w:pPr>
      <w:r>
        <w:separator/>
      </w:r>
    </w:p>
  </w:endnote>
  <w:endnote w:type="continuationSeparator" w:id="0">
    <w:p w14:paraId="3A2C894C" w14:textId="77777777" w:rsidR="005A55A8" w:rsidRDefault="005A5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2173DD" w:rsidRDefault="004327BA">
    <w:pPr>
      <w:pStyle w:val="Piedepgina"/>
      <w:jc w:val="center"/>
      <w:rPr>
        <w:lang w:val="es-ES"/>
      </w:rPr>
    </w:pPr>
    <w:r w:rsidRPr="002173DD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EFEA8" w14:textId="77777777" w:rsidR="005A55A8" w:rsidRDefault="005A55A8">
      <w:pPr>
        <w:spacing w:after="0" w:line="240" w:lineRule="auto"/>
      </w:pPr>
      <w:r>
        <w:separator/>
      </w:r>
    </w:p>
  </w:footnote>
  <w:footnote w:type="continuationSeparator" w:id="0">
    <w:p w14:paraId="08D3F9DA" w14:textId="77777777" w:rsidR="005A55A8" w:rsidRDefault="005A5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4A56"/>
    <w:rsid w:val="0015074B"/>
    <w:rsid w:val="0017158E"/>
    <w:rsid w:val="001951D5"/>
    <w:rsid w:val="001A4A85"/>
    <w:rsid w:val="002173DD"/>
    <w:rsid w:val="0029639D"/>
    <w:rsid w:val="00326F90"/>
    <w:rsid w:val="003E78DD"/>
    <w:rsid w:val="004327BA"/>
    <w:rsid w:val="00490742"/>
    <w:rsid w:val="00562B17"/>
    <w:rsid w:val="005A55A8"/>
    <w:rsid w:val="00617EE8"/>
    <w:rsid w:val="006253A7"/>
    <w:rsid w:val="009A7FEF"/>
    <w:rsid w:val="00AA1D8D"/>
    <w:rsid w:val="00AC497C"/>
    <w:rsid w:val="00B47730"/>
    <w:rsid w:val="00C03A4D"/>
    <w:rsid w:val="00CB0664"/>
    <w:rsid w:val="00CB5A5F"/>
    <w:rsid w:val="00CD36AB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E0AC59-BB35-479A-BF6C-73A17B32EFE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3.xml><?xml version="1.0" encoding="utf-8"?>
<ds:datastoreItem xmlns:ds="http://schemas.openxmlformats.org/officeDocument/2006/customXml" ds:itemID="{D0E8DC47-C3AE-43C2-BFDE-48385EA076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5B4C29-87DC-4A07-9636-B8A98BCD490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333</Characters>
  <Application>Microsoft Office Word</Application>
  <DocSecurity>0</DocSecurity>
  <Lines>2</Lines>
  <Paragraphs>1</Paragraphs>
  <ScaleCrop>false</ScaleCrop>
  <Manager/>
  <Company/>
  <LinksUpToDate>false</LinksUpToDate>
  <CharactersWithSpaces>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9</cp:revision>
  <dcterms:created xsi:type="dcterms:W3CDTF">2026-09-22T06:51:00Z</dcterms:created>
  <dcterms:modified xsi:type="dcterms:W3CDTF">2026-09-28T15:21:00Z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