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604C105B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903A2A">
        <w:rPr>
          <w:b/>
          <w:bCs/>
          <w:color w:val="4A4A4A"/>
          <w:sz w:val="34"/>
          <w:szCs w:val="34"/>
          <w:lang w:val="es-ES"/>
        </w:rPr>
        <w:t>08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903A2A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903A2A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02096DA7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</w:t>
            </w:r>
            <w:r w:rsidR="002D2677">
              <w:rPr>
                <w:b/>
                <w:color w:val="0524FF"/>
                <w:lang w:val="es-ES"/>
              </w:rPr>
              <w:t>20</w:t>
            </w:r>
            <w:r w:rsidR="00E1145C">
              <w:rPr>
                <w:b/>
                <w:color w:val="0524FF"/>
                <w:lang w:val="es-ES"/>
              </w:rPr>
              <w:t xml:space="preserve"> </w:t>
            </w:r>
            <w:r w:rsidR="0027367B">
              <w:rPr>
                <w:b/>
                <w:color w:val="0524FF"/>
                <w:lang w:val="es-ES"/>
              </w:rPr>
              <w:t xml:space="preserve">a </w:t>
            </w:r>
            <w:r w:rsidR="00A563AA">
              <w:rPr>
                <w:b/>
                <w:color w:val="0524FF"/>
                <w:lang w:val="es-ES"/>
              </w:rPr>
              <w:t>22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2D2677">
              <w:rPr>
                <w:b/>
                <w:color w:val="0524FF"/>
                <w:lang w:val="es-ES"/>
              </w:rPr>
              <w:t>agost</w:t>
            </w:r>
            <w:r w:rsidR="00E1145C">
              <w:rPr>
                <w:b/>
                <w:color w:val="0524FF"/>
                <w:lang w:val="es-ES"/>
              </w:rPr>
              <w:t>o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71E2827B" w:rsidR="001951D5" w:rsidRPr="00E0034F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E0034F">
              <w:rPr>
                <w:b/>
                <w:color w:val="0524FF"/>
                <w:lang w:val="es-ES"/>
              </w:rPr>
              <w:t>ACCIÓN</w:t>
            </w:r>
            <w:r w:rsidRPr="00E0034F">
              <w:rPr>
                <w:b/>
                <w:color w:val="0524FF"/>
                <w:lang w:val="es-ES"/>
              </w:rPr>
              <w:br/>
            </w:r>
            <w:r w:rsidR="00B435C3" w:rsidRPr="00E0034F">
              <w:rPr>
                <w:b/>
                <w:color w:val="0524FF"/>
                <w:lang w:val="es-ES"/>
              </w:rPr>
              <w:t>Vi</w:t>
            </w:r>
            <w:r w:rsidR="004A7D4D">
              <w:rPr>
                <w:b/>
                <w:color w:val="0524FF"/>
                <w:lang w:val="es-ES"/>
              </w:rPr>
              <w:t xml:space="preserve">aje a </w:t>
            </w:r>
            <w:r w:rsidR="00A563AA">
              <w:rPr>
                <w:b/>
                <w:color w:val="0524FF"/>
                <w:lang w:val="es-ES"/>
              </w:rPr>
              <w:t>C</w:t>
            </w:r>
            <w:r w:rsidR="002D2677">
              <w:rPr>
                <w:b/>
                <w:color w:val="0524FF"/>
                <w:lang w:val="es-ES"/>
              </w:rPr>
              <w:t>olonia (Alemania)</w:t>
            </w:r>
          </w:p>
        </w:tc>
      </w:tr>
    </w:tbl>
    <w:p w14:paraId="672A6659" w14:textId="77777777" w:rsidR="001951D5" w:rsidRPr="00E0034F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AC4F01" w14:paraId="5735CF19" w14:textId="77777777">
        <w:tc>
          <w:tcPr>
            <w:tcW w:w="10312" w:type="dxa"/>
          </w:tcPr>
          <w:p w14:paraId="65449E23" w14:textId="28068498" w:rsidR="001951D5" w:rsidRPr="00284F8B" w:rsidRDefault="00757486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 xml:space="preserve"> </w:t>
            </w:r>
            <w:r w:rsidR="00284F8B" w:rsidRPr="00284F8B">
              <w:rPr>
                <w:color w:val="222222"/>
                <w:sz w:val="16"/>
                <w:lang w:val="es-ES"/>
              </w:rPr>
              <w:br/>
            </w:r>
            <w:r w:rsidR="002D2677">
              <w:rPr>
                <w:lang w:val="es-ES"/>
              </w:rPr>
              <w:t>Asistencia a Gamecom 2025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4ADB32B1" w:rsidR="001951D5" w:rsidRDefault="00E4068D">
            <w:pPr>
              <w:spacing w:after="0"/>
            </w:pPr>
            <w:r>
              <w:rPr>
                <w:b/>
                <w:color w:val="FFFFFF"/>
              </w:rPr>
              <w:t>ARTURO CASTELLÓ</w:t>
            </w:r>
            <w:r w:rsidR="00457CCC">
              <w:rPr>
                <w:b/>
                <w:color w:val="FFFFFF"/>
              </w:rPr>
              <w:t xml:space="preserve"> - </w:t>
            </w:r>
            <w:r>
              <w:rPr>
                <w:b/>
                <w:color w:val="FFFFFF"/>
              </w:rPr>
              <w:t>SUB</w:t>
            </w:r>
            <w:r w:rsidR="00457CCC">
              <w:rPr>
                <w:b/>
                <w:color w:val="FFFFFF"/>
              </w:rPr>
              <w:t>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45F93296" w:rsidR="001951D5" w:rsidRDefault="00A563AA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</w:t>
            </w:r>
            <w:r w:rsidR="00EB42D2">
              <w:rPr>
                <w:b/>
                <w:color w:val="4A4A4A"/>
                <w:sz w:val="16"/>
              </w:rPr>
              <w:t>74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B72AA3">
              <w:rPr>
                <w:b/>
                <w:color w:val="4A4A4A"/>
                <w:sz w:val="16"/>
              </w:rPr>
              <w:t>0</w:t>
            </w:r>
            <w:r w:rsidR="00EB42D2">
              <w:rPr>
                <w:b/>
                <w:color w:val="4A4A4A"/>
                <w:sz w:val="16"/>
              </w:rPr>
              <w:t>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3105A7A4" w:rsidR="001951D5" w:rsidRDefault="00EB42D2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719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93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53D1A8A4" w:rsidR="001951D5" w:rsidRDefault="00480A3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130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88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394CC" w14:textId="77777777" w:rsidR="000519FD" w:rsidRDefault="000519FD">
      <w:pPr>
        <w:spacing w:after="0" w:line="240" w:lineRule="auto"/>
      </w:pPr>
      <w:r>
        <w:separator/>
      </w:r>
    </w:p>
  </w:endnote>
  <w:endnote w:type="continuationSeparator" w:id="0">
    <w:p w14:paraId="18E91E36" w14:textId="77777777" w:rsidR="000519FD" w:rsidRDefault="00051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742E9" w14:textId="77777777" w:rsidR="000519FD" w:rsidRDefault="000519FD">
      <w:pPr>
        <w:spacing w:after="0" w:line="240" w:lineRule="auto"/>
      </w:pPr>
      <w:r>
        <w:separator/>
      </w:r>
    </w:p>
  </w:footnote>
  <w:footnote w:type="continuationSeparator" w:id="0">
    <w:p w14:paraId="1E33C0A3" w14:textId="77777777" w:rsidR="000519FD" w:rsidRDefault="00051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5703"/>
    <w:rsid w:val="00016C4F"/>
    <w:rsid w:val="00034616"/>
    <w:rsid w:val="000519FD"/>
    <w:rsid w:val="0006063C"/>
    <w:rsid w:val="000655C8"/>
    <w:rsid w:val="00074558"/>
    <w:rsid w:val="0015074B"/>
    <w:rsid w:val="00150D11"/>
    <w:rsid w:val="00151662"/>
    <w:rsid w:val="0017158E"/>
    <w:rsid w:val="00182CA1"/>
    <w:rsid w:val="001951D5"/>
    <w:rsid w:val="001B4406"/>
    <w:rsid w:val="001B60B0"/>
    <w:rsid w:val="001C5FF6"/>
    <w:rsid w:val="00202605"/>
    <w:rsid w:val="00210D2C"/>
    <w:rsid w:val="002367E1"/>
    <w:rsid w:val="002501E9"/>
    <w:rsid w:val="002505B5"/>
    <w:rsid w:val="002550D7"/>
    <w:rsid w:val="0027367B"/>
    <w:rsid w:val="00284F8B"/>
    <w:rsid w:val="00290265"/>
    <w:rsid w:val="0029639D"/>
    <w:rsid w:val="002B6276"/>
    <w:rsid w:val="002D2677"/>
    <w:rsid w:val="00326F90"/>
    <w:rsid w:val="0039639B"/>
    <w:rsid w:val="004232DC"/>
    <w:rsid w:val="004327BA"/>
    <w:rsid w:val="00452879"/>
    <w:rsid w:val="00457CCC"/>
    <w:rsid w:val="004758B7"/>
    <w:rsid w:val="00480A38"/>
    <w:rsid w:val="00494D7E"/>
    <w:rsid w:val="004A7D4D"/>
    <w:rsid w:val="004B5330"/>
    <w:rsid w:val="004C158B"/>
    <w:rsid w:val="004D59BC"/>
    <w:rsid w:val="004E153E"/>
    <w:rsid w:val="004E5CD0"/>
    <w:rsid w:val="004F168B"/>
    <w:rsid w:val="0054074A"/>
    <w:rsid w:val="00562B17"/>
    <w:rsid w:val="00584867"/>
    <w:rsid w:val="005A0BBC"/>
    <w:rsid w:val="005E4746"/>
    <w:rsid w:val="0061614B"/>
    <w:rsid w:val="006253A7"/>
    <w:rsid w:val="006E17C0"/>
    <w:rsid w:val="006F49F2"/>
    <w:rsid w:val="00757486"/>
    <w:rsid w:val="007C63B9"/>
    <w:rsid w:val="007D2EAD"/>
    <w:rsid w:val="007E1A8E"/>
    <w:rsid w:val="00826390"/>
    <w:rsid w:val="00860734"/>
    <w:rsid w:val="008943E4"/>
    <w:rsid w:val="008D3944"/>
    <w:rsid w:val="008F290B"/>
    <w:rsid w:val="00903A2A"/>
    <w:rsid w:val="009274C2"/>
    <w:rsid w:val="00953A20"/>
    <w:rsid w:val="00962A22"/>
    <w:rsid w:val="009C448E"/>
    <w:rsid w:val="00A11068"/>
    <w:rsid w:val="00A563AA"/>
    <w:rsid w:val="00A8373F"/>
    <w:rsid w:val="00AA1649"/>
    <w:rsid w:val="00AA1D8D"/>
    <w:rsid w:val="00AC4F01"/>
    <w:rsid w:val="00AC6730"/>
    <w:rsid w:val="00B376A0"/>
    <w:rsid w:val="00B427FE"/>
    <w:rsid w:val="00B435C3"/>
    <w:rsid w:val="00B47730"/>
    <w:rsid w:val="00B72AA3"/>
    <w:rsid w:val="00BA1401"/>
    <w:rsid w:val="00BA582B"/>
    <w:rsid w:val="00BB032E"/>
    <w:rsid w:val="00BC0AB5"/>
    <w:rsid w:val="00BC6B1C"/>
    <w:rsid w:val="00BD51B9"/>
    <w:rsid w:val="00C03A4D"/>
    <w:rsid w:val="00CB0664"/>
    <w:rsid w:val="00D53394"/>
    <w:rsid w:val="00DA3F26"/>
    <w:rsid w:val="00DD6243"/>
    <w:rsid w:val="00DF67E5"/>
    <w:rsid w:val="00E0034F"/>
    <w:rsid w:val="00E06682"/>
    <w:rsid w:val="00E07759"/>
    <w:rsid w:val="00E1145C"/>
    <w:rsid w:val="00E26423"/>
    <w:rsid w:val="00E4068D"/>
    <w:rsid w:val="00E60CEF"/>
    <w:rsid w:val="00EB42D2"/>
    <w:rsid w:val="00EC47B2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758AA05-161D-4579-8542-5770AB3FB1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F3480B-1445-4DE6-98A3-EA2BCA17B0CF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B21632-E702-45B7-8898-9090C0F1F66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51</Words>
  <Characters>283</Characters>
  <Application>Microsoft Office Word</Application>
  <DocSecurity>0</DocSecurity>
  <Lines>2</Lines>
  <Paragraphs>1</Paragraphs>
  <ScaleCrop>false</ScaleCrop>
  <Manager/>
  <Company/>
  <LinksUpToDate>false</LinksUpToDate>
  <CharactersWithSpaces>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63</cp:revision>
  <dcterms:created xsi:type="dcterms:W3CDTF">2026-09-22T06:51:00Z</dcterms:created>
  <dcterms:modified xsi:type="dcterms:W3CDTF">2026-09-28T12:23:00Z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