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7F2652D9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9B064D">
        <w:rPr>
          <w:b/>
          <w:bCs/>
          <w:color w:val="4A4A4A"/>
          <w:sz w:val="34"/>
          <w:szCs w:val="34"/>
          <w:lang w:val="es-ES"/>
        </w:rPr>
        <w:t>11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F006DB">
        <w:rPr>
          <w:b/>
          <w:bCs/>
          <w:color w:val="4A4A4A"/>
          <w:sz w:val="34"/>
          <w:szCs w:val="34"/>
          <w:lang w:val="es-ES"/>
        </w:rPr>
        <w:t>4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413393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1E4EBE41" w:rsidR="001951D5" w:rsidRPr="00413393" w:rsidRDefault="004327BA">
            <w:pPr>
              <w:spacing w:after="0"/>
              <w:rPr>
                <w:lang w:val="es-ES"/>
              </w:rPr>
            </w:pPr>
            <w:r w:rsidRPr="00413393">
              <w:rPr>
                <w:b/>
                <w:color w:val="0524FF"/>
                <w:lang w:val="es-ES"/>
              </w:rPr>
              <w:t>FECHA</w:t>
            </w:r>
            <w:r w:rsidRPr="00413393">
              <w:rPr>
                <w:b/>
                <w:color w:val="0524FF"/>
                <w:lang w:val="es-ES"/>
              </w:rPr>
              <w:br/>
            </w:r>
            <w:r w:rsidR="009B064D">
              <w:rPr>
                <w:b/>
                <w:color w:val="0524FF"/>
                <w:lang w:val="es-ES"/>
              </w:rPr>
              <w:t>1</w:t>
            </w:r>
            <w:r w:rsidR="008718BC">
              <w:rPr>
                <w:b/>
                <w:color w:val="0524FF"/>
                <w:lang w:val="es-ES"/>
              </w:rPr>
              <w:t>8</w:t>
            </w:r>
            <w:r w:rsidR="009B064D">
              <w:rPr>
                <w:b/>
                <w:color w:val="0524FF"/>
                <w:lang w:val="es-ES"/>
              </w:rPr>
              <w:t xml:space="preserve"> a</w:t>
            </w:r>
            <w:r w:rsidR="00413393">
              <w:rPr>
                <w:b/>
                <w:color w:val="0524FF"/>
                <w:lang w:val="es-ES"/>
              </w:rPr>
              <w:t xml:space="preserve"> </w:t>
            </w:r>
            <w:r w:rsidR="008718BC">
              <w:rPr>
                <w:b/>
                <w:color w:val="0524FF"/>
                <w:lang w:val="es-ES"/>
              </w:rPr>
              <w:t>21</w:t>
            </w:r>
            <w:r w:rsidR="009B064D">
              <w:rPr>
                <w:b/>
                <w:color w:val="0524FF"/>
                <w:lang w:val="es-ES"/>
              </w:rPr>
              <w:t xml:space="preserve"> novie</w:t>
            </w:r>
            <w:r w:rsidR="00092752">
              <w:rPr>
                <w:b/>
                <w:color w:val="0524FF"/>
                <w:lang w:val="es-ES"/>
              </w:rPr>
              <w:t>mbre</w:t>
            </w:r>
            <w:r w:rsidR="00413393">
              <w:rPr>
                <w:b/>
                <w:color w:val="0524FF"/>
                <w:lang w:val="es-ES"/>
              </w:rPr>
              <w:t xml:space="preserve"> de 2024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7680C732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proofErr w:type="spellStart"/>
            <w:r w:rsidR="00E93E5B" w:rsidRPr="00E93E5B">
              <w:rPr>
                <w:b/>
                <w:color w:val="0524FF"/>
                <w:lang w:val="es-ES"/>
              </w:rPr>
              <w:t>Slush</w:t>
            </w:r>
            <w:proofErr w:type="spellEnd"/>
            <w:r w:rsidR="00E93E5B">
              <w:rPr>
                <w:b/>
                <w:color w:val="0524FF"/>
                <w:lang w:val="es-ES"/>
              </w:rPr>
              <w:t xml:space="preserve"> Helsinki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677A92" w14:paraId="5735CF19" w14:textId="77777777">
        <w:tc>
          <w:tcPr>
            <w:tcW w:w="10312" w:type="dxa"/>
          </w:tcPr>
          <w:p w14:paraId="65449E23" w14:textId="49EF60A4" w:rsidR="001951D5" w:rsidRPr="00C03A4D" w:rsidRDefault="00677A92" w:rsidP="00677A92">
            <w:pPr>
              <w:spacing w:after="0"/>
              <w:rPr>
                <w:lang w:val="es-ES"/>
              </w:rPr>
            </w:pPr>
            <w:r w:rsidRPr="00677A92">
              <w:rPr>
                <w:color w:val="222222"/>
                <w:sz w:val="16"/>
                <w:lang w:val="es-ES"/>
              </w:rPr>
              <w:t xml:space="preserve">Helsinki con motivo del evento </w:t>
            </w:r>
            <w:proofErr w:type="spellStart"/>
            <w:r w:rsidRPr="00677A92">
              <w:rPr>
                <w:color w:val="222222"/>
                <w:sz w:val="16"/>
                <w:lang w:val="es-ES"/>
              </w:rPr>
              <w:t>Slush</w:t>
            </w:r>
            <w:proofErr w:type="spellEnd"/>
            <w:r w:rsidRPr="00677A92">
              <w:rPr>
                <w:color w:val="222222"/>
                <w:sz w:val="16"/>
                <w:lang w:val="es-ES"/>
              </w:rPr>
              <w:t xml:space="preserve"> en el marco del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Pr="00677A92">
              <w:rPr>
                <w:color w:val="222222"/>
                <w:sz w:val="16"/>
                <w:lang w:val="es-ES"/>
              </w:rPr>
              <w:t xml:space="preserve">programa Valencia </w:t>
            </w:r>
            <w:proofErr w:type="spellStart"/>
            <w:r w:rsidRPr="00677A92">
              <w:rPr>
                <w:color w:val="222222"/>
                <w:sz w:val="16"/>
                <w:lang w:val="es-ES"/>
              </w:rPr>
              <w:t>Innovation</w:t>
            </w:r>
            <w:proofErr w:type="spellEnd"/>
            <w:r w:rsidRPr="00677A92">
              <w:rPr>
                <w:color w:val="222222"/>
                <w:sz w:val="16"/>
                <w:lang w:val="es-ES"/>
              </w:rPr>
              <w:t xml:space="preserve"> Alliance.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14AF8" w14:paraId="46A6D545" w14:textId="77777777" w:rsidTr="00526C27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CC24C" w14:textId="41D87E30" w:rsidR="00114AF8" w:rsidRDefault="00677A92" w:rsidP="00526C27">
            <w:pPr>
              <w:spacing w:after="0"/>
            </w:pPr>
            <w:r>
              <w:rPr>
                <w:b/>
                <w:color w:val="FFFFFF"/>
              </w:rPr>
              <w:t>LUCIA CALABRIA</w:t>
            </w:r>
            <w:r w:rsidR="00114AF8">
              <w:rPr>
                <w:b/>
                <w:color w:val="FFFFFF"/>
              </w:rPr>
              <w:t xml:space="preserve"> - SUBDIRECTOR</w:t>
            </w:r>
            <w:r>
              <w:rPr>
                <w:b/>
                <w:color w:val="FFFFFF"/>
              </w:rPr>
              <w:t>A</w:t>
            </w:r>
          </w:p>
        </w:tc>
      </w:tr>
      <w:tr w:rsidR="00114AF8" w14:paraId="2F2E598C" w14:textId="77777777" w:rsidTr="00526C2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5094FB" w14:textId="77777777" w:rsidR="00114AF8" w:rsidRDefault="00114AF8" w:rsidP="00526C27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701DA6" w14:textId="055A1E0D" w:rsidR="00114AF8" w:rsidRDefault="00114AF8" w:rsidP="00526C2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70</w:t>
            </w:r>
            <w:r w:rsidR="007C6A14">
              <w:rPr>
                <w:b/>
                <w:color w:val="4A4A4A"/>
                <w:sz w:val="16"/>
              </w:rPr>
              <w:t>5</w:t>
            </w:r>
            <w:r>
              <w:rPr>
                <w:b/>
                <w:color w:val="4A4A4A"/>
                <w:sz w:val="16"/>
              </w:rPr>
              <w:t>,0</w:t>
            </w:r>
            <w:r w:rsidR="007C6A14">
              <w:rPr>
                <w:b/>
                <w:color w:val="4A4A4A"/>
                <w:sz w:val="16"/>
              </w:rPr>
              <w:t>0</w:t>
            </w:r>
            <w:r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14AF8" w14:paraId="30B6F3BC" w14:textId="77777777" w:rsidTr="00526C2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2E2D99" w14:textId="77777777" w:rsidR="00114AF8" w:rsidRDefault="00114AF8" w:rsidP="00526C27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9802FA" w14:textId="3E1E0394" w:rsidR="00114AF8" w:rsidRDefault="007C6A14" w:rsidP="00526C2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1098,25</w:t>
            </w:r>
            <w:r w:rsidR="00114AF8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14AF8" w14:paraId="0E279AEF" w14:textId="77777777" w:rsidTr="00526C2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B12EA3" w14:textId="77777777" w:rsidR="00114AF8" w:rsidRDefault="00114AF8" w:rsidP="00526C27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71E06" w14:textId="74495260" w:rsidR="00114AF8" w:rsidRDefault="007C6A14" w:rsidP="00526C2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195,00</w:t>
            </w:r>
            <w:r w:rsidR="00114AF8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57823" w14:textId="77777777" w:rsidR="00577732" w:rsidRDefault="00577732">
      <w:pPr>
        <w:spacing w:after="0" w:line="240" w:lineRule="auto"/>
      </w:pPr>
      <w:r>
        <w:separator/>
      </w:r>
    </w:p>
  </w:endnote>
  <w:endnote w:type="continuationSeparator" w:id="0">
    <w:p w14:paraId="06C388BF" w14:textId="77777777" w:rsidR="00577732" w:rsidRDefault="00577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413393" w:rsidRDefault="004327BA">
    <w:pPr>
      <w:pStyle w:val="Piedepgina"/>
      <w:jc w:val="center"/>
      <w:rPr>
        <w:lang w:val="es-ES"/>
      </w:rPr>
    </w:pPr>
    <w:r w:rsidRPr="00413393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517E9" w14:textId="77777777" w:rsidR="00577732" w:rsidRDefault="00577732">
      <w:pPr>
        <w:spacing w:after="0" w:line="240" w:lineRule="auto"/>
      </w:pPr>
      <w:r>
        <w:separator/>
      </w:r>
    </w:p>
  </w:footnote>
  <w:footnote w:type="continuationSeparator" w:id="0">
    <w:p w14:paraId="2533D31B" w14:textId="77777777" w:rsidR="00577732" w:rsidRDefault="00577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4AE"/>
    <w:rsid w:val="00034616"/>
    <w:rsid w:val="0006063C"/>
    <w:rsid w:val="00092752"/>
    <w:rsid w:val="00114AF8"/>
    <w:rsid w:val="0015074B"/>
    <w:rsid w:val="0015434D"/>
    <w:rsid w:val="00162DA5"/>
    <w:rsid w:val="0017158E"/>
    <w:rsid w:val="001951D5"/>
    <w:rsid w:val="00197A4C"/>
    <w:rsid w:val="001B6134"/>
    <w:rsid w:val="00245680"/>
    <w:rsid w:val="0029639D"/>
    <w:rsid w:val="00321B02"/>
    <w:rsid w:val="00326F90"/>
    <w:rsid w:val="00365536"/>
    <w:rsid w:val="00413393"/>
    <w:rsid w:val="004327BA"/>
    <w:rsid w:val="004643FF"/>
    <w:rsid w:val="005101E3"/>
    <w:rsid w:val="00562B17"/>
    <w:rsid w:val="00577732"/>
    <w:rsid w:val="006253A7"/>
    <w:rsid w:val="00647AD6"/>
    <w:rsid w:val="00677A92"/>
    <w:rsid w:val="00732260"/>
    <w:rsid w:val="007333AB"/>
    <w:rsid w:val="007C6A14"/>
    <w:rsid w:val="00806FA6"/>
    <w:rsid w:val="008718BC"/>
    <w:rsid w:val="008A264A"/>
    <w:rsid w:val="008A702A"/>
    <w:rsid w:val="008A7EF1"/>
    <w:rsid w:val="008C4DC9"/>
    <w:rsid w:val="009B064D"/>
    <w:rsid w:val="00A46102"/>
    <w:rsid w:val="00AA1D8D"/>
    <w:rsid w:val="00AB1161"/>
    <w:rsid w:val="00AC497C"/>
    <w:rsid w:val="00AE4CEF"/>
    <w:rsid w:val="00B47730"/>
    <w:rsid w:val="00B51168"/>
    <w:rsid w:val="00BC359D"/>
    <w:rsid w:val="00C03A4D"/>
    <w:rsid w:val="00CA3578"/>
    <w:rsid w:val="00CB0664"/>
    <w:rsid w:val="00DB0C68"/>
    <w:rsid w:val="00DC36BB"/>
    <w:rsid w:val="00E271EF"/>
    <w:rsid w:val="00E93E5B"/>
    <w:rsid w:val="00ED13DF"/>
    <w:rsid w:val="00EF5A69"/>
    <w:rsid w:val="00F006DB"/>
    <w:rsid w:val="00F0791E"/>
    <w:rsid w:val="00F10702"/>
    <w:rsid w:val="00F57065"/>
    <w:rsid w:val="00F94117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B96F78-2C71-4BFB-9DD2-0F8E21C49D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2D7B9F-5C8E-4775-8D65-AB5B03179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E29758-B43E-45A6-81B1-DD0C8952E8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56</Words>
  <Characters>311</Characters>
  <Application>Microsoft Office Word</Application>
  <DocSecurity>0</DocSecurity>
  <Lines>2</Lines>
  <Paragraphs>1</Paragraphs>
  <ScaleCrop>false</ScaleCrop>
  <Manager/>
  <Company/>
  <LinksUpToDate>false</LinksUpToDate>
  <CharactersWithSpaces>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30</cp:revision>
  <dcterms:created xsi:type="dcterms:W3CDTF">2026-09-22T06:51:00Z</dcterms:created>
  <dcterms:modified xsi:type="dcterms:W3CDTF">2026-09-28T15:40:00Z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