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5881A02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4375FC">
        <w:rPr>
          <w:b/>
          <w:bCs/>
          <w:color w:val="4A4A4A"/>
          <w:sz w:val="34"/>
          <w:szCs w:val="34"/>
          <w:lang w:val="es-ES"/>
        </w:rPr>
        <w:t>0</w:t>
      </w:r>
      <w:r w:rsidR="009205A9">
        <w:rPr>
          <w:b/>
          <w:bCs/>
          <w:color w:val="4A4A4A"/>
          <w:sz w:val="34"/>
          <w:szCs w:val="34"/>
          <w:lang w:val="es-ES"/>
        </w:rPr>
        <w:t>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4375FC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00223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D3409FC" w:rsidR="001951D5" w:rsidRDefault="004327BA">
            <w:pPr>
              <w:spacing w:after="0"/>
            </w:pPr>
            <w:r>
              <w:rPr>
                <w:b/>
                <w:color w:val="0524FF"/>
              </w:rPr>
              <w:t>FECHA</w:t>
            </w:r>
            <w:r>
              <w:rPr>
                <w:b/>
                <w:color w:val="0524FF"/>
              </w:rPr>
              <w:br/>
            </w:r>
            <w:r w:rsidR="00002233">
              <w:rPr>
                <w:b/>
                <w:color w:val="0524FF"/>
              </w:rPr>
              <w:t>23</w:t>
            </w:r>
            <w:r w:rsidR="00A11068">
              <w:rPr>
                <w:b/>
                <w:color w:val="0524FF"/>
              </w:rPr>
              <w:t xml:space="preserve"> </w:t>
            </w:r>
            <w:r w:rsidR="00002233">
              <w:rPr>
                <w:b/>
                <w:color w:val="0524FF"/>
              </w:rPr>
              <w:t xml:space="preserve"> a 24 </w:t>
            </w:r>
            <w:r w:rsidR="00A11068">
              <w:rPr>
                <w:b/>
                <w:color w:val="0524FF"/>
              </w:rPr>
              <w:t xml:space="preserve"> </w:t>
            </w:r>
            <w:r w:rsidR="009205A9">
              <w:rPr>
                <w:b/>
                <w:color w:val="0524FF"/>
              </w:rPr>
              <w:t>enero</w:t>
            </w:r>
            <w:r w:rsidR="00A11068">
              <w:rPr>
                <w:b/>
                <w:color w:val="0524FF"/>
              </w:rPr>
              <w:t xml:space="preserve">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E735B5C" w:rsidR="001951D5" w:rsidRPr="00E06682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002233">
              <w:rPr>
                <w:b/>
                <w:color w:val="0524FF"/>
                <w:lang w:val="es-ES"/>
              </w:rPr>
              <w:t>Viaje a Madrid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002233" w14:paraId="5735CF19" w14:textId="77777777">
        <w:tc>
          <w:tcPr>
            <w:tcW w:w="10312" w:type="dxa"/>
          </w:tcPr>
          <w:p w14:paraId="58B3B3D4" w14:textId="77777777" w:rsidR="00012254" w:rsidRPr="00541467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3C474F7F" w:rsidR="001951D5" w:rsidRPr="00C03A4D" w:rsidRDefault="00E06682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Asistenci</w:t>
            </w:r>
            <w:r w:rsidR="00217C2F">
              <w:rPr>
                <w:color w:val="222222"/>
                <w:sz w:val="16"/>
                <w:lang w:val="es-ES"/>
              </w:rPr>
              <w:t xml:space="preserve">a a FITUR 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8634B52" w:rsidR="001951D5" w:rsidRDefault="00217C2F">
            <w:pPr>
              <w:spacing w:after="0"/>
            </w:pPr>
            <w:r>
              <w:rPr>
                <w:b/>
                <w:color w:val="FFFFFF"/>
              </w:rPr>
              <w:t>DAVID ROSA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3BFC96A3" w:rsidR="001951D5" w:rsidRDefault="00FF43A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C6F1482" w:rsidR="001951D5" w:rsidRDefault="00FF43A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262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1552D2">
              <w:rPr>
                <w:b/>
                <w:color w:val="4A4A4A"/>
                <w:sz w:val="16"/>
              </w:rPr>
              <w:t>62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25E0CCB2" w:rsidR="001951D5" w:rsidRDefault="001552D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7968" w14:textId="77777777" w:rsidR="00246C4F" w:rsidRDefault="00246C4F">
      <w:pPr>
        <w:spacing w:after="0" w:line="240" w:lineRule="auto"/>
      </w:pPr>
      <w:r>
        <w:separator/>
      </w:r>
    </w:p>
  </w:endnote>
  <w:endnote w:type="continuationSeparator" w:id="0">
    <w:p w14:paraId="6205D624" w14:textId="77777777" w:rsidR="00246C4F" w:rsidRDefault="0024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8B446" w14:textId="77777777" w:rsidR="00246C4F" w:rsidRDefault="00246C4F">
      <w:pPr>
        <w:spacing w:after="0" w:line="240" w:lineRule="auto"/>
      </w:pPr>
      <w:r>
        <w:separator/>
      </w:r>
    </w:p>
  </w:footnote>
  <w:footnote w:type="continuationSeparator" w:id="0">
    <w:p w14:paraId="15DF2657" w14:textId="77777777" w:rsidR="00246C4F" w:rsidRDefault="0024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33"/>
    <w:rsid w:val="00012254"/>
    <w:rsid w:val="00034616"/>
    <w:rsid w:val="0006063C"/>
    <w:rsid w:val="0015074B"/>
    <w:rsid w:val="001552D2"/>
    <w:rsid w:val="00155CDC"/>
    <w:rsid w:val="0017158E"/>
    <w:rsid w:val="001951D5"/>
    <w:rsid w:val="00217C2F"/>
    <w:rsid w:val="002367E1"/>
    <w:rsid w:val="00246C4F"/>
    <w:rsid w:val="00281934"/>
    <w:rsid w:val="0029639D"/>
    <w:rsid w:val="00326F90"/>
    <w:rsid w:val="00393E32"/>
    <w:rsid w:val="004232DC"/>
    <w:rsid w:val="004327BA"/>
    <w:rsid w:val="004375FC"/>
    <w:rsid w:val="00541467"/>
    <w:rsid w:val="00562B17"/>
    <w:rsid w:val="006253A7"/>
    <w:rsid w:val="009205A9"/>
    <w:rsid w:val="00A11068"/>
    <w:rsid w:val="00AA1D8D"/>
    <w:rsid w:val="00B47730"/>
    <w:rsid w:val="00C03A4D"/>
    <w:rsid w:val="00CB0664"/>
    <w:rsid w:val="00D53394"/>
    <w:rsid w:val="00E06682"/>
    <w:rsid w:val="00E26423"/>
    <w:rsid w:val="00E60CEF"/>
    <w:rsid w:val="00F0791E"/>
    <w:rsid w:val="00F562B8"/>
    <w:rsid w:val="00F57065"/>
    <w:rsid w:val="00FC693F"/>
    <w:rsid w:val="00FF43A4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22E9DF-BC6B-40B9-988C-760C3D670C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21726F-0CDB-4437-A103-1C324F0DEA73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254E3A-54B4-4308-9D68-560F0C328F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256</Characters>
  <Application>Microsoft Office Word</Application>
  <DocSecurity>0</DocSecurity>
  <Lines>2</Lines>
  <Paragraphs>1</Paragraphs>
  <ScaleCrop>false</ScaleCrop>
  <Manager/>
  <Company/>
  <LinksUpToDate>false</LinksUpToDate>
  <CharactersWithSpaces>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14</cp:revision>
  <dcterms:created xsi:type="dcterms:W3CDTF">2026-09-22T06:51:00Z</dcterms:created>
  <dcterms:modified xsi:type="dcterms:W3CDTF">2026-09-28T11:59:00Z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