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EF36435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4C6750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4C6750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000B3BD4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1</w:t>
            </w:r>
            <w:r w:rsidR="00E07759">
              <w:rPr>
                <w:b/>
                <w:color w:val="0524FF"/>
                <w:lang w:val="es-ES"/>
              </w:rPr>
              <w:t>6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E07759">
              <w:rPr>
                <w:b/>
                <w:color w:val="0524FF"/>
                <w:lang w:val="es-ES"/>
              </w:rPr>
              <w:t>abril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EF8D65B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2550D7">
              <w:rPr>
                <w:b/>
                <w:color w:val="0524FF"/>
                <w:lang w:val="en-GB"/>
              </w:rPr>
              <w:t xml:space="preserve">Reunión </w:t>
            </w:r>
            <w:r w:rsidR="00D1346F">
              <w:rPr>
                <w:b/>
                <w:color w:val="0524FF"/>
                <w:lang w:val="en-GB"/>
              </w:rPr>
              <w:t>M</w:t>
            </w:r>
            <w:r w:rsidR="004C6750">
              <w:rPr>
                <w:b/>
                <w:color w:val="0524FF"/>
                <w:lang w:val="en-GB"/>
              </w:rPr>
              <w:t>adrid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457CCC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69A646DE" w:rsidR="001951D5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 xml:space="preserve">sistir </w:t>
            </w:r>
            <w:r w:rsidR="002550D7">
              <w:rPr>
                <w:color w:val="222222"/>
                <w:sz w:val="16"/>
                <w:lang w:val="es-ES"/>
              </w:rPr>
              <w:t xml:space="preserve">a </w:t>
            </w:r>
            <w:r w:rsidR="001B60B0">
              <w:rPr>
                <w:color w:val="222222"/>
                <w:sz w:val="16"/>
                <w:lang w:val="es-ES"/>
              </w:rPr>
              <w:t>una</w:t>
            </w:r>
            <w:r w:rsidR="002550D7">
              <w:rPr>
                <w:color w:val="222222"/>
                <w:sz w:val="16"/>
                <w:lang w:val="es-ES"/>
              </w:rPr>
              <w:t xml:space="preserve"> reuni</w:t>
            </w:r>
            <w:r w:rsidR="0039639B">
              <w:rPr>
                <w:color w:val="222222"/>
                <w:sz w:val="16"/>
                <w:lang w:val="es-ES"/>
              </w:rPr>
              <w:t>ón</w:t>
            </w:r>
            <w:r w:rsidR="005A0BBC">
              <w:rPr>
                <w:color w:val="222222"/>
                <w:sz w:val="16"/>
                <w:lang w:val="es-ES"/>
              </w:rPr>
              <w:t xml:space="preserve"> dentro del proyecto</w:t>
            </w:r>
            <w:r w:rsidR="0039639B">
              <w:rPr>
                <w:color w:val="222222"/>
                <w:sz w:val="16"/>
                <w:lang w:val="es-ES"/>
              </w:rPr>
              <w:t xml:space="preserve"> Centro de Excelencia del Deporte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00D3591" w:rsidR="001951D5" w:rsidRDefault="00457CCC">
            <w:pPr>
              <w:spacing w:after="0"/>
            </w:pPr>
            <w:r>
              <w:rPr>
                <w:b/>
                <w:color w:val="FFFFFF"/>
              </w:rPr>
              <w:t>DAVID ROSA 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080A24C" w:rsidR="001951D5" w:rsidRDefault="00A8373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113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31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C8CF4DC" w:rsidR="001951D5" w:rsidRDefault="0054074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</w:t>
            </w:r>
            <w:r w:rsidR="00016C4F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7DDDD3F" w:rsidR="001951D5" w:rsidRDefault="001B60B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2B6276">
              <w:rPr>
                <w:b/>
                <w:color w:val="4A4A4A"/>
                <w:sz w:val="16"/>
              </w:rPr>
              <w:t>4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  <w:tr w:rsidR="00290265" w14:paraId="268B8D79" w14:textId="77777777" w:rsidTr="00943B3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6691E" w14:textId="316B30FC" w:rsidR="00290265" w:rsidRDefault="00290265" w:rsidP="00943B36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290265" w14:paraId="32C98CC4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F323F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8C2F" w14:textId="77777777" w:rsidR="00290265" w:rsidRDefault="00290265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113,31 €</w:t>
            </w:r>
          </w:p>
        </w:tc>
      </w:tr>
      <w:tr w:rsidR="00290265" w14:paraId="7438C31E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9FCB0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E2B3" w14:textId="77777777" w:rsidR="00290265" w:rsidRDefault="00290265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00,00 €</w:t>
            </w:r>
          </w:p>
        </w:tc>
      </w:tr>
      <w:tr w:rsidR="00290265" w14:paraId="22B8E3CD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4AC9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BE8A6" w14:textId="3B563756" w:rsidR="00290265" w:rsidRDefault="004C158B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</w:t>
            </w:r>
            <w:r w:rsidR="00290265">
              <w:rPr>
                <w:b/>
                <w:color w:val="4A4A4A"/>
                <w:sz w:val="16"/>
              </w:rPr>
              <w:t>0,00 €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48619" w14:textId="77777777" w:rsidR="00A66788" w:rsidRDefault="00A66788">
      <w:pPr>
        <w:spacing w:after="0" w:line="240" w:lineRule="auto"/>
      </w:pPr>
      <w:r>
        <w:separator/>
      </w:r>
    </w:p>
  </w:endnote>
  <w:endnote w:type="continuationSeparator" w:id="0">
    <w:p w14:paraId="3D1EE5E3" w14:textId="77777777" w:rsidR="00A66788" w:rsidRDefault="00A6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15DE1" w14:textId="77777777" w:rsidR="00A66788" w:rsidRDefault="00A66788">
      <w:pPr>
        <w:spacing w:after="0" w:line="240" w:lineRule="auto"/>
      </w:pPr>
      <w:r>
        <w:separator/>
      </w:r>
    </w:p>
  </w:footnote>
  <w:footnote w:type="continuationSeparator" w:id="0">
    <w:p w14:paraId="7FFC1808" w14:textId="77777777" w:rsidR="00A66788" w:rsidRDefault="00A66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15074B"/>
    <w:rsid w:val="0017158E"/>
    <w:rsid w:val="001951D5"/>
    <w:rsid w:val="001B60B0"/>
    <w:rsid w:val="002367E1"/>
    <w:rsid w:val="002505B5"/>
    <w:rsid w:val="002550D7"/>
    <w:rsid w:val="00290265"/>
    <w:rsid w:val="0029639D"/>
    <w:rsid w:val="002B6276"/>
    <w:rsid w:val="002D6457"/>
    <w:rsid w:val="00326F90"/>
    <w:rsid w:val="0039639B"/>
    <w:rsid w:val="004327BA"/>
    <w:rsid w:val="00452879"/>
    <w:rsid w:val="00457CCC"/>
    <w:rsid w:val="004C158B"/>
    <w:rsid w:val="004C6750"/>
    <w:rsid w:val="004D59BC"/>
    <w:rsid w:val="004F168B"/>
    <w:rsid w:val="0054074A"/>
    <w:rsid w:val="00562B17"/>
    <w:rsid w:val="005A0BBC"/>
    <w:rsid w:val="005F5783"/>
    <w:rsid w:val="0061614B"/>
    <w:rsid w:val="006253A7"/>
    <w:rsid w:val="006E17C0"/>
    <w:rsid w:val="007C63B9"/>
    <w:rsid w:val="007D2EAD"/>
    <w:rsid w:val="009274C2"/>
    <w:rsid w:val="009C448E"/>
    <w:rsid w:val="00A02DDD"/>
    <w:rsid w:val="00A11068"/>
    <w:rsid w:val="00A66788"/>
    <w:rsid w:val="00A8373F"/>
    <w:rsid w:val="00AA1D8D"/>
    <w:rsid w:val="00AC6730"/>
    <w:rsid w:val="00B427FE"/>
    <w:rsid w:val="00B47730"/>
    <w:rsid w:val="00BA1401"/>
    <w:rsid w:val="00C03A4D"/>
    <w:rsid w:val="00CB0664"/>
    <w:rsid w:val="00D1346F"/>
    <w:rsid w:val="00D53394"/>
    <w:rsid w:val="00DA3F26"/>
    <w:rsid w:val="00DD6243"/>
    <w:rsid w:val="00E06682"/>
    <w:rsid w:val="00E07759"/>
    <w:rsid w:val="00E26423"/>
    <w:rsid w:val="00E60CEF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032E2D-3647-43A1-870C-7C7971879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D5F95-DE41-4746-9E7E-4702D8260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0E6AB2-C7FF-4488-9452-00AD4CA4A2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70</Words>
  <Characters>387</Characters>
  <Application>Microsoft Office Word</Application>
  <DocSecurity>0</DocSecurity>
  <Lines>3</Lines>
  <Paragraphs>1</Paragraphs>
  <ScaleCrop>false</ScaleCrop>
  <Manager/>
  <Company/>
  <LinksUpToDate>false</LinksUpToDate>
  <CharactersWithSpaces>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29</cp:revision>
  <dcterms:created xsi:type="dcterms:W3CDTF">2026-09-22T06:51:00Z</dcterms:created>
  <dcterms:modified xsi:type="dcterms:W3CDTF">2026-09-28T13:09:00Z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