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27ACEBB3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9F3924">
        <w:rPr>
          <w:b/>
          <w:bCs/>
          <w:color w:val="4A4A4A"/>
          <w:sz w:val="34"/>
          <w:szCs w:val="34"/>
          <w:lang w:val="es-ES"/>
        </w:rPr>
        <w:t>02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3A1058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3A6C52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0822D4D8" w:rsidR="001951D5" w:rsidRPr="00C33652" w:rsidRDefault="004327BA">
            <w:pPr>
              <w:spacing w:after="0"/>
              <w:rPr>
                <w:lang w:val="es-ES"/>
              </w:rPr>
            </w:pPr>
            <w:r w:rsidRPr="00C33652">
              <w:rPr>
                <w:b/>
                <w:color w:val="0524FF"/>
                <w:lang w:val="es-ES"/>
              </w:rPr>
              <w:t>FECHA</w:t>
            </w:r>
            <w:r w:rsidRPr="00C33652">
              <w:rPr>
                <w:b/>
                <w:color w:val="0524FF"/>
                <w:lang w:val="es-ES"/>
              </w:rPr>
              <w:br/>
            </w:r>
            <w:r w:rsidR="00C33652" w:rsidRPr="00C33652">
              <w:rPr>
                <w:b/>
                <w:color w:val="0524FF"/>
                <w:lang w:val="es-ES"/>
              </w:rPr>
              <w:t>2</w:t>
            </w:r>
            <w:r w:rsidR="00C33652">
              <w:rPr>
                <w:b/>
                <w:color w:val="0524FF"/>
                <w:lang w:val="es-ES"/>
              </w:rPr>
              <w:t xml:space="preserve"> a 5 de </w:t>
            </w:r>
            <w:proofErr w:type="gramStart"/>
            <w:r w:rsidR="00C33652">
              <w:rPr>
                <w:b/>
                <w:color w:val="0524FF"/>
                <w:lang w:val="es-ES"/>
              </w:rPr>
              <w:t>Febrero</w:t>
            </w:r>
            <w:proofErr w:type="gramEnd"/>
            <w:r w:rsidR="00C33652">
              <w:rPr>
                <w:b/>
                <w:color w:val="0524FF"/>
                <w:lang w:val="es-ES"/>
              </w:rPr>
              <w:t xml:space="preserve"> 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4901281A" w:rsidR="001951D5" w:rsidRPr="003A6C52" w:rsidRDefault="004327BA">
            <w:pPr>
              <w:spacing w:after="0"/>
              <w:rPr>
                <w:lang w:val="en-GB"/>
              </w:rPr>
            </w:pPr>
            <w:r w:rsidRPr="003A6C52">
              <w:rPr>
                <w:b/>
                <w:color w:val="0524FF"/>
                <w:lang w:val="en-GB"/>
              </w:rPr>
              <w:t>ACCIÓN</w:t>
            </w:r>
            <w:r w:rsidRPr="003A6C52">
              <w:rPr>
                <w:b/>
                <w:color w:val="0524FF"/>
                <w:lang w:val="en-GB"/>
              </w:rPr>
              <w:br/>
            </w:r>
            <w:r w:rsidR="00705716" w:rsidRPr="003A6C52">
              <w:rPr>
                <w:b/>
                <w:color w:val="0524FF"/>
                <w:lang w:val="en-GB"/>
              </w:rPr>
              <w:t>World Gover</w:t>
            </w:r>
            <w:r w:rsidR="00F635E1" w:rsidRPr="003A6C52">
              <w:rPr>
                <w:b/>
                <w:color w:val="0524FF"/>
                <w:lang w:val="en-GB"/>
              </w:rPr>
              <w:t>nment Summit</w:t>
            </w:r>
            <w:r w:rsidR="003A6C52" w:rsidRPr="003A6C52">
              <w:rPr>
                <w:b/>
                <w:color w:val="0524FF"/>
                <w:lang w:val="en-GB"/>
              </w:rPr>
              <w:t xml:space="preserve"> </w:t>
            </w:r>
            <w:proofErr w:type="spellStart"/>
            <w:r w:rsidR="003A6C52" w:rsidRPr="003A6C52">
              <w:rPr>
                <w:b/>
                <w:color w:val="0524FF"/>
                <w:lang w:val="en-GB"/>
              </w:rPr>
              <w:t>en</w:t>
            </w:r>
            <w:proofErr w:type="spellEnd"/>
            <w:r w:rsidR="003A6C52" w:rsidRPr="003A6C52">
              <w:rPr>
                <w:b/>
                <w:color w:val="0524FF"/>
                <w:lang w:val="en-GB"/>
              </w:rPr>
              <w:t xml:space="preserve"> Dubai</w:t>
            </w:r>
          </w:p>
        </w:tc>
      </w:tr>
    </w:tbl>
    <w:p w14:paraId="672A6659" w14:textId="77777777" w:rsidR="001951D5" w:rsidRPr="003A6C52" w:rsidRDefault="001951D5">
      <w:pPr>
        <w:spacing w:after="0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3A1058" w14:paraId="5735CF19" w14:textId="77777777">
        <w:tc>
          <w:tcPr>
            <w:tcW w:w="10312" w:type="dxa"/>
          </w:tcPr>
          <w:p w14:paraId="65449E23" w14:textId="3DC1F9C7" w:rsidR="001951D5" w:rsidRPr="00C03A4D" w:rsidRDefault="00F635E1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 xml:space="preserve">Asistencia de la vicepresidenta al </w:t>
            </w:r>
            <w:r w:rsidR="00705716" w:rsidRPr="00705716">
              <w:rPr>
                <w:color w:val="222222"/>
                <w:sz w:val="16"/>
                <w:lang w:val="es-ES"/>
              </w:rPr>
              <w:t xml:space="preserve">World </w:t>
            </w:r>
            <w:proofErr w:type="spellStart"/>
            <w:r w:rsidR="00705716" w:rsidRPr="00705716">
              <w:rPr>
                <w:color w:val="222222"/>
                <w:sz w:val="16"/>
                <w:lang w:val="es-ES"/>
              </w:rPr>
              <w:t>Government</w:t>
            </w:r>
            <w:proofErr w:type="spellEnd"/>
            <w:r w:rsidR="00705716" w:rsidRPr="00705716">
              <w:rPr>
                <w:color w:val="222222"/>
                <w:sz w:val="16"/>
                <w:lang w:val="es-ES"/>
              </w:rPr>
              <w:t xml:space="preserve"> Summit</w:t>
            </w:r>
            <w:r w:rsidR="00901272">
              <w:rPr>
                <w:color w:val="222222"/>
                <w:sz w:val="16"/>
                <w:lang w:val="es-ES"/>
              </w:rPr>
              <w:t>.</w:t>
            </w:r>
            <w:r w:rsidR="00705716" w:rsidRPr="00705716">
              <w:rPr>
                <w:color w:val="222222"/>
                <w:sz w:val="16"/>
                <w:lang w:val="es-ES"/>
              </w:rPr>
              <w:t xml:space="preserve"> </w:t>
            </w:r>
            <w:r w:rsidR="00901272">
              <w:rPr>
                <w:color w:val="222222"/>
                <w:sz w:val="16"/>
                <w:lang w:val="es-ES"/>
              </w:rPr>
              <w:t>Reunión</w:t>
            </w:r>
            <w:r w:rsidR="00705716" w:rsidRPr="00705716">
              <w:rPr>
                <w:color w:val="222222"/>
                <w:sz w:val="16"/>
                <w:lang w:val="es-ES"/>
              </w:rPr>
              <w:t xml:space="preserve"> con agentes con el objetivo de firmar una alianza con </w:t>
            </w:r>
            <w:proofErr w:type="spellStart"/>
            <w:r w:rsidR="00705716" w:rsidRPr="00705716">
              <w:rPr>
                <w:color w:val="222222"/>
                <w:sz w:val="16"/>
                <w:lang w:val="es-ES"/>
              </w:rPr>
              <w:t>Dubai</w:t>
            </w:r>
            <w:proofErr w:type="spellEnd"/>
            <w:r w:rsidR="00705716" w:rsidRPr="00705716">
              <w:rPr>
                <w:color w:val="222222"/>
                <w:sz w:val="16"/>
                <w:lang w:val="es-ES"/>
              </w:rPr>
              <w:t xml:space="preserve"> en el marco de Valencia </w:t>
            </w:r>
            <w:proofErr w:type="spellStart"/>
            <w:r w:rsidR="00705716" w:rsidRPr="00705716">
              <w:rPr>
                <w:color w:val="222222"/>
                <w:sz w:val="16"/>
                <w:lang w:val="es-ES"/>
              </w:rPr>
              <w:t>Innovation</w:t>
            </w:r>
            <w:proofErr w:type="spellEnd"/>
            <w:r w:rsidR="00705716" w:rsidRPr="00705716">
              <w:rPr>
                <w:color w:val="222222"/>
                <w:sz w:val="16"/>
                <w:lang w:val="es-ES"/>
              </w:rPr>
              <w:t xml:space="preserve"> Alliance. 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70265BD9" w:rsidR="001951D5" w:rsidRDefault="00B34390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7AA4F65E" w:rsidR="001951D5" w:rsidRDefault="0014265B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1674</w:t>
            </w:r>
            <w:r w:rsidR="004327BA">
              <w:rPr>
                <w:b/>
                <w:color w:val="4A4A4A"/>
                <w:sz w:val="16"/>
              </w:rPr>
              <w:t>,00 €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670B7010" w:rsidR="001951D5" w:rsidRDefault="003A728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92</w:t>
            </w:r>
            <w:r w:rsidR="004327BA">
              <w:rPr>
                <w:b/>
                <w:color w:val="4A4A4A"/>
                <w:sz w:val="16"/>
              </w:rPr>
              <w:t>0,</w:t>
            </w:r>
            <w:r>
              <w:rPr>
                <w:b/>
                <w:color w:val="4A4A4A"/>
                <w:sz w:val="16"/>
              </w:rPr>
              <w:t>3</w:t>
            </w:r>
            <w:r w:rsidR="004327BA">
              <w:rPr>
                <w:b/>
                <w:color w:val="4A4A4A"/>
                <w:sz w:val="16"/>
              </w:rPr>
              <w:t>0 €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5E4472D4" w:rsidR="001951D5" w:rsidRDefault="003A728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123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5</w:t>
            </w:r>
            <w:r w:rsidR="004327BA">
              <w:rPr>
                <w:b/>
                <w:color w:val="4A4A4A"/>
                <w:sz w:val="16"/>
              </w:rPr>
              <w:t>0 €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E1546" w14:textId="77777777" w:rsidR="00AA7A34" w:rsidRDefault="00AA7A34">
      <w:pPr>
        <w:spacing w:after="0" w:line="240" w:lineRule="auto"/>
      </w:pPr>
      <w:r>
        <w:separator/>
      </w:r>
    </w:p>
  </w:endnote>
  <w:endnote w:type="continuationSeparator" w:id="0">
    <w:p w14:paraId="7273FB4E" w14:textId="77777777" w:rsidR="00AA7A34" w:rsidRDefault="00AA7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C33652" w:rsidRDefault="004327BA">
    <w:pPr>
      <w:pStyle w:val="Piedepgina"/>
      <w:jc w:val="center"/>
      <w:rPr>
        <w:lang w:val="es-ES"/>
      </w:rPr>
    </w:pPr>
    <w:r w:rsidRPr="00C33652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F7DA1" w14:textId="77777777" w:rsidR="00AA7A34" w:rsidRDefault="00AA7A34">
      <w:pPr>
        <w:spacing w:after="0" w:line="240" w:lineRule="auto"/>
      </w:pPr>
      <w:r>
        <w:separator/>
      </w:r>
    </w:p>
  </w:footnote>
  <w:footnote w:type="continuationSeparator" w:id="0">
    <w:p w14:paraId="31D75C33" w14:textId="77777777" w:rsidR="00AA7A34" w:rsidRDefault="00AA7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65B"/>
    <w:rsid w:val="0015074B"/>
    <w:rsid w:val="0017158E"/>
    <w:rsid w:val="001951D5"/>
    <w:rsid w:val="0029639D"/>
    <w:rsid w:val="00326F90"/>
    <w:rsid w:val="003A1058"/>
    <w:rsid w:val="003A6C52"/>
    <w:rsid w:val="003A728C"/>
    <w:rsid w:val="004232DC"/>
    <w:rsid w:val="004327BA"/>
    <w:rsid w:val="00562B17"/>
    <w:rsid w:val="006253A7"/>
    <w:rsid w:val="00705716"/>
    <w:rsid w:val="008C1A7F"/>
    <w:rsid w:val="00901272"/>
    <w:rsid w:val="009F3924"/>
    <w:rsid w:val="00AA1D8D"/>
    <w:rsid w:val="00AA7A34"/>
    <w:rsid w:val="00AD1317"/>
    <w:rsid w:val="00B34390"/>
    <w:rsid w:val="00B47730"/>
    <w:rsid w:val="00C03A4D"/>
    <w:rsid w:val="00C33652"/>
    <w:rsid w:val="00CB0664"/>
    <w:rsid w:val="00D34F4F"/>
    <w:rsid w:val="00D779FC"/>
    <w:rsid w:val="00E53732"/>
    <w:rsid w:val="00F0791E"/>
    <w:rsid w:val="00F57065"/>
    <w:rsid w:val="00F635E1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071519-97E8-45B2-B069-6B03D325EE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545D7B-8B0A-4140-A06A-E796EE7FFB4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46ACB9-755F-4AC7-80B7-40D2D2AA25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410</Characters>
  <Application>Microsoft Office Word</Application>
  <DocSecurity>0</DocSecurity>
  <Lines>3</Lines>
  <Paragraphs>1</Paragraphs>
  <ScaleCrop>false</ScaleCrop>
  <Manager/>
  <Company/>
  <LinksUpToDate>false</LinksUpToDate>
  <CharactersWithSpaces>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12</cp:revision>
  <dcterms:created xsi:type="dcterms:W3CDTF">2026-09-22T06:51:00Z</dcterms:created>
  <dcterms:modified xsi:type="dcterms:W3CDTF">2026-09-28T11:54:00Z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