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26825086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2F1B36">
        <w:rPr>
          <w:b/>
          <w:bCs/>
          <w:color w:val="4A4A4A"/>
          <w:sz w:val="34"/>
          <w:szCs w:val="34"/>
          <w:lang w:val="es-ES"/>
        </w:rPr>
        <w:t>10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2F1B36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2F1B36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3A1A73B9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4459FB">
              <w:rPr>
                <w:b/>
                <w:color w:val="0524FF"/>
                <w:lang w:val="es-ES"/>
              </w:rPr>
              <w:t>0</w:t>
            </w:r>
            <w:r w:rsidR="0027367B">
              <w:rPr>
                <w:b/>
                <w:color w:val="0524FF"/>
                <w:lang w:val="es-ES"/>
              </w:rPr>
              <w:t xml:space="preserve">8 a </w:t>
            </w:r>
            <w:r w:rsidR="004459FB">
              <w:rPr>
                <w:b/>
                <w:color w:val="0524FF"/>
                <w:lang w:val="es-ES"/>
              </w:rPr>
              <w:t>0</w:t>
            </w:r>
            <w:r w:rsidR="0027367B">
              <w:rPr>
                <w:b/>
                <w:color w:val="0524FF"/>
                <w:lang w:val="es-ES"/>
              </w:rPr>
              <w:t>9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27367B">
              <w:rPr>
                <w:b/>
                <w:color w:val="0524FF"/>
                <w:lang w:val="es-ES"/>
              </w:rPr>
              <w:t>o</w:t>
            </w:r>
            <w:r w:rsidR="004459FB">
              <w:rPr>
                <w:b/>
                <w:color w:val="0524FF"/>
                <w:lang w:val="es-ES"/>
              </w:rPr>
              <w:t>ctubre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4A89A440" w:rsidR="001951D5" w:rsidRPr="003C2F2B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3C2F2B">
              <w:rPr>
                <w:b/>
                <w:color w:val="0524FF"/>
                <w:lang w:val="es-ES"/>
              </w:rPr>
              <w:t>ACCIÓN</w:t>
            </w:r>
            <w:r w:rsidRPr="003C2F2B">
              <w:rPr>
                <w:b/>
                <w:color w:val="0524FF"/>
                <w:lang w:val="es-ES"/>
              </w:rPr>
              <w:br/>
            </w:r>
            <w:r w:rsidR="004459FB" w:rsidRPr="003C2F2B">
              <w:rPr>
                <w:b/>
                <w:color w:val="0524FF"/>
                <w:lang w:val="es-ES"/>
              </w:rPr>
              <w:t>Viaje a Madrid</w:t>
            </w:r>
            <w:r w:rsidR="003C2F2B" w:rsidRPr="003C2F2B">
              <w:rPr>
                <w:b/>
                <w:color w:val="0524FF"/>
                <w:lang w:val="es-ES"/>
              </w:rPr>
              <w:t xml:space="preserve"> - M</w:t>
            </w:r>
            <w:r w:rsidR="003C2F2B">
              <w:rPr>
                <w:b/>
                <w:color w:val="0524FF"/>
                <w:lang w:val="es-ES"/>
              </w:rPr>
              <w:t>ERGE</w:t>
            </w:r>
          </w:p>
        </w:tc>
      </w:tr>
    </w:tbl>
    <w:p w14:paraId="672A6659" w14:textId="77777777" w:rsidR="001951D5" w:rsidRPr="003C2F2B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2F1B36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0A6D2EB4" w14:textId="77777777" w:rsidR="00AB5E18" w:rsidRPr="00AB5E18" w:rsidRDefault="004D59BC" w:rsidP="00AB5E18">
            <w:pPr>
              <w:spacing w:after="0"/>
              <w:rPr>
                <w:color w:val="222222"/>
                <w:sz w:val="16"/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</w:t>
            </w:r>
            <w:r w:rsidR="00452879" w:rsidRPr="00452879">
              <w:rPr>
                <w:color w:val="222222"/>
                <w:sz w:val="16"/>
                <w:lang w:val="es-ES"/>
              </w:rPr>
              <w:t>sist</w:t>
            </w:r>
            <w:r w:rsidR="00BA582B">
              <w:rPr>
                <w:color w:val="222222"/>
                <w:sz w:val="16"/>
                <w:lang w:val="es-ES"/>
              </w:rPr>
              <w:t>encia a</w:t>
            </w:r>
            <w:r w:rsidR="004459FB">
              <w:rPr>
                <w:color w:val="222222"/>
                <w:sz w:val="16"/>
                <w:lang w:val="es-ES"/>
              </w:rPr>
              <w:t xml:space="preserve"> MERGE</w:t>
            </w:r>
            <w:r w:rsidR="00AB5E18">
              <w:rPr>
                <w:color w:val="222222"/>
                <w:sz w:val="16"/>
                <w:lang w:val="es-ES"/>
              </w:rPr>
              <w:t xml:space="preserve"> </w:t>
            </w:r>
            <w:r w:rsidR="00AB5E18" w:rsidRPr="00AB5E18">
              <w:rPr>
                <w:color w:val="222222"/>
                <w:sz w:val="16"/>
                <w:lang w:val="es-ES"/>
              </w:rPr>
              <w:t xml:space="preserve">es un congreso internacional de referencia Web3, </w:t>
            </w:r>
            <w:proofErr w:type="spellStart"/>
            <w:r w:rsidR="00AB5E18" w:rsidRPr="00AB5E18">
              <w:rPr>
                <w:color w:val="222222"/>
                <w:sz w:val="16"/>
                <w:lang w:val="es-ES"/>
              </w:rPr>
              <w:t>criptoactivos</w:t>
            </w:r>
            <w:proofErr w:type="spellEnd"/>
            <w:r w:rsidR="00AB5E18" w:rsidRPr="00AB5E18">
              <w:rPr>
                <w:color w:val="222222"/>
                <w:sz w:val="16"/>
                <w:lang w:val="es-ES"/>
              </w:rPr>
              <w:t xml:space="preserve">, finanzas </w:t>
            </w:r>
            <w:proofErr w:type="spellStart"/>
            <w:r w:rsidR="00AB5E18" w:rsidRPr="00AB5E18">
              <w:rPr>
                <w:color w:val="222222"/>
                <w:sz w:val="16"/>
                <w:lang w:val="es-ES"/>
              </w:rPr>
              <w:t>digitaltes</w:t>
            </w:r>
            <w:proofErr w:type="spellEnd"/>
            <w:r w:rsidR="00AB5E18" w:rsidRPr="00AB5E18">
              <w:rPr>
                <w:color w:val="222222"/>
                <w:sz w:val="16"/>
                <w:lang w:val="es-ES"/>
              </w:rPr>
              <w:t xml:space="preserve"> y blockchain que conecta Europa y Latinoamérica. Es un espacio de colaboración entre instituciones, bancos centrales, empresas tecnológicas, inversores, regulares y desarrolladores. Este evento se distingue por unir tecnología, cultura y negocio en una experiencia inmersiva e inspiradora.</w:t>
            </w:r>
          </w:p>
          <w:p w14:paraId="65449E23" w14:textId="19A56BDC" w:rsidR="001951D5" w:rsidRPr="00452879" w:rsidRDefault="001951D5">
            <w:pPr>
              <w:spacing w:after="0"/>
              <w:rPr>
                <w:lang w:val="es-ES"/>
              </w:rPr>
            </w:pP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5A3DAF51" w:rsidR="001951D5" w:rsidRDefault="00667B14">
            <w:pPr>
              <w:spacing w:after="0"/>
            </w:pPr>
            <w:r>
              <w:rPr>
                <w:b/>
                <w:color w:val="FFFFFF"/>
              </w:rPr>
              <w:t>ARTURO CASTELLÓ - SUBDIRECTOR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22A1CCF0" w:rsidR="001951D5" w:rsidRDefault="003C2F2B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90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58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5244818" w:rsidR="001951D5" w:rsidRDefault="003C2F2B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3DCFBEE0" w:rsidR="001951D5" w:rsidRDefault="0002681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40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905FFB">
              <w:rPr>
                <w:b/>
                <w:color w:val="4A4A4A"/>
                <w:sz w:val="16"/>
              </w:rPr>
              <w:t>0</w:t>
            </w:r>
            <w:r w:rsidR="00B376A0">
              <w:rPr>
                <w:b/>
                <w:color w:val="4A4A4A"/>
                <w:sz w:val="16"/>
              </w:rPr>
              <w:t>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DF0FE" w14:textId="77777777" w:rsidR="003D1BBF" w:rsidRDefault="003D1BBF">
      <w:pPr>
        <w:spacing w:after="0" w:line="240" w:lineRule="auto"/>
      </w:pPr>
      <w:r>
        <w:separator/>
      </w:r>
    </w:p>
  </w:endnote>
  <w:endnote w:type="continuationSeparator" w:id="0">
    <w:p w14:paraId="7A1DE2AC" w14:textId="77777777" w:rsidR="003D1BBF" w:rsidRDefault="003D1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72B44" w14:textId="77777777" w:rsidR="003D1BBF" w:rsidRDefault="003D1BBF">
      <w:pPr>
        <w:spacing w:after="0" w:line="240" w:lineRule="auto"/>
      </w:pPr>
      <w:r>
        <w:separator/>
      </w:r>
    </w:p>
  </w:footnote>
  <w:footnote w:type="continuationSeparator" w:id="0">
    <w:p w14:paraId="118CFFAD" w14:textId="77777777" w:rsidR="003D1BBF" w:rsidRDefault="003D1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26811"/>
    <w:rsid w:val="00034616"/>
    <w:rsid w:val="0006063C"/>
    <w:rsid w:val="00084D7A"/>
    <w:rsid w:val="000E5470"/>
    <w:rsid w:val="0015074B"/>
    <w:rsid w:val="0017158E"/>
    <w:rsid w:val="001951D5"/>
    <w:rsid w:val="001B4406"/>
    <w:rsid w:val="001B60B0"/>
    <w:rsid w:val="00202605"/>
    <w:rsid w:val="002367E1"/>
    <w:rsid w:val="002505B5"/>
    <w:rsid w:val="002550D7"/>
    <w:rsid w:val="0027367B"/>
    <w:rsid w:val="00290265"/>
    <w:rsid w:val="0029639D"/>
    <w:rsid w:val="002B6276"/>
    <w:rsid w:val="002F1B36"/>
    <w:rsid w:val="00326F90"/>
    <w:rsid w:val="0039639B"/>
    <w:rsid w:val="003C2F2B"/>
    <w:rsid w:val="003D1BBF"/>
    <w:rsid w:val="00413025"/>
    <w:rsid w:val="004327BA"/>
    <w:rsid w:val="004459FB"/>
    <w:rsid w:val="00452879"/>
    <w:rsid w:val="00457CCC"/>
    <w:rsid w:val="004C158B"/>
    <w:rsid w:val="004D59BC"/>
    <w:rsid w:val="004E5CD0"/>
    <w:rsid w:val="004F168B"/>
    <w:rsid w:val="0054074A"/>
    <w:rsid w:val="00562B17"/>
    <w:rsid w:val="00584867"/>
    <w:rsid w:val="005A0BBC"/>
    <w:rsid w:val="0061614B"/>
    <w:rsid w:val="006253A7"/>
    <w:rsid w:val="00667B14"/>
    <w:rsid w:val="006E17C0"/>
    <w:rsid w:val="00773ABD"/>
    <w:rsid w:val="007C63B9"/>
    <w:rsid w:val="007D2EAD"/>
    <w:rsid w:val="00826390"/>
    <w:rsid w:val="008F290B"/>
    <w:rsid w:val="00905FFB"/>
    <w:rsid w:val="009274C2"/>
    <w:rsid w:val="009C39A9"/>
    <w:rsid w:val="009C448E"/>
    <w:rsid w:val="00A02DDD"/>
    <w:rsid w:val="00A11068"/>
    <w:rsid w:val="00A8373F"/>
    <w:rsid w:val="00AA1D8D"/>
    <w:rsid w:val="00AB5E18"/>
    <w:rsid w:val="00AC6730"/>
    <w:rsid w:val="00B376A0"/>
    <w:rsid w:val="00B427FE"/>
    <w:rsid w:val="00B47730"/>
    <w:rsid w:val="00BA1401"/>
    <w:rsid w:val="00BA582B"/>
    <w:rsid w:val="00BC1FC0"/>
    <w:rsid w:val="00C03A4D"/>
    <w:rsid w:val="00CB0664"/>
    <w:rsid w:val="00D53394"/>
    <w:rsid w:val="00D92B24"/>
    <w:rsid w:val="00DA3F26"/>
    <w:rsid w:val="00DD6243"/>
    <w:rsid w:val="00E06682"/>
    <w:rsid w:val="00E07759"/>
    <w:rsid w:val="00E26423"/>
    <w:rsid w:val="00E60CEF"/>
    <w:rsid w:val="00F0791E"/>
    <w:rsid w:val="00F57065"/>
    <w:rsid w:val="00F90DC6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AB5E1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AA09A0-B680-478F-A3D5-426E333EFA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EC4CC-719F-406A-B9ED-11E738EA4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A6776E-3AE1-457C-8133-371C6FE36F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106</Words>
  <Characters>588</Characters>
  <Application>Microsoft Office Word</Application>
  <DocSecurity>0</DocSecurity>
  <Lines>4</Lines>
  <Paragraphs>1</Paragraphs>
  <ScaleCrop>false</ScaleCrop>
  <Manager/>
  <Company/>
  <LinksUpToDate>false</LinksUpToDate>
  <CharactersWithSpaces>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Josefina Serrano</cp:lastModifiedBy>
  <cp:revision>43</cp:revision>
  <dcterms:created xsi:type="dcterms:W3CDTF">2026-09-22T06:51:00Z</dcterms:created>
  <dcterms:modified xsi:type="dcterms:W3CDTF">2026-09-28T13:01:00Z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