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6171D7C5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B92665">
        <w:rPr>
          <w:b/>
          <w:bCs/>
          <w:color w:val="4A4A4A"/>
          <w:sz w:val="34"/>
          <w:szCs w:val="34"/>
          <w:lang w:val="es-ES"/>
        </w:rPr>
        <w:t>04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B92665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21275C5D" w:rsidR="001951D5" w:rsidRPr="0014449D" w:rsidRDefault="004327BA">
            <w:pPr>
              <w:spacing w:after="0"/>
              <w:rPr>
                <w:lang w:val="es-ES"/>
              </w:rPr>
            </w:pPr>
            <w:r w:rsidRPr="0014449D">
              <w:rPr>
                <w:b/>
                <w:color w:val="0524FF"/>
                <w:lang w:val="es-ES"/>
              </w:rPr>
              <w:t>FECHA</w:t>
            </w:r>
            <w:r w:rsidRPr="0014449D">
              <w:rPr>
                <w:b/>
                <w:color w:val="0524FF"/>
                <w:lang w:val="es-ES"/>
              </w:rPr>
              <w:br/>
            </w:r>
            <w:r w:rsidR="0014449D">
              <w:rPr>
                <w:b/>
                <w:color w:val="0524FF"/>
                <w:lang w:val="es-ES"/>
              </w:rPr>
              <w:t>Miércoles 22 – Jueves 23 de Abril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5C285A76" w:rsidR="001951D5" w:rsidRPr="002A6028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0E2B26" w:rsidRPr="002A6028">
              <w:rPr>
                <w:b/>
                <w:color w:val="0524FF"/>
                <w:lang w:val="es-ES"/>
              </w:rPr>
              <w:t>Encuentro UAL - Industrias Creativas + ciudad inmersiva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4E3047" w14:paraId="5735CF19" w14:textId="77777777">
        <w:tc>
          <w:tcPr>
            <w:tcW w:w="10312" w:type="dxa"/>
          </w:tcPr>
          <w:p w14:paraId="65449E23" w14:textId="69AE37ED" w:rsidR="001951D5" w:rsidRPr="004E3047" w:rsidRDefault="004F2A48">
            <w:pPr>
              <w:spacing w:after="0"/>
              <w:rPr>
                <w:lang w:val="en-GB"/>
              </w:rPr>
            </w:pPr>
            <w:r w:rsidRPr="000A4ADD">
              <w:rPr>
                <w:color w:val="222222"/>
                <w:sz w:val="16"/>
              </w:rPr>
              <w:t xml:space="preserve">Asistencia al evento </w:t>
            </w:r>
            <w:r w:rsidR="002D4EF2" w:rsidRPr="000A4ADD">
              <w:rPr>
                <w:color w:val="222222"/>
                <w:sz w:val="16"/>
              </w:rPr>
              <w:t xml:space="preserve">Creatives Industries and </w:t>
            </w:r>
            <w:r w:rsidR="004E3047" w:rsidRPr="000A4ADD">
              <w:rPr>
                <w:color w:val="222222"/>
                <w:sz w:val="16"/>
              </w:rPr>
              <w:t>P</w:t>
            </w:r>
            <w:r w:rsidR="002D4EF2" w:rsidRPr="000A4ADD">
              <w:rPr>
                <w:color w:val="222222"/>
                <w:sz w:val="16"/>
              </w:rPr>
              <w:t xml:space="preserve">laces. </w:t>
            </w:r>
            <w:r w:rsidR="002D4EF2" w:rsidRPr="004E3047">
              <w:rPr>
                <w:color w:val="222222"/>
                <w:sz w:val="16"/>
                <w:lang w:val="en-GB"/>
              </w:rPr>
              <w:t xml:space="preserve">Research </w:t>
            </w:r>
            <w:r w:rsidR="002F3D4E" w:rsidRPr="004E3047">
              <w:rPr>
                <w:color w:val="222222"/>
                <w:sz w:val="16"/>
                <w:lang w:val="en-GB"/>
              </w:rPr>
              <w:t>Network Event de la University of Arts London</w:t>
            </w:r>
          </w:p>
        </w:tc>
      </w:tr>
    </w:tbl>
    <w:p w14:paraId="0A37501D" w14:textId="77777777" w:rsidR="001951D5" w:rsidRPr="004E3047" w:rsidRDefault="001951D5">
      <w:pPr>
        <w:spacing w:after="0"/>
        <w:rPr>
          <w:lang w:val="en-GB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E534657" w:rsidR="001951D5" w:rsidRDefault="004E3047">
            <w:pPr>
              <w:spacing w:after="0"/>
            </w:pPr>
            <w:r>
              <w:rPr>
                <w:b/>
                <w:color w:val="FFFFFF"/>
              </w:rPr>
              <w:t>ARTURO CASTELLÓ - 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3B6257F1" w:rsidR="001951D5" w:rsidRDefault="00EB4D7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44</w:t>
            </w:r>
            <w:r w:rsidR="004327BA">
              <w:rPr>
                <w:b/>
                <w:color w:val="4A4A4A"/>
                <w:sz w:val="16"/>
              </w:rPr>
              <w:t>0,</w:t>
            </w:r>
            <w:r w:rsidR="00954B04">
              <w:rPr>
                <w:b/>
                <w:color w:val="4A4A4A"/>
                <w:sz w:val="16"/>
              </w:rPr>
              <w:t>55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10399300" w:rsidR="001951D5" w:rsidRDefault="00954B0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569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29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59F217E" w:rsidR="001951D5" w:rsidRDefault="00076E0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285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0A4ADD" w14:paraId="189D39AC" w14:textId="77777777" w:rsidTr="002C0A5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926463" w14:textId="2F2BDB06" w:rsidR="000A4ADD" w:rsidRPr="00BF5D2C" w:rsidRDefault="000A4ADD" w:rsidP="000A4ADD">
            <w:pPr>
              <w:spacing w:after="0"/>
              <w:jc w:val="center"/>
              <w:rPr>
                <w:b/>
                <w:color w:val="4A4A4A"/>
                <w:sz w:val="16"/>
              </w:rPr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21F413" w14:textId="4523AD19" w:rsidR="000A4ADD" w:rsidRPr="00BF5D2C" w:rsidRDefault="000A4ADD" w:rsidP="000A4ADD">
            <w:pPr>
              <w:spacing w:after="0"/>
              <w:jc w:val="center"/>
              <w:rPr>
                <w:b/>
                <w:color w:val="4A4A4A"/>
                <w:sz w:val="16"/>
              </w:rPr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BF5D2C" w:rsidRPr="00B92665" w14:paraId="1D71707B" w14:textId="77777777" w:rsidTr="009979C6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BA3ADF" w14:textId="42C9789A" w:rsidR="00BF5D2C" w:rsidRPr="00EE50F4" w:rsidRDefault="00EE50F4" w:rsidP="009979C6">
            <w:pPr>
              <w:spacing w:after="0"/>
              <w:rPr>
                <w:lang w:val="pt-PT"/>
              </w:rPr>
            </w:pPr>
            <w:r w:rsidRPr="00EE50F4">
              <w:rPr>
                <w:b/>
                <w:color w:val="FFFFFF"/>
                <w:lang w:val="pt-PT"/>
              </w:rPr>
              <w:t>MAR FERRER SÁEZ   JEFA D</w:t>
            </w:r>
            <w:r>
              <w:rPr>
                <w:b/>
                <w:color w:val="FFFFFF"/>
                <w:lang w:val="pt-PT"/>
              </w:rPr>
              <w:t>E INFRAESTRUCTURAS</w:t>
            </w:r>
          </w:p>
        </w:tc>
      </w:tr>
      <w:tr w:rsidR="00BF5D2C" w14:paraId="2ADF6335" w14:textId="77777777" w:rsidTr="009979C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F4CEA4" w14:textId="77777777" w:rsidR="00BF5D2C" w:rsidRDefault="00BF5D2C" w:rsidP="009979C6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A826A6" w14:textId="77777777" w:rsidR="00BF5D2C" w:rsidRDefault="00BF5D2C" w:rsidP="009979C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440,55 €</w:t>
            </w:r>
          </w:p>
        </w:tc>
      </w:tr>
      <w:tr w:rsidR="00BF5D2C" w14:paraId="69299478" w14:textId="77777777" w:rsidTr="009979C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EDA4DF" w14:textId="77777777" w:rsidR="00BF5D2C" w:rsidRDefault="00BF5D2C" w:rsidP="009979C6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DAE254" w14:textId="77777777" w:rsidR="00BF5D2C" w:rsidRDefault="00BF5D2C" w:rsidP="009979C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569,29 €</w:t>
            </w:r>
          </w:p>
        </w:tc>
      </w:tr>
      <w:tr w:rsidR="00BF5D2C" w14:paraId="3EE026AF" w14:textId="77777777" w:rsidTr="009979C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31A56B" w14:textId="77777777" w:rsidR="00BF5D2C" w:rsidRDefault="00BF5D2C" w:rsidP="009979C6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A3F44E" w14:textId="0867A831" w:rsidR="00BF5D2C" w:rsidRDefault="00EE5A14" w:rsidP="009979C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50</w:t>
            </w:r>
            <w:r w:rsidR="00BF5D2C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89</w:t>
            </w:r>
            <w:r w:rsidR="00BF5D2C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901FD" w14:textId="77777777" w:rsidR="009D5582" w:rsidRDefault="009D5582">
      <w:pPr>
        <w:spacing w:after="0" w:line="240" w:lineRule="auto"/>
      </w:pPr>
      <w:r>
        <w:separator/>
      </w:r>
    </w:p>
  </w:endnote>
  <w:endnote w:type="continuationSeparator" w:id="0">
    <w:p w14:paraId="3118E8BD" w14:textId="77777777" w:rsidR="009D5582" w:rsidRDefault="009D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14449D" w:rsidRDefault="004327BA">
    <w:pPr>
      <w:pStyle w:val="Piedepgina"/>
      <w:jc w:val="center"/>
      <w:rPr>
        <w:lang w:val="es-ES"/>
      </w:rPr>
    </w:pPr>
    <w:r w:rsidRPr="0014449D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344C0" w14:textId="77777777" w:rsidR="009D5582" w:rsidRDefault="009D5582">
      <w:pPr>
        <w:spacing w:after="0" w:line="240" w:lineRule="auto"/>
      </w:pPr>
      <w:r>
        <w:separator/>
      </w:r>
    </w:p>
  </w:footnote>
  <w:footnote w:type="continuationSeparator" w:id="0">
    <w:p w14:paraId="040D3908" w14:textId="77777777" w:rsidR="009D5582" w:rsidRDefault="009D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E01"/>
    <w:rsid w:val="000A4ADD"/>
    <w:rsid w:val="000E2B26"/>
    <w:rsid w:val="0012676A"/>
    <w:rsid w:val="0014449D"/>
    <w:rsid w:val="0015074B"/>
    <w:rsid w:val="0017158E"/>
    <w:rsid w:val="001951D5"/>
    <w:rsid w:val="0029639D"/>
    <w:rsid w:val="002A6028"/>
    <w:rsid w:val="002B54F7"/>
    <w:rsid w:val="002D048C"/>
    <w:rsid w:val="002D4EF2"/>
    <w:rsid w:val="002F3D4E"/>
    <w:rsid w:val="00326F90"/>
    <w:rsid w:val="0033755A"/>
    <w:rsid w:val="004327BA"/>
    <w:rsid w:val="004E3047"/>
    <w:rsid w:val="004F2A48"/>
    <w:rsid w:val="00562B17"/>
    <w:rsid w:val="006253A7"/>
    <w:rsid w:val="00652ABF"/>
    <w:rsid w:val="008E1BA0"/>
    <w:rsid w:val="00954B04"/>
    <w:rsid w:val="009D5582"/>
    <w:rsid w:val="00A32B3F"/>
    <w:rsid w:val="00AA1D8D"/>
    <w:rsid w:val="00B47730"/>
    <w:rsid w:val="00B92665"/>
    <w:rsid w:val="00BF5D2C"/>
    <w:rsid w:val="00C03A4D"/>
    <w:rsid w:val="00C64364"/>
    <w:rsid w:val="00CB0664"/>
    <w:rsid w:val="00D532F6"/>
    <w:rsid w:val="00EB4D77"/>
    <w:rsid w:val="00EE50F4"/>
    <w:rsid w:val="00EE5A14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A347F6-FC20-4448-9A01-D4F4C2385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F60EF-752C-4F5B-8B57-3CA27F45D28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D93D70-7B9F-4D7A-B185-AC80C3AE7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89</Words>
  <Characters>492</Characters>
  <Application>Microsoft Office Word</Application>
  <DocSecurity>0</DocSecurity>
  <Lines>4</Lines>
  <Paragraphs>1</Paragraphs>
  <ScaleCrop>false</ScaleCrop>
  <Manager/>
  <Company/>
  <LinksUpToDate>false</LinksUpToDate>
  <CharactersWithSpaces>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21</cp:revision>
  <dcterms:created xsi:type="dcterms:W3CDTF">2026-09-22T06:51:00Z</dcterms:created>
  <dcterms:modified xsi:type="dcterms:W3CDTF">2026-09-28T10:18:00Z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