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3323C2F0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041C28">
        <w:rPr>
          <w:b/>
          <w:bCs/>
          <w:color w:val="4A4A4A"/>
          <w:sz w:val="34"/>
          <w:szCs w:val="34"/>
          <w:lang w:val="es-ES"/>
        </w:rPr>
        <w:t>07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041C28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5C30FD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08F19256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F2609A">
              <w:rPr>
                <w:b/>
                <w:color w:val="0524FF"/>
                <w:lang w:val="es-ES"/>
              </w:rPr>
              <w:t>2</w:t>
            </w:r>
            <w:r w:rsidRPr="00457CCC">
              <w:rPr>
                <w:b/>
                <w:color w:val="0524FF"/>
                <w:lang w:val="es-ES"/>
              </w:rPr>
              <w:t>1</w:t>
            </w:r>
            <w:r w:rsidR="0027367B">
              <w:rPr>
                <w:b/>
                <w:color w:val="0524FF"/>
                <w:lang w:val="es-ES"/>
              </w:rPr>
              <w:t xml:space="preserve"> a </w:t>
            </w:r>
            <w:r w:rsidR="00F2609A">
              <w:rPr>
                <w:b/>
                <w:color w:val="0524FF"/>
                <w:lang w:val="es-ES"/>
              </w:rPr>
              <w:t>22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27367B">
              <w:rPr>
                <w:b/>
                <w:color w:val="0524FF"/>
                <w:lang w:val="es-ES"/>
              </w:rPr>
              <w:t>ju</w:t>
            </w:r>
            <w:r w:rsidR="00F2609A">
              <w:rPr>
                <w:b/>
                <w:color w:val="0524FF"/>
                <w:lang w:val="es-ES"/>
              </w:rPr>
              <w:t>l</w:t>
            </w:r>
            <w:r w:rsidR="0027367B">
              <w:rPr>
                <w:b/>
                <w:color w:val="0524FF"/>
                <w:lang w:val="es-ES"/>
              </w:rPr>
              <w:t>io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293EA8E8" w:rsidR="001951D5" w:rsidRPr="00F2609A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F2609A">
              <w:rPr>
                <w:b/>
                <w:color w:val="0524FF"/>
                <w:lang w:val="es-ES"/>
              </w:rPr>
              <w:t>ACCIÓN</w:t>
            </w:r>
            <w:r w:rsidRPr="00F2609A">
              <w:rPr>
                <w:b/>
                <w:color w:val="0524FF"/>
                <w:lang w:val="es-ES"/>
              </w:rPr>
              <w:br/>
            </w:r>
            <w:r w:rsidR="00B37789">
              <w:rPr>
                <w:b/>
                <w:color w:val="0524FF"/>
                <w:lang w:val="es-ES"/>
              </w:rPr>
              <w:t>Viaje a Laus</w:t>
            </w:r>
            <w:r w:rsidR="008513BE">
              <w:rPr>
                <w:b/>
                <w:color w:val="0524FF"/>
                <w:lang w:val="es-ES"/>
              </w:rPr>
              <w:t xml:space="preserve">anne. </w:t>
            </w:r>
            <w:r w:rsidR="00F2609A" w:rsidRPr="00F2609A">
              <w:rPr>
                <w:b/>
                <w:color w:val="0524FF"/>
                <w:lang w:val="es-ES"/>
              </w:rPr>
              <w:t>Reunión puesta en m</w:t>
            </w:r>
            <w:r w:rsidR="00F2609A">
              <w:rPr>
                <w:b/>
                <w:color w:val="0524FF"/>
                <w:lang w:val="es-ES"/>
              </w:rPr>
              <w:t>archa Centro de Excelencia en el Deporte</w:t>
            </w:r>
          </w:p>
        </w:tc>
      </w:tr>
    </w:tbl>
    <w:p w14:paraId="672A6659" w14:textId="77777777" w:rsidR="001951D5" w:rsidRPr="00F2609A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5C30FD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6983DDA9" w:rsidR="001951D5" w:rsidRPr="00452879" w:rsidRDefault="008513BE">
            <w:pPr>
              <w:spacing w:after="0"/>
              <w:rPr>
                <w:lang w:val="es-ES"/>
              </w:rPr>
            </w:pPr>
            <w:r>
              <w:rPr>
                <w:lang w:val="es-ES"/>
              </w:rPr>
              <w:t>Reunión puesta en marcha Centro de Excelencia en el Deporte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000D3591" w:rsidR="001951D5" w:rsidRDefault="00457CCC">
            <w:pPr>
              <w:spacing w:after="0"/>
            </w:pPr>
            <w:r>
              <w:rPr>
                <w:b/>
                <w:color w:val="FFFFFF"/>
              </w:rPr>
              <w:t>DAVID ROSA  - 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1CA5C271" w:rsidR="001951D5" w:rsidRDefault="009979B9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408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52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4FE44376" w:rsidR="001951D5" w:rsidRDefault="0041302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17</w:t>
            </w:r>
            <w:r w:rsidR="00F744E1">
              <w:rPr>
                <w:b/>
                <w:color w:val="4A4A4A"/>
                <w:sz w:val="16"/>
              </w:rPr>
              <w:t>1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F744E1">
              <w:rPr>
                <w:b/>
                <w:color w:val="4A4A4A"/>
                <w:sz w:val="16"/>
              </w:rPr>
              <w:t>90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6EEDA6E" w:rsidR="001951D5" w:rsidRDefault="00F4386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16.80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68B8D79" w14:textId="77777777" w:rsidTr="00943B36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6691E" w14:textId="074A7B2F" w:rsidR="00290265" w:rsidRDefault="00F2609A" w:rsidP="00943B36">
            <w:pPr>
              <w:spacing w:after="0"/>
            </w:pPr>
            <w:r>
              <w:rPr>
                <w:b/>
                <w:color w:val="FFFFFF"/>
              </w:rPr>
              <w:t>LUCÍA CALABRIA</w:t>
            </w:r>
            <w:r w:rsidR="00290265">
              <w:rPr>
                <w:b/>
                <w:color w:val="FFFFFF"/>
              </w:rPr>
              <w:t>- SUBDIRECTOR</w:t>
            </w:r>
            <w:r>
              <w:rPr>
                <w:b/>
                <w:color w:val="FFFFFF"/>
              </w:rPr>
              <w:t>A</w:t>
            </w:r>
          </w:p>
        </w:tc>
      </w:tr>
      <w:tr w:rsidR="00290265" w14:paraId="32C98CC4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F323F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F78C2F" w14:textId="608F38E9" w:rsidR="00290265" w:rsidRDefault="00F744E1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408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52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7438C31E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29FCB0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FE2B3" w14:textId="3C7E8D74" w:rsidR="00290265" w:rsidRDefault="00D92B24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17</w:t>
            </w:r>
            <w:r w:rsidR="00CF2E76">
              <w:rPr>
                <w:b/>
                <w:color w:val="4A4A4A"/>
                <w:sz w:val="16"/>
              </w:rPr>
              <w:t>1</w:t>
            </w:r>
            <w:r w:rsidR="00290265">
              <w:rPr>
                <w:b/>
                <w:color w:val="4A4A4A"/>
                <w:sz w:val="16"/>
              </w:rPr>
              <w:t>,</w:t>
            </w:r>
            <w:r w:rsidR="00CF2E76">
              <w:rPr>
                <w:b/>
                <w:color w:val="4A4A4A"/>
                <w:sz w:val="16"/>
              </w:rPr>
              <w:t>90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290265" w14:paraId="22B8E3CD" w14:textId="77777777" w:rsidTr="00943B36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24AC9" w14:textId="77777777" w:rsidR="00290265" w:rsidRDefault="00290265" w:rsidP="00943B36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BE8A6" w14:textId="08987E12" w:rsidR="00290265" w:rsidRDefault="00CF2E76" w:rsidP="00943B3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57</w:t>
            </w:r>
            <w:r w:rsidR="00290265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35</w:t>
            </w:r>
            <w:r w:rsidR="00290265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83361" w14:textId="77777777" w:rsidR="004960E7" w:rsidRDefault="004960E7">
      <w:pPr>
        <w:spacing w:after="0" w:line="240" w:lineRule="auto"/>
      </w:pPr>
      <w:r>
        <w:separator/>
      </w:r>
    </w:p>
  </w:endnote>
  <w:endnote w:type="continuationSeparator" w:id="0">
    <w:p w14:paraId="689BA32D" w14:textId="77777777" w:rsidR="004960E7" w:rsidRDefault="00496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9B7E" w14:textId="77777777" w:rsidR="004960E7" w:rsidRDefault="004960E7">
      <w:pPr>
        <w:spacing w:after="0" w:line="240" w:lineRule="auto"/>
      </w:pPr>
      <w:r>
        <w:separator/>
      </w:r>
    </w:p>
  </w:footnote>
  <w:footnote w:type="continuationSeparator" w:id="0">
    <w:p w14:paraId="123C284A" w14:textId="77777777" w:rsidR="004960E7" w:rsidRDefault="00496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41C28"/>
    <w:rsid w:val="0006063C"/>
    <w:rsid w:val="0015074B"/>
    <w:rsid w:val="0017158E"/>
    <w:rsid w:val="001951D5"/>
    <w:rsid w:val="001A01CB"/>
    <w:rsid w:val="001B4406"/>
    <w:rsid w:val="001B60B0"/>
    <w:rsid w:val="00202605"/>
    <w:rsid w:val="002367E1"/>
    <w:rsid w:val="002505B5"/>
    <w:rsid w:val="002550D7"/>
    <w:rsid w:val="0027367B"/>
    <w:rsid w:val="00290265"/>
    <w:rsid w:val="0029639D"/>
    <w:rsid w:val="002B6276"/>
    <w:rsid w:val="00326F90"/>
    <w:rsid w:val="0039639B"/>
    <w:rsid w:val="00413025"/>
    <w:rsid w:val="004232DC"/>
    <w:rsid w:val="004327BA"/>
    <w:rsid w:val="00452879"/>
    <w:rsid w:val="00457CCC"/>
    <w:rsid w:val="004960E7"/>
    <w:rsid w:val="004C158B"/>
    <w:rsid w:val="004D59BC"/>
    <w:rsid w:val="004E5CD0"/>
    <w:rsid w:val="004F168B"/>
    <w:rsid w:val="0054074A"/>
    <w:rsid w:val="00562B17"/>
    <w:rsid w:val="00584867"/>
    <w:rsid w:val="005A0BBC"/>
    <w:rsid w:val="005C30FD"/>
    <w:rsid w:val="0061614B"/>
    <w:rsid w:val="006253A7"/>
    <w:rsid w:val="00643C6A"/>
    <w:rsid w:val="006E17C0"/>
    <w:rsid w:val="00773ABD"/>
    <w:rsid w:val="007C63B9"/>
    <w:rsid w:val="007D2EAD"/>
    <w:rsid w:val="00826390"/>
    <w:rsid w:val="008513BE"/>
    <w:rsid w:val="008F290B"/>
    <w:rsid w:val="009274C2"/>
    <w:rsid w:val="009979B9"/>
    <w:rsid w:val="009C39A9"/>
    <w:rsid w:val="009C448E"/>
    <w:rsid w:val="00A11068"/>
    <w:rsid w:val="00A8373F"/>
    <w:rsid w:val="00AA1D8D"/>
    <w:rsid w:val="00AC6730"/>
    <w:rsid w:val="00B376A0"/>
    <w:rsid w:val="00B37789"/>
    <w:rsid w:val="00B427FE"/>
    <w:rsid w:val="00B47730"/>
    <w:rsid w:val="00BA1401"/>
    <w:rsid w:val="00BA582B"/>
    <w:rsid w:val="00C03A4D"/>
    <w:rsid w:val="00CB0664"/>
    <w:rsid w:val="00CC4085"/>
    <w:rsid w:val="00CF2E76"/>
    <w:rsid w:val="00D53394"/>
    <w:rsid w:val="00D6061B"/>
    <w:rsid w:val="00D92B24"/>
    <w:rsid w:val="00DA3F26"/>
    <w:rsid w:val="00DD6243"/>
    <w:rsid w:val="00E06682"/>
    <w:rsid w:val="00E07759"/>
    <w:rsid w:val="00E26423"/>
    <w:rsid w:val="00E60CEF"/>
    <w:rsid w:val="00F0791E"/>
    <w:rsid w:val="00F2609A"/>
    <w:rsid w:val="00F43861"/>
    <w:rsid w:val="00F57065"/>
    <w:rsid w:val="00F744E1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CEF3A-B5B7-4DDE-8D35-9FE9A71D99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3.xml><?xml version="1.0" encoding="utf-8"?>
<ds:datastoreItem xmlns:ds="http://schemas.openxmlformats.org/officeDocument/2006/customXml" ds:itemID="{CC53E790-2221-4429-BE62-80278E1D0F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8C775C-7922-4F04-9053-10B9F40550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78</Words>
  <Characters>433</Characters>
  <Application>Microsoft Office Word</Application>
  <DocSecurity>0</DocSecurity>
  <Lines>3</Lines>
  <Paragraphs>1</Paragraphs>
  <ScaleCrop>false</ScaleCrop>
  <Manager/>
  <Company/>
  <LinksUpToDate>false</LinksUpToDate>
  <CharactersWithSpaces>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46</cp:revision>
  <dcterms:created xsi:type="dcterms:W3CDTF">2026-09-22T06:51:00Z</dcterms:created>
  <dcterms:modified xsi:type="dcterms:W3CDTF">2026-09-28T11:57:00Z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