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68E43701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46881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46881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F46881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5976CEC0" w:rsidR="001951D5" w:rsidRPr="0009104B" w:rsidRDefault="004327BA">
            <w:pPr>
              <w:spacing w:after="0"/>
              <w:rPr>
                <w:lang w:val="es-ES"/>
              </w:rPr>
            </w:pPr>
            <w:r w:rsidRPr="0009104B">
              <w:rPr>
                <w:b/>
                <w:color w:val="0524FF"/>
                <w:lang w:val="es-ES"/>
              </w:rPr>
              <w:t>FECHA</w:t>
            </w:r>
            <w:r w:rsidRPr="0009104B">
              <w:rPr>
                <w:b/>
                <w:color w:val="0524FF"/>
                <w:lang w:val="es-ES"/>
              </w:rPr>
              <w:br/>
            </w:r>
            <w:r w:rsidR="0009104B" w:rsidRPr="0009104B">
              <w:rPr>
                <w:b/>
                <w:color w:val="0524FF"/>
                <w:lang w:val="es-ES"/>
              </w:rPr>
              <w:t>1</w:t>
            </w:r>
            <w:r w:rsidR="0009104B">
              <w:rPr>
                <w:b/>
                <w:color w:val="0524FF"/>
                <w:lang w:val="es-ES"/>
              </w:rPr>
              <w:t xml:space="preserve"> a 4 de abril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1DD822D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09104B">
              <w:rPr>
                <w:b/>
                <w:color w:val="0524FF"/>
                <w:lang w:val="es-ES"/>
              </w:rPr>
              <w:t>Viaje a Medellín (Colombia)</w:t>
            </w:r>
            <w:r w:rsidR="00D71807">
              <w:rPr>
                <w:b/>
                <w:color w:val="0524FF"/>
                <w:lang w:val="es-ES"/>
              </w:rPr>
              <w:t xml:space="preserve"> Conferencia StartCo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F46881" w14:paraId="5735CF19" w14:textId="77777777">
        <w:tc>
          <w:tcPr>
            <w:tcW w:w="10312" w:type="dxa"/>
          </w:tcPr>
          <w:p w14:paraId="65449E23" w14:textId="557DEC23" w:rsidR="001951D5" w:rsidRPr="00C03A4D" w:rsidRDefault="00C56BE8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V</w:t>
            </w:r>
            <w:r w:rsidR="00151AEC" w:rsidRPr="00151AEC">
              <w:rPr>
                <w:color w:val="222222"/>
                <w:sz w:val="16"/>
                <w:lang w:val="es-ES"/>
              </w:rPr>
              <w:t>isita, de relevancia estratégica para el fortalecimiento de relaciones interinstitucionales, promoción de proyectos conjuntos y posicionamiento de nuestra ciudad en ámbitos internacionales</w:t>
            </w:r>
            <w:r w:rsidR="00AD78B8">
              <w:rPr>
                <w:color w:val="222222"/>
                <w:sz w:val="16"/>
                <w:lang w:val="es-ES"/>
              </w:rPr>
              <w:t>, firma de un acuerdo de colaboración y conferencia StartCo.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9129423" w:rsidR="001951D5" w:rsidRDefault="00D758A0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E7E4CF9" w:rsidR="001951D5" w:rsidRDefault="003D706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1121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10E7494A" w:rsidR="001951D5" w:rsidRDefault="00AD78B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349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202252">
              <w:rPr>
                <w:b/>
                <w:color w:val="4A4A4A"/>
                <w:sz w:val="16"/>
              </w:rPr>
              <w:t>62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5BCBB52" w:rsidR="001951D5" w:rsidRDefault="009262C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52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73782" w14:textId="77777777" w:rsidR="005E0790" w:rsidRDefault="005E0790">
      <w:pPr>
        <w:spacing w:after="0" w:line="240" w:lineRule="auto"/>
      </w:pPr>
      <w:r>
        <w:separator/>
      </w:r>
    </w:p>
  </w:endnote>
  <w:endnote w:type="continuationSeparator" w:id="0">
    <w:p w14:paraId="068EBFF1" w14:textId="77777777" w:rsidR="005E0790" w:rsidRDefault="005E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09104B" w:rsidRDefault="004327BA">
    <w:pPr>
      <w:pStyle w:val="Piedepgina"/>
      <w:jc w:val="center"/>
      <w:rPr>
        <w:lang w:val="es-ES"/>
      </w:rPr>
    </w:pPr>
    <w:r w:rsidRPr="0009104B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27306" w14:textId="77777777" w:rsidR="005E0790" w:rsidRDefault="005E0790">
      <w:pPr>
        <w:spacing w:after="0" w:line="240" w:lineRule="auto"/>
      </w:pPr>
      <w:r>
        <w:separator/>
      </w:r>
    </w:p>
  </w:footnote>
  <w:footnote w:type="continuationSeparator" w:id="0">
    <w:p w14:paraId="6331A4B5" w14:textId="77777777" w:rsidR="005E0790" w:rsidRDefault="005E0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04B"/>
    <w:rsid w:val="001173A1"/>
    <w:rsid w:val="0015074B"/>
    <w:rsid w:val="00151AEC"/>
    <w:rsid w:val="0017158E"/>
    <w:rsid w:val="001951D5"/>
    <w:rsid w:val="00202252"/>
    <w:rsid w:val="0029639D"/>
    <w:rsid w:val="002D6BD3"/>
    <w:rsid w:val="00326F90"/>
    <w:rsid w:val="00383FCB"/>
    <w:rsid w:val="003D7062"/>
    <w:rsid w:val="003F01E1"/>
    <w:rsid w:val="004327BA"/>
    <w:rsid w:val="00562B17"/>
    <w:rsid w:val="005E0790"/>
    <w:rsid w:val="006253A7"/>
    <w:rsid w:val="00696F4B"/>
    <w:rsid w:val="008B5F5D"/>
    <w:rsid w:val="009262CD"/>
    <w:rsid w:val="00A02DDD"/>
    <w:rsid w:val="00AA1D8D"/>
    <w:rsid w:val="00AD78B8"/>
    <w:rsid w:val="00B47730"/>
    <w:rsid w:val="00B7303B"/>
    <w:rsid w:val="00C03A4D"/>
    <w:rsid w:val="00C56BE8"/>
    <w:rsid w:val="00CB0664"/>
    <w:rsid w:val="00CF1994"/>
    <w:rsid w:val="00D71807"/>
    <w:rsid w:val="00D758A0"/>
    <w:rsid w:val="00DD0A8B"/>
    <w:rsid w:val="00E9509C"/>
    <w:rsid w:val="00F0791E"/>
    <w:rsid w:val="00F46881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C7533C-6B0D-4477-B9B7-A77B0C21A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24D205-7B32-4F14-BA59-176D220055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CFFDB26B-C4A9-490A-A8EA-17221CE77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</Words>
  <Characters>484</Characters>
  <Application>Microsoft Office Word</Application>
  <DocSecurity>0</DocSecurity>
  <Lines>4</Lines>
  <Paragraphs>1</Paragraphs>
  <ScaleCrop>false</ScaleCrop>
  <Manager/>
  <Company/>
  <LinksUpToDate>false</LinksUpToDate>
  <CharactersWithSpaces>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15</cp:revision>
  <dcterms:created xsi:type="dcterms:W3CDTF">2026-09-22T06:51:00Z</dcterms:created>
  <dcterms:modified xsi:type="dcterms:W3CDTF">2026-09-28T12:57:00Z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