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667BA996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285338">
        <w:rPr>
          <w:b/>
          <w:bCs/>
          <w:color w:val="4A4A4A"/>
          <w:sz w:val="34"/>
          <w:szCs w:val="34"/>
          <w:lang w:val="es-ES"/>
        </w:rPr>
        <w:t>10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D8268D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8E3CA5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20682677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285338">
              <w:rPr>
                <w:b/>
                <w:color w:val="0524FF"/>
                <w:lang w:val="es-ES"/>
              </w:rPr>
              <w:t>19</w:t>
            </w:r>
            <w:r w:rsidR="00E1145C">
              <w:rPr>
                <w:b/>
                <w:color w:val="0524FF"/>
                <w:lang w:val="es-ES"/>
              </w:rPr>
              <w:t xml:space="preserve">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A563AA">
              <w:rPr>
                <w:b/>
                <w:color w:val="0524FF"/>
                <w:lang w:val="es-ES"/>
              </w:rPr>
              <w:t>2</w:t>
            </w:r>
            <w:r w:rsidR="00285338">
              <w:rPr>
                <w:b/>
                <w:color w:val="0524FF"/>
                <w:lang w:val="es-ES"/>
              </w:rPr>
              <w:t>0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8E3CA5">
              <w:rPr>
                <w:b/>
                <w:color w:val="0524FF"/>
                <w:lang w:val="es-ES"/>
              </w:rPr>
              <w:t>octubre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585F0828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8E3CA5">
              <w:rPr>
                <w:b/>
                <w:color w:val="0524FF"/>
                <w:lang w:val="es-ES"/>
              </w:rPr>
              <w:t>B</w:t>
            </w:r>
            <w:r w:rsidR="00ED1707">
              <w:rPr>
                <w:b/>
                <w:color w:val="0524FF"/>
                <w:lang w:val="es-ES"/>
              </w:rPr>
              <w:t>ilbao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C4F01" w14:paraId="5735CF19" w14:textId="77777777">
        <w:tc>
          <w:tcPr>
            <w:tcW w:w="10312" w:type="dxa"/>
          </w:tcPr>
          <w:p w14:paraId="65449E23" w14:textId="5AA4EB27" w:rsidR="001951D5" w:rsidRPr="00284F8B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284F8B" w:rsidRPr="00284F8B">
              <w:rPr>
                <w:color w:val="222222"/>
                <w:sz w:val="16"/>
                <w:lang w:val="es-ES"/>
              </w:rPr>
              <w:br/>
            </w:r>
            <w:r w:rsidR="002D2677">
              <w:rPr>
                <w:lang w:val="es-ES"/>
              </w:rPr>
              <w:t>Asistencia a</w:t>
            </w:r>
            <w:r w:rsidR="00ED1707">
              <w:rPr>
                <w:lang w:val="es-ES"/>
              </w:rPr>
              <w:t xml:space="preserve"> </w:t>
            </w:r>
            <w:proofErr w:type="spellStart"/>
            <w:r w:rsidR="00ED1707">
              <w:rPr>
                <w:lang w:val="es-ES"/>
              </w:rPr>
              <w:t>Slush</w:t>
            </w:r>
            <w:proofErr w:type="spellEnd"/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4E1B55D" w:rsidR="001951D5" w:rsidRDefault="00D8268D">
            <w:pPr>
              <w:spacing w:after="0"/>
            </w:pPr>
            <w:r>
              <w:rPr>
                <w:b/>
                <w:color w:val="FFFFFF"/>
              </w:rPr>
              <w:t>LUCIA CALABRIA</w:t>
            </w:r>
            <w:r w:rsidR="00457CCC">
              <w:rPr>
                <w:b/>
                <w:color w:val="FFFFFF"/>
              </w:rPr>
              <w:t xml:space="preserve">- </w:t>
            </w:r>
            <w:r w:rsidR="00E4068D"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  <w:r>
              <w:rPr>
                <w:b/>
                <w:color w:val="FFFFFF"/>
              </w:rPr>
              <w:t>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51DFCF4D" w:rsidR="001951D5" w:rsidRDefault="00ED759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ED1707">
              <w:rPr>
                <w:b/>
                <w:color w:val="4A4A4A"/>
                <w:sz w:val="16"/>
              </w:rPr>
              <w:t>82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ED1707">
              <w:rPr>
                <w:b/>
                <w:color w:val="4A4A4A"/>
                <w:sz w:val="16"/>
              </w:rPr>
              <w:t>10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30E351A5" w:rsidR="001951D5" w:rsidRDefault="00B50F5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78,31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1557C274" w:rsidR="001951D5" w:rsidRDefault="00B50F5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279,66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3C70" w14:textId="77777777" w:rsidR="00E35AAD" w:rsidRDefault="00E35AAD">
      <w:pPr>
        <w:spacing w:after="0" w:line="240" w:lineRule="auto"/>
      </w:pPr>
      <w:r>
        <w:separator/>
      </w:r>
    </w:p>
  </w:endnote>
  <w:endnote w:type="continuationSeparator" w:id="0">
    <w:p w14:paraId="7CBF97DD" w14:textId="77777777" w:rsidR="00E35AAD" w:rsidRDefault="00E35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ED756" w14:textId="77777777" w:rsidR="00E35AAD" w:rsidRDefault="00E35AAD">
      <w:pPr>
        <w:spacing w:after="0" w:line="240" w:lineRule="auto"/>
      </w:pPr>
      <w:r>
        <w:separator/>
      </w:r>
    </w:p>
  </w:footnote>
  <w:footnote w:type="continuationSeparator" w:id="0">
    <w:p w14:paraId="29B244D4" w14:textId="77777777" w:rsidR="00E35AAD" w:rsidRDefault="00E35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5703"/>
    <w:rsid w:val="00016C4F"/>
    <w:rsid w:val="00034616"/>
    <w:rsid w:val="0006063C"/>
    <w:rsid w:val="000655C8"/>
    <w:rsid w:val="00074558"/>
    <w:rsid w:val="0015074B"/>
    <w:rsid w:val="00150D11"/>
    <w:rsid w:val="00151662"/>
    <w:rsid w:val="0017158E"/>
    <w:rsid w:val="00182CA1"/>
    <w:rsid w:val="001951D5"/>
    <w:rsid w:val="001B4406"/>
    <w:rsid w:val="001B60B0"/>
    <w:rsid w:val="001C5FF6"/>
    <w:rsid w:val="00202605"/>
    <w:rsid w:val="00210D2C"/>
    <w:rsid w:val="002367E1"/>
    <w:rsid w:val="002501E9"/>
    <w:rsid w:val="002505B5"/>
    <w:rsid w:val="002550D7"/>
    <w:rsid w:val="0027367B"/>
    <w:rsid w:val="00284F8B"/>
    <w:rsid w:val="00285338"/>
    <w:rsid w:val="00290265"/>
    <w:rsid w:val="0029639D"/>
    <w:rsid w:val="002B6276"/>
    <w:rsid w:val="002D2677"/>
    <w:rsid w:val="00326F90"/>
    <w:rsid w:val="0039639B"/>
    <w:rsid w:val="004327BA"/>
    <w:rsid w:val="00452879"/>
    <w:rsid w:val="00457CCC"/>
    <w:rsid w:val="004758B7"/>
    <w:rsid w:val="00480A38"/>
    <w:rsid w:val="00494D7E"/>
    <w:rsid w:val="004A7D4D"/>
    <w:rsid w:val="004B5330"/>
    <w:rsid w:val="004C158B"/>
    <w:rsid w:val="004D59BC"/>
    <w:rsid w:val="004E153E"/>
    <w:rsid w:val="004E5CD0"/>
    <w:rsid w:val="004F168B"/>
    <w:rsid w:val="0054074A"/>
    <w:rsid w:val="0054775F"/>
    <w:rsid w:val="00562B17"/>
    <w:rsid w:val="00584867"/>
    <w:rsid w:val="005A0BBC"/>
    <w:rsid w:val="005E4746"/>
    <w:rsid w:val="0061614B"/>
    <w:rsid w:val="006253A7"/>
    <w:rsid w:val="00680EDA"/>
    <w:rsid w:val="006C51A4"/>
    <w:rsid w:val="006E17C0"/>
    <w:rsid w:val="006F49F2"/>
    <w:rsid w:val="00713A35"/>
    <w:rsid w:val="00757486"/>
    <w:rsid w:val="007C63B9"/>
    <w:rsid w:val="007D2EAD"/>
    <w:rsid w:val="007E1A8E"/>
    <w:rsid w:val="00826390"/>
    <w:rsid w:val="00860734"/>
    <w:rsid w:val="008943E4"/>
    <w:rsid w:val="008D3944"/>
    <w:rsid w:val="008E3CA5"/>
    <w:rsid w:val="008F290B"/>
    <w:rsid w:val="009274C2"/>
    <w:rsid w:val="00953A20"/>
    <w:rsid w:val="00962A22"/>
    <w:rsid w:val="009C448E"/>
    <w:rsid w:val="009F4433"/>
    <w:rsid w:val="00A11068"/>
    <w:rsid w:val="00A563AA"/>
    <w:rsid w:val="00A8373F"/>
    <w:rsid w:val="00AA1649"/>
    <w:rsid w:val="00AA1D8D"/>
    <w:rsid w:val="00AC4F01"/>
    <w:rsid w:val="00AC6730"/>
    <w:rsid w:val="00B376A0"/>
    <w:rsid w:val="00B427FE"/>
    <w:rsid w:val="00B435C3"/>
    <w:rsid w:val="00B47730"/>
    <w:rsid w:val="00B50F5C"/>
    <w:rsid w:val="00B72AA3"/>
    <w:rsid w:val="00BA1401"/>
    <w:rsid w:val="00BA582B"/>
    <w:rsid w:val="00BB032E"/>
    <w:rsid w:val="00BC0AB5"/>
    <w:rsid w:val="00BC6B1C"/>
    <w:rsid w:val="00BD51B9"/>
    <w:rsid w:val="00BF29AF"/>
    <w:rsid w:val="00C03A4D"/>
    <w:rsid w:val="00CB0664"/>
    <w:rsid w:val="00D53394"/>
    <w:rsid w:val="00D8268D"/>
    <w:rsid w:val="00DA3F26"/>
    <w:rsid w:val="00DD6243"/>
    <w:rsid w:val="00DF67E5"/>
    <w:rsid w:val="00E0034F"/>
    <w:rsid w:val="00E06682"/>
    <w:rsid w:val="00E07759"/>
    <w:rsid w:val="00E1145C"/>
    <w:rsid w:val="00E26423"/>
    <w:rsid w:val="00E35AAD"/>
    <w:rsid w:val="00E4068D"/>
    <w:rsid w:val="00E60CEF"/>
    <w:rsid w:val="00EB42D2"/>
    <w:rsid w:val="00EC47B2"/>
    <w:rsid w:val="00ED1707"/>
    <w:rsid w:val="00ED7597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E219F1-CD05-431D-AA27-62B710DBBD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EF0185D5-1244-4D8A-85A7-2E4E129AE7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F3C0A-E904-4B25-915D-61DC87304E32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48</Words>
  <Characters>266</Characters>
  <Application>Microsoft Office Word</Application>
  <DocSecurity>0</DocSecurity>
  <Lines>2</Lines>
  <Paragraphs>1</Paragraphs>
  <ScaleCrop>false</ScaleCrop>
  <Manager/>
  <Company/>
  <LinksUpToDate>false</LinksUpToDate>
  <CharactersWithSpaces>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69</cp:revision>
  <dcterms:created xsi:type="dcterms:W3CDTF">2026-09-22T06:51:00Z</dcterms:created>
  <dcterms:modified xsi:type="dcterms:W3CDTF">2026-09-28T13:31:00Z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