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E6B79C1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397A96">
        <w:rPr>
          <w:b/>
          <w:bCs/>
          <w:color w:val="4A4A4A"/>
          <w:sz w:val="34"/>
          <w:szCs w:val="34"/>
          <w:lang w:val="es-ES"/>
        </w:rPr>
        <w:t>05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F24290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6C426CC9" w:rsidR="001951D5" w:rsidRPr="00F24290" w:rsidRDefault="004327BA">
            <w:pPr>
              <w:spacing w:after="0"/>
              <w:rPr>
                <w:lang w:val="es-ES"/>
              </w:rPr>
            </w:pPr>
            <w:r w:rsidRPr="00F24290">
              <w:rPr>
                <w:b/>
                <w:color w:val="0524FF"/>
                <w:lang w:val="es-ES"/>
              </w:rPr>
              <w:t>FECHA</w:t>
            </w:r>
            <w:r w:rsidRPr="00F24290">
              <w:rPr>
                <w:b/>
                <w:color w:val="0524FF"/>
                <w:lang w:val="es-ES"/>
              </w:rPr>
              <w:br/>
            </w:r>
            <w:r w:rsidR="00F24290">
              <w:rPr>
                <w:b/>
                <w:color w:val="0524FF"/>
                <w:lang w:val="es-ES"/>
              </w:rPr>
              <w:t>Lunes 11 – Miércoles 13 de Mayo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1BE5556B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F24290">
              <w:rPr>
                <w:b/>
                <w:color w:val="0524FF"/>
                <w:lang w:val="es-ES"/>
              </w:rPr>
              <w:t>The Bologna Gathering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397A96" w14:paraId="5735CF19" w14:textId="77777777">
        <w:tc>
          <w:tcPr>
            <w:tcW w:w="10312" w:type="dxa"/>
          </w:tcPr>
          <w:p w14:paraId="65449E23" w14:textId="2C2CEF4E" w:rsidR="001951D5" w:rsidRPr="00C03A4D" w:rsidRDefault="009F3CC3">
            <w:pPr>
              <w:spacing w:after="0"/>
              <w:rPr>
                <w:lang w:val="es-ES"/>
              </w:rPr>
            </w:pPr>
            <w:r w:rsidRPr="009F3CC3">
              <w:rPr>
                <w:color w:val="222222"/>
                <w:sz w:val="16"/>
                <w:lang w:val="es-ES"/>
              </w:rPr>
              <w:t>As</w:t>
            </w:r>
            <w:r>
              <w:rPr>
                <w:color w:val="222222"/>
                <w:sz w:val="16"/>
                <w:lang w:val="es-ES"/>
              </w:rPr>
              <w:t>istencia de la subdirectora de emprendimiento al</w:t>
            </w:r>
            <w:r w:rsidR="00B83F9C" w:rsidRPr="00B83F9C">
              <w:rPr>
                <w:color w:val="222222"/>
                <w:sz w:val="16"/>
                <w:lang w:val="es-ES"/>
              </w:rPr>
              <w:t xml:space="preserve"> evento Bologna Gatering </w:t>
            </w:r>
            <w:r w:rsidR="0072518A">
              <w:rPr>
                <w:color w:val="222222"/>
                <w:sz w:val="16"/>
                <w:lang w:val="es-ES"/>
              </w:rPr>
              <w:t xml:space="preserve"> visita obligada dado que, </w:t>
            </w:r>
            <w:r w:rsidR="00B83F9C" w:rsidRPr="00B83F9C">
              <w:rPr>
                <w:color w:val="222222"/>
                <w:sz w:val="16"/>
                <w:lang w:val="es-ES"/>
              </w:rPr>
              <w:t>se puede encontrar lo mejor de la escena tecnológica italiana y a VIC como centro de innovación del Ayuntamiento de Valencia le interesa participar en este tipo eventos</w:t>
            </w:r>
            <w:r>
              <w:rPr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9744CC5" w:rsidR="001951D5" w:rsidRDefault="00C32E61">
            <w:pPr>
              <w:spacing w:after="0"/>
            </w:pPr>
            <w:r>
              <w:rPr>
                <w:b/>
                <w:color w:val="FFFFFF"/>
              </w:rPr>
              <w:t>LUCÍA CALABRIA TASA - SUBDIRECTORA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04F29317" w:rsidR="001951D5" w:rsidRDefault="00D75B4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258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1754287" w:rsidR="001951D5" w:rsidRDefault="0034166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511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6C5007">
              <w:rPr>
                <w:b/>
                <w:color w:val="4A4A4A"/>
                <w:sz w:val="16"/>
              </w:rPr>
              <w:t>88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259059D8" w:rsidR="001951D5" w:rsidRDefault="006C500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126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60F8" w14:textId="77777777" w:rsidR="00CF3B48" w:rsidRDefault="00CF3B48">
      <w:pPr>
        <w:spacing w:after="0" w:line="240" w:lineRule="auto"/>
      </w:pPr>
      <w:r>
        <w:separator/>
      </w:r>
    </w:p>
  </w:endnote>
  <w:endnote w:type="continuationSeparator" w:id="0">
    <w:p w14:paraId="1CEE76BA" w14:textId="77777777" w:rsidR="00CF3B48" w:rsidRDefault="00CF3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F24290" w:rsidRDefault="004327BA">
    <w:pPr>
      <w:pStyle w:val="Piedepgina"/>
      <w:jc w:val="center"/>
      <w:rPr>
        <w:lang w:val="es-ES"/>
      </w:rPr>
    </w:pPr>
    <w:r w:rsidRPr="00F24290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D2F41" w14:textId="77777777" w:rsidR="00CF3B48" w:rsidRDefault="00CF3B48">
      <w:pPr>
        <w:spacing w:after="0" w:line="240" w:lineRule="auto"/>
      </w:pPr>
      <w:r>
        <w:separator/>
      </w:r>
    </w:p>
  </w:footnote>
  <w:footnote w:type="continuationSeparator" w:id="0">
    <w:p w14:paraId="2B8ED9A7" w14:textId="77777777" w:rsidR="00CF3B48" w:rsidRDefault="00CF3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29639D"/>
    <w:rsid w:val="002C6478"/>
    <w:rsid w:val="00326F90"/>
    <w:rsid w:val="00341660"/>
    <w:rsid w:val="00397A96"/>
    <w:rsid w:val="004327BA"/>
    <w:rsid w:val="00562B17"/>
    <w:rsid w:val="006253A7"/>
    <w:rsid w:val="006C5007"/>
    <w:rsid w:val="0072518A"/>
    <w:rsid w:val="008E1BA0"/>
    <w:rsid w:val="009A40E1"/>
    <w:rsid w:val="009F3CC3"/>
    <w:rsid w:val="00AA1D8D"/>
    <w:rsid w:val="00B47730"/>
    <w:rsid w:val="00B83F9C"/>
    <w:rsid w:val="00C03A4D"/>
    <w:rsid w:val="00C32E61"/>
    <w:rsid w:val="00CB0664"/>
    <w:rsid w:val="00CF3B48"/>
    <w:rsid w:val="00D75B41"/>
    <w:rsid w:val="00F0791E"/>
    <w:rsid w:val="00F24290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DBCF40-EFE8-4605-8255-76A663D27C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55E9DAFB-A8EB-4F38-84EC-230C589B2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FA549-216A-4FEE-B596-C884B0FB2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493</Characters>
  <Application>Microsoft Office Word</Application>
  <DocSecurity>0</DocSecurity>
  <Lines>4</Lines>
  <Paragraphs>1</Paragraphs>
  <ScaleCrop>false</ScaleCrop>
  <Manager/>
  <Company/>
  <LinksUpToDate>false</LinksUpToDate>
  <CharactersWithSpaces>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11</cp:revision>
  <dcterms:created xsi:type="dcterms:W3CDTF">2026-09-22T06:51:00Z</dcterms:created>
  <dcterms:modified xsi:type="dcterms:W3CDTF">2026-09-28T11:00:00Z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